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C9790" w14:textId="4D6FB713" w:rsidR="00D95183" w:rsidRPr="007B33B8" w:rsidRDefault="00B664AF" w:rsidP="00CF1B32">
      <w:pPr>
        <w:overflowPunct w:val="0"/>
        <w:ind w:right="-2"/>
        <w:jc w:val="center"/>
        <w:rPr>
          <w:rFonts w:ascii="細明體" w:eastAsia="細明體" w:hAnsi="細明體"/>
          <w:b/>
          <w:bCs/>
          <w:color w:val="auto"/>
          <w:sz w:val="32"/>
          <w:szCs w:val="24"/>
          <w:lang w:eastAsia="zh-TW"/>
        </w:rPr>
      </w:pPr>
      <w:proofErr w:type="spellStart"/>
      <w:r w:rsidRPr="007B33B8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Workcell</w:t>
      </w:r>
      <w:proofErr w:type="spellEnd"/>
      <w:r w:rsidRPr="007B33B8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自動化專案</w:t>
      </w:r>
      <w:r w:rsidR="00397BF7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之</w:t>
      </w:r>
      <w:r w:rsidRPr="007B33B8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PLC</w:t>
      </w:r>
      <w:r w:rsidR="00397BF7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功能</w:t>
      </w:r>
      <w:r w:rsidRPr="007B33B8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開發</w:t>
      </w:r>
      <w:r w:rsidR="00271D19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與</w:t>
      </w:r>
      <w:r w:rsidR="00271D19" w:rsidRPr="00271D19">
        <w:rPr>
          <w:rFonts w:ascii="細明體" w:eastAsia="細明體" w:hAnsi="細明體" w:hint="eastAsia"/>
          <w:b/>
          <w:bCs/>
          <w:color w:val="auto"/>
          <w:sz w:val="32"/>
          <w:szCs w:val="24"/>
          <w:lang w:eastAsia="zh-TW"/>
        </w:rPr>
        <w:t>通訊協定串接</w:t>
      </w:r>
    </w:p>
    <w:p w14:paraId="40950EF5" w14:textId="60BA2B0C" w:rsidR="00CF1B32" w:rsidRPr="009249D6" w:rsidRDefault="00CF1B32" w:rsidP="007B33B8">
      <w:pPr>
        <w:widowControl w:val="0"/>
        <w:numPr>
          <w:ilvl w:val="0"/>
          <w:numId w:val="25"/>
        </w:numPr>
        <w:spacing w:afterLines="50" w:line="240" w:lineRule="auto"/>
        <w:rPr>
          <w:rFonts w:ascii="細明體" w:eastAsia="細明體" w:hAnsi="細明體"/>
          <w:b/>
          <w:bCs/>
          <w:sz w:val="32"/>
          <w:szCs w:val="32"/>
        </w:rPr>
      </w:pPr>
      <w:r w:rsidRPr="009249D6">
        <w:rPr>
          <w:rFonts w:ascii="細明體" w:eastAsia="細明體" w:hAnsi="細明體" w:cs="微軟正黑體" w:hint="eastAsia"/>
          <w:b/>
          <w:bCs/>
          <w:sz w:val="32"/>
          <w:szCs w:val="32"/>
          <w:lang w:eastAsia="zh-TW"/>
        </w:rPr>
        <w:t>簡介</w:t>
      </w:r>
    </w:p>
    <w:p w14:paraId="78D0AAAB" w14:textId="7BDB5038" w:rsidR="00B26EA5" w:rsidRPr="006229B8" w:rsidRDefault="008B77A0" w:rsidP="00CF1B32">
      <w:pPr>
        <w:ind w:firstLineChars="236" w:firstLine="566"/>
        <w:rPr>
          <w:rFonts w:ascii="細明體" w:eastAsia="細明體" w:hAnsi="細明體"/>
          <w:color w:val="auto"/>
          <w:sz w:val="24"/>
          <w:szCs w:val="24"/>
          <w:lang w:eastAsia="zh-TW"/>
        </w:rPr>
      </w:pPr>
      <w:r w:rsidRPr="009249D6">
        <w:rPr>
          <w:rFonts w:ascii="細明體" w:eastAsia="細明體" w:hAnsi="細明體"/>
          <w:color w:val="auto"/>
          <w:sz w:val="24"/>
          <w:szCs w:val="24"/>
          <w:lang w:eastAsia="zh-TW"/>
        </w:rPr>
        <w:t>本委託案</w:t>
      </w:r>
      <w:r w:rsidR="00980E6B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為</w:t>
      </w:r>
      <w:r w:rsidR="001F344F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完成</w:t>
      </w:r>
      <w:r w:rsidR="00140DC1" w:rsidRPr="009249D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2</w:t>
      </w:r>
      <w:r w:rsidR="007C3AD2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組</w:t>
      </w:r>
      <w:proofErr w:type="spellStart"/>
      <w:r w:rsidR="001F2E6F" w:rsidRPr="009249D6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Pr="009249D6">
        <w:rPr>
          <w:rFonts w:ascii="細明體" w:eastAsia="細明體" w:hAnsi="細明體"/>
          <w:color w:val="auto"/>
          <w:sz w:val="24"/>
          <w:szCs w:val="24"/>
          <w:lang w:eastAsia="zh-TW"/>
        </w:rPr>
        <w:t>自動化加工產線</w:t>
      </w:r>
      <w:r w:rsidR="00E9495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之PLC自動化控制</w:t>
      </w:r>
      <w:r w:rsidR="0087387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程式</w:t>
      </w:r>
      <w:r w:rsidR="006B1EAE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與其相關自動化功能</w:t>
      </w:r>
      <w:r w:rsidR="0087387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。</w:t>
      </w:r>
      <w:r w:rsidR="006229B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共有</w:t>
      </w:r>
      <w:r w:rsidR="0057299B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2組</w:t>
      </w:r>
      <w:proofErr w:type="spellStart"/>
      <w:r w:rsidR="0057299B" w:rsidRPr="009249D6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="006229B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之工作需完成。</w:t>
      </w:r>
      <w:r w:rsidR="00E9495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第一組</w:t>
      </w:r>
      <w:proofErr w:type="spellStart"/>
      <w:r w:rsidR="00E94959" w:rsidRPr="009249D6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="00E9495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，</w:t>
      </w:r>
      <w:r w:rsidR="00E86CA5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包括</w:t>
      </w:r>
      <w:r w:rsidR="0057299B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1台車床與1台手臂</w:t>
      </w:r>
      <w:r w:rsidR="00E9495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，</w:t>
      </w:r>
      <w:r w:rsidR="0099063E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需</w:t>
      </w:r>
      <w:r w:rsidR="0002169C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完成</w:t>
      </w:r>
      <w:r w:rsidR="0002169C" w:rsidRPr="009249D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車床機台控制器內部PLC邏輯開發，與機械手臂上下料之通訊協定串接功能。</w:t>
      </w:r>
      <w:r w:rsidR="009A310C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第二組</w:t>
      </w:r>
      <w:proofErr w:type="spellStart"/>
      <w:r w:rsidR="009A310C" w:rsidRPr="009249D6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="009A310C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，包括1台</w:t>
      </w:r>
      <w:r w:rsidR="00431553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立式銑</w:t>
      </w:r>
      <w:r w:rsidR="009A310C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床與1台</w:t>
      </w:r>
      <w:r w:rsidR="002604C5" w:rsidRPr="002604C5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歐姆龍</w:t>
      </w:r>
      <w:r w:rsidR="009A310C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手臂，需完成</w:t>
      </w:r>
      <w:r w:rsidR="00DB6B0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立式銑床</w:t>
      </w:r>
      <w:r w:rsidR="009A310C" w:rsidRPr="009249D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機台控制器與</w:t>
      </w:r>
      <w:r w:rsidR="002604C5" w:rsidRPr="002604C5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歐姆龍</w:t>
      </w:r>
      <w:r w:rsidR="009A310C" w:rsidRPr="009249D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機械手臂上下料之通訊協定串接功能。</w:t>
      </w:r>
    </w:p>
    <w:p w14:paraId="450B44E1" w14:textId="77777777" w:rsidR="00140DC1" w:rsidRPr="009249D6" w:rsidRDefault="00140DC1">
      <w:pPr>
        <w:rPr>
          <w:rFonts w:ascii="細明體" w:eastAsia="細明體" w:hAnsi="細明體"/>
          <w:color w:val="auto"/>
          <w:sz w:val="24"/>
          <w:szCs w:val="24"/>
          <w:lang w:eastAsia="zh-TW"/>
        </w:rPr>
      </w:pPr>
    </w:p>
    <w:p w14:paraId="28E10D3F" w14:textId="77777777" w:rsidR="00D66EF5" w:rsidRPr="009249D6" w:rsidRDefault="00D66EF5" w:rsidP="007B33B8">
      <w:pPr>
        <w:widowControl w:val="0"/>
        <w:numPr>
          <w:ilvl w:val="0"/>
          <w:numId w:val="25"/>
        </w:numPr>
        <w:spacing w:afterLines="50" w:line="240" w:lineRule="auto"/>
        <w:rPr>
          <w:rFonts w:ascii="細明體" w:eastAsia="細明體" w:hAnsi="細明體"/>
          <w:b/>
          <w:bCs/>
          <w:sz w:val="32"/>
          <w:szCs w:val="32"/>
        </w:rPr>
      </w:pPr>
      <w:proofErr w:type="spellStart"/>
      <w:r w:rsidRPr="009249D6">
        <w:rPr>
          <w:rFonts w:ascii="細明體" w:eastAsia="細明體" w:hAnsi="細明體" w:hint="eastAsia"/>
          <w:b/>
          <w:bCs/>
          <w:sz w:val="32"/>
          <w:szCs w:val="32"/>
        </w:rPr>
        <w:t>規格</w:t>
      </w:r>
      <w:proofErr w:type="spellEnd"/>
    </w:p>
    <w:p w14:paraId="7537CADD" w14:textId="4C1B9E31" w:rsidR="0057299B" w:rsidRPr="007B33B8" w:rsidRDefault="00E94959" w:rsidP="00CF1B32">
      <w:pPr>
        <w:widowControl w:val="0"/>
        <w:numPr>
          <w:ilvl w:val="0"/>
          <w:numId w:val="22"/>
        </w:numPr>
        <w:tabs>
          <w:tab w:val="clear" w:pos="2488"/>
        </w:tabs>
        <w:snapToGrid w:val="0"/>
        <w:spacing w:afterLines="50" w:line="300" w:lineRule="exact"/>
        <w:ind w:left="425" w:hanging="357"/>
        <w:rPr>
          <w:rFonts w:ascii="細明體" w:eastAsia="細明體" w:hAnsi="細明體" w:cs="Arial"/>
          <w:b/>
          <w:bCs/>
          <w:sz w:val="24"/>
          <w:szCs w:val="24"/>
          <w:lang w:eastAsia="zh-TW"/>
        </w:rPr>
      </w:pPr>
      <w:r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第一組</w:t>
      </w:r>
      <w:proofErr w:type="spellStart"/>
      <w:r w:rsidRPr="007B33B8">
        <w:rPr>
          <w:rFonts w:ascii="細明體" w:eastAsia="細明體" w:hAnsi="細明體"/>
          <w:b/>
          <w:bCs/>
          <w:color w:val="auto"/>
          <w:sz w:val="24"/>
          <w:szCs w:val="24"/>
          <w:lang w:eastAsia="zh-TW"/>
        </w:rPr>
        <w:t>Workcell</w:t>
      </w:r>
      <w:proofErr w:type="spellEnd"/>
      <w:r w:rsidR="00FA37E9"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：</w:t>
      </w:r>
    </w:p>
    <w:p w14:paraId="1B0C690F" w14:textId="565A5235" w:rsidR="00FA6D9C" w:rsidRPr="004D65C6" w:rsidRDefault="00E94959" w:rsidP="000779B5">
      <w:pPr>
        <w:widowControl w:val="0"/>
        <w:snapToGrid w:val="0"/>
        <w:spacing w:afterLines="50" w:line="300" w:lineRule="exact"/>
        <w:ind w:left="425" w:firstLineChars="177" w:firstLine="425"/>
        <w:rPr>
          <w:rFonts w:ascii="細明體" w:eastAsia="細明體" w:hAnsi="細明體" w:cs="Arial"/>
          <w:b/>
          <w:sz w:val="24"/>
          <w:szCs w:val="24"/>
          <w:lang w:eastAsia="zh-TW"/>
        </w:rPr>
      </w:pPr>
      <w:r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第一組</w:t>
      </w:r>
      <w:proofErr w:type="spellStart"/>
      <w:r w:rsidRPr="004D65C6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，</w:t>
      </w:r>
      <w:r w:rsidR="00E86CA5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包括</w:t>
      </w:r>
      <w:r w:rsidR="0057299B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1台車床與1台手臂</w:t>
      </w:r>
      <w:r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，</w:t>
      </w:r>
      <w:r w:rsidR="0057299B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需完成車床機台控制器內部PLC</w:t>
      </w:r>
      <w:r w:rsidR="00154877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程式</w:t>
      </w:r>
      <w:r w:rsidR="0057299B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開發，與機械手臂上下料之通訊協定串接功能。</w:t>
      </w:r>
    </w:p>
    <w:p w14:paraId="4627215E" w14:textId="28AA1EE7" w:rsidR="00FA6D9C" w:rsidRPr="004D65C6" w:rsidRDefault="00E86CA5" w:rsidP="000779B5">
      <w:pPr>
        <w:widowControl w:val="0"/>
        <w:numPr>
          <w:ilvl w:val="0"/>
          <w:numId w:val="23"/>
        </w:numPr>
        <w:tabs>
          <w:tab w:val="clear" w:pos="600"/>
        </w:tabs>
        <w:spacing w:after="0" w:line="300" w:lineRule="exact"/>
        <w:rPr>
          <w:rFonts w:ascii="細明體" w:eastAsia="細明體" w:hAnsi="細明體" w:cs="Arial"/>
          <w:sz w:val="24"/>
          <w:szCs w:val="24"/>
          <w:lang w:val="es-PA" w:eastAsia="zh-TW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開發</w:t>
      </w:r>
      <w:r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車床機台</w:t>
      </w:r>
      <w:r w:rsidR="00FA6D9C" w:rsidRPr="004D65C6">
        <w:rPr>
          <w:rFonts w:ascii="細明體" w:eastAsia="細明體" w:hAnsi="細明體" w:hint="eastAsia"/>
          <w:bCs/>
          <w:sz w:val="24"/>
          <w:szCs w:val="24"/>
          <w:lang w:eastAsia="zh-TW"/>
        </w:rPr>
        <w:t>之PLC控制程式</w:t>
      </w:r>
    </w:p>
    <w:p w14:paraId="6637E079" w14:textId="2875A88C" w:rsidR="00FA6D9C" w:rsidRPr="004D65C6" w:rsidRDefault="00E86CA5" w:rsidP="000779B5">
      <w:pPr>
        <w:widowControl w:val="0"/>
        <w:numPr>
          <w:ilvl w:val="1"/>
          <w:numId w:val="31"/>
        </w:numPr>
        <w:snapToGrid w:val="0"/>
        <w:spacing w:after="0" w:line="240" w:lineRule="auto"/>
        <w:ind w:left="993"/>
        <w:rPr>
          <w:rFonts w:ascii="細明體" w:eastAsia="細明體" w:hAnsi="細明體" w:cs="Arial"/>
          <w:sz w:val="24"/>
          <w:szCs w:val="24"/>
          <w:lang w:val="es-PA" w:eastAsia="zh-TW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開發</w:t>
      </w:r>
      <w:r w:rsidR="00FA6D9C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 xml:space="preserve">方式依照操作面板之48/32 </w:t>
      </w:r>
      <w:r w:rsidR="00FA6D9C" w:rsidRPr="004D65C6">
        <w:rPr>
          <w:rFonts w:ascii="細明體" w:eastAsia="細明體" w:hAnsi="細明體" w:cs="Arial"/>
          <w:sz w:val="24"/>
          <w:szCs w:val="24"/>
          <w:lang w:val="es-PA" w:eastAsia="zh-TW"/>
        </w:rPr>
        <w:t>I/O</w:t>
      </w:r>
      <w:r w:rsidR="00FA6D9C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 xml:space="preserve">卡與96/64 </w:t>
      </w:r>
      <w:r w:rsidR="00FA6D9C" w:rsidRPr="004D65C6">
        <w:rPr>
          <w:rFonts w:ascii="細明體" w:eastAsia="細明體" w:hAnsi="細明體" w:cs="Arial"/>
          <w:sz w:val="24"/>
          <w:szCs w:val="24"/>
          <w:lang w:val="es-PA" w:eastAsia="zh-TW"/>
        </w:rPr>
        <w:t>I/O</w:t>
      </w:r>
      <w:r w:rsidR="00FA6D9C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卡之I</w:t>
      </w:r>
      <w:r w:rsidR="00FA6D9C" w:rsidRPr="004D65C6">
        <w:rPr>
          <w:rFonts w:ascii="細明體" w:eastAsia="細明體" w:hAnsi="細明體" w:cs="Arial"/>
          <w:sz w:val="24"/>
          <w:szCs w:val="24"/>
          <w:lang w:val="es-PA" w:eastAsia="zh-TW"/>
        </w:rPr>
        <w:t>/</w:t>
      </w:r>
      <w:r w:rsidR="00FA6D9C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O定義，再依照控制器之C點、S點與Reg點定義(請見</w:t>
      </w:r>
      <w:r w:rsidR="00460C6B">
        <w:rPr>
          <w:rFonts w:ascii="細明體" w:eastAsia="細明體" w:hAnsi="細明體" w:cs="Arial" w:hint="eastAsia"/>
          <w:sz w:val="24"/>
          <w:szCs w:val="24"/>
          <w:lang w:val="es-PA" w:eastAsia="zh-TW"/>
        </w:rPr>
        <w:t>七</w:t>
      </w:r>
      <w:r w:rsidR="00FA6D9C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.)來編寫車床</w:t>
      </w:r>
      <w:r w:rsidR="00154877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機台之</w:t>
      </w:r>
      <w:r w:rsidR="00FA6D9C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PLC控制程式。</w:t>
      </w:r>
    </w:p>
    <w:p w14:paraId="338854C7" w14:textId="77777777" w:rsidR="00FA6D9C" w:rsidRPr="004D65C6" w:rsidRDefault="00FA6D9C" w:rsidP="000779B5">
      <w:pPr>
        <w:widowControl w:val="0"/>
        <w:numPr>
          <w:ilvl w:val="1"/>
          <w:numId w:val="31"/>
        </w:numPr>
        <w:snapToGrid w:val="0"/>
        <w:spacing w:after="0" w:line="240" w:lineRule="auto"/>
        <w:ind w:left="993"/>
        <w:rPr>
          <w:rFonts w:ascii="細明體" w:eastAsia="細明體" w:hAnsi="細明體" w:cs="Arial"/>
          <w:sz w:val="24"/>
          <w:szCs w:val="24"/>
          <w:lang w:val="es-PA" w:eastAsia="zh-TW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PLC程式功能包括操作面板上所有按鈕與控制器之相關所有功能，確保以下功能需正常無誤，功能如下</w:t>
      </w:r>
    </w:p>
    <w:p w14:paraId="102932AF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MDI、AUTO、EDIT、HOME、MPG</w:t>
      </w: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等模式切換</w:t>
      </w:r>
      <w:proofErr w:type="spellEnd"/>
    </w:p>
    <w:p w14:paraId="178A15A1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吋動</w:t>
      </w:r>
      <w:proofErr w:type="spellEnd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\</w:t>
      </w: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連續移動切換</w:t>
      </w:r>
      <w:proofErr w:type="spellEnd"/>
    </w:p>
    <w:p w14:paraId="276C81DA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各軸向</w:t>
      </w:r>
      <w:proofErr w:type="spellEnd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JOG</w:t>
      </w: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功能</w:t>
      </w:r>
      <w:proofErr w:type="spellEnd"/>
    </w:p>
    <w:p w14:paraId="08BE6329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C/S</w:t>
      </w: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軸切換</w:t>
      </w:r>
      <w:proofErr w:type="spellEnd"/>
    </w:p>
    <w:p w14:paraId="0AEEE301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 xml:space="preserve">CYCLE </w:t>
      </w:r>
      <w:r w:rsidRPr="004D65C6">
        <w:rPr>
          <w:rFonts w:ascii="細明體" w:eastAsia="細明體" w:hAnsi="細明體" w:cs="Arial"/>
          <w:sz w:val="24"/>
          <w:szCs w:val="24"/>
          <w:lang w:val="es-PA"/>
        </w:rPr>
        <w:t>START/HOLD/RESET</w:t>
      </w:r>
    </w:p>
    <w:p w14:paraId="09875F4E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主軸正轉、停止、反轉</w:t>
      </w:r>
      <w:proofErr w:type="spellEnd"/>
    </w:p>
    <w:p w14:paraId="295FE0D2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主軸轉動轉速百分比</w:t>
      </w:r>
      <w:proofErr w:type="spellEnd"/>
    </w:p>
    <w:p w14:paraId="5E409594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連續移動速度百分比</w:t>
      </w:r>
      <w:proofErr w:type="spellEnd"/>
    </w:p>
    <w:p w14:paraId="6EB73EEE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加工進給速度百分比</w:t>
      </w:r>
      <w:proofErr w:type="spellEnd"/>
    </w:p>
    <w:p w14:paraId="06F62D72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SBK/BDT/OSP</w:t>
      </w:r>
      <w:r w:rsidRPr="004D65C6">
        <w:rPr>
          <w:rFonts w:ascii="細明體" w:eastAsia="細明體" w:hAnsi="細明體" w:cs="Arial"/>
          <w:sz w:val="24"/>
          <w:szCs w:val="24"/>
          <w:lang w:val="es-PA"/>
        </w:rPr>
        <w:t>/MLK</w:t>
      </w: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功能</w:t>
      </w:r>
      <w:proofErr w:type="spellEnd"/>
    </w:p>
    <w:p w14:paraId="2D3A20FE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 w:eastAsia="zh-TW"/>
        </w:rPr>
      </w:pPr>
      <w:proofErr w:type="gramStart"/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刀塔正轉</w:t>
      </w:r>
      <w:proofErr w:type="gramEnd"/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/反轉、</w:t>
      </w:r>
      <w:proofErr w:type="gramStart"/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刀塔回原點</w:t>
      </w:r>
      <w:proofErr w:type="gramEnd"/>
    </w:p>
    <w:p w14:paraId="2A107B0E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 w:eastAsia="zh-TW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極限開關、緊急停止、伺服</w:t>
      </w:r>
      <w:r w:rsidRPr="004D65C6">
        <w:rPr>
          <w:rFonts w:ascii="細明體" w:eastAsia="細明體" w:hAnsi="細明體" w:cs="微軟正黑體" w:hint="eastAsia"/>
          <w:sz w:val="24"/>
          <w:szCs w:val="24"/>
          <w:lang w:val="es-PA" w:eastAsia="zh-TW"/>
        </w:rPr>
        <w:t>啟</w:t>
      </w:r>
      <w:r w:rsidRPr="004D65C6">
        <w:rPr>
          <w:rFonts w:ascii="細明體" w:eastAsia="細明體" w:hAnsi="細明體" w:cs="MS Mincho" w:hint="eastAsia"/>
          <w:sz w:val="24"/>
          <w:szCs w:val="24"/>
          <w:lang w:val="es-PA" w:eastAsia="zh-TW"/>
        </w:rPr>
        <w:t>動等功能</w:t>
      </w:r>
    </w:p>
    <w:p w14:paraId="554D8633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原點</w:t>
      </w:r>
      <w:proofErr w:type="spellEnd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DOG</w:t>
      </w: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功能</w:t>
      </w:r>
      <w:proofErr w:type="spellEnd"/>
    </w:p>
    <w:p w14:paraId="1A22429F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機台狀態與三色燈信號</w:t>
      </w:r>
      <w:proofErr w:type="spellEnd"/>
    </w:p>
    <w:p w14:paraId="2F629D69" w14:textId="77777777" w:rsidR="00FA6D9C" w:rsidRPr="004D65C6" w:rsidRDefault="00FA6D9C" w:rsidP="000779B5">
      <w:pPr>
        <w:widowControl w:val="0"/>
        <w:numPr>
          <w:ilvl w:val="0"/>
          <w:numId w:val="24"/>
        </w:numPr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MPG</w:t>
      </w:r>
      <w:proofErr w:type="spellStart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功能</w:t>
      </w:r>
      <w:proofErr w:type="spellEnd"/>
      <w:r w:rsidRPr="004D65C6">
        <w:rPr>
          <w:rFonts w:ascii="細明體" w:eastAsia="細明體" w:hAnsi="細明體" w:cs="Arial" w:hint="eastAsia"/>
          <w:sz w:val="24"/>
          <w:szCs w:val="24"/>
          <w:lang w:val="es-PA"/>
        </w:rPr>
        <w:t>：1X、10X、100X</w:t>
      </w:r>
    </w:p>
    <w:p w14:paraId="6802D12D" w14:textId="77777777" w:rsidR="00E94959" w:rsidRPr="004D65C6" w:rsidRDefault="00E94959" w:rsidP="00E94959">
      <w:pPr>
        <w:widowControl w:val="0"/>
        <w:spacing w:after="0" w:line="300" w:lineRule="exact"/>
        <w:ind w:left="1418"/>
        <w:rPr>
          <w:rFonts w:ascii="細明體" w:eastAsia="細明體" w:hAnsi="細明體" w:cs="Arial"/>
          <w:sz w:val="24"/>
          <w:szCs w:val="24"/>
          <w:lang w:val="es-PA"/>
        </w:rPr>
      </w:pPr>
    </w:p>
    <w:p w14:paraId="587ADF29" w14:textId="1149EC67" w:rsidR="00775583" w:rsidRPr="004D65C6" w:rsidRDefault="00775583" w:rsidP="00775583">
      <w:pPr>
        <w:widowControl w:val="0"/>
        <w:numPr>
          <w:ilvl w:val="0"/>
          <w:numId w:val="23"/>
        </w:numPr>
        <w:tabs>
          <w:tab w:val="clear" w:pos="600"/>
        </w:tabs>
        <w:spacing w:after="0" w:line="300" w:lineRule="exact"/>
        <w:rPr>
          <w:rFonts w:ascii="細明體" w:eastAsia="細明體" w:hAnsi="細明體" w:cs="Arial"/>
          <w:sz w:val="24"/>
          <w:szCs w:val="24"/>
          <w:lang w:val="es-PA" w:eastAsia="zh-TW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開發</w:t>
      </w:r>
      <w:r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機械手臂</w:t>
      </w:r>
      <w:r w:rsidR="00EB75EB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之</w:t>
      </w:r>
      <w:r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上下料之通訊協定串接之PLC功能</w:t>
      </w:r>
    </w:p>
    <w:p w14:paraId="51B9A7E8" w14:textId="2CC4AD67" w:rsidR="00775583" w:rsidRPr="004D65C6" w:rsidRDefault="00775583" w:rsidP="004D65C6">
      <w:pPr>
        <w:widowControl w:val="0"/>
        <w:snapToGrid w:val="0"/>
        <w:spacing w:after="0" w:line="240" w:lineRule="auto"/>
        <w:ind w:left="720"/>
        <w:rPr>
          <w:rFonts w:ascii="細明體" w:eastAsia="細明體" w:hAnsi="細明體" w:cs="Arial"/>
          <w:sz w:val="24"/>
          <w:szCs w:val="24"/>
          <w:lang w:val="es-PA" w:eastAsia="zh-TW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PLC程式功能包括如下</w:t>
      </w:r>
    </w:p>
    <w:p w14:paraId="7F1D243D" w14:textId="736F01F6" w:rsidR="006229B8" w:rsidRPr="004D65C6" w:rsidRDefault="006229B8" w:rsidP="006229B8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/>
          <w:sz w:val="24"/>
          <w:szCs w:val="24"/>
          <w:lang w:eastAsia="zh-TW"/>
        </w:rPr>
        <w:t>M88</w:t>
      </w: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交換料功能</w:t>
      </w:r>
    </w:p>
    <w:p w14:paraId="38134A7C" w14:textId="04AB2B5D" w:rsidR="006229B8" w:rsidRPr="004D65C6" w:rsidRDefault="006229B8" w:rsidP="006229B8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/>
          <w:sz w:val="24"/>
          <w:szCs w:val="24"/>
          <w:lang w:eastAsia="zh-TW"/>
        </w:rPr>
        <w:lastRenderedPageBreak/>
        <w:t>M89</w:t>
      </w:r>
      <w:proofErr w:type="gramStart"/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純上料</w:t>
      </w:r>
      <w:proofErr w:type="gramEnd"/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功能</w:t>
      </w:r>
    </w:p>
    <w:p w14:paraId="059B5BB5" w14:textId="38A0E9FE" w:rsidR="006229B8" w:rsidRPr="004D65C6" w:rsidRDefault="006229B8" w:rsidP="006229B8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上料位置設定</w:t>
      </w:r>
    </w:p>
    <w:p w14:paraId="24FE5954" w14:textId="18240D72" w:rsidR="006229B8" w:rsidRPr="004D65C6" w:rsidRDefault="006229B8" w:rsidP="006229B8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下料位置設定</w:t>
      </w:r>
    </w:p>
    <w:p w14:paraId="271EDB71" w14:textId="4AABA2D6" w:rsidR="004D65C6" w:rsidRPr="004D65C6" w:rsidRDefault="004D65C6" w:rsidP="006229B8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機械手臂調機</w:t>
      </w:r>
    </w:p>
    <w:p w14:paraId="2EB873F6" w14:textId="04F1C514" w:rsidR="004D65C6" w:rsidRPr="007B33B8" w:rsidRDefault="004D65C6" w:rsidP="004D65C6">
      <w:pPr>
        <w:widowControl w:val="0"/>
        <w:numPr>
          <w:ilvl w:val="0"/>
          <w:numId w:val="22"/>
        </w:numPr>
        <w:tabs>
          <w:tab w:val="clear" w:pos="2488"/>
        </w:tabs>
        <w:snapToGrid w:val="0"/>
        <w:spacing w:afterLines="50" w:line="300" w:lineRule="exact"/>
        <w:ind w:left="425" w:hanging="357"/>
        <w:rPr>
          <w:rFonts w:ascii="細明體" w:eastAsia="細明體" w:hAnsi="細明體" w:cs="Arial"/>
          <w:b/>
          <w:bCs/>
          <w:sz w:val="24"/>
          <w:szCs w:val="24"/>
          <w:lang w:eastAsia="zh-TW"/>
        </w:rPr>
      </w:pPr>
      <w:r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第二組</w:t>
      </w:r>
      <w:proofErr w:type="spellStart"/>
      <w:r w:rsidRPr="007B33B8">
        <w:rPr>
          <w:rFonts w:ascii="細明體" w:eastAsia="細明體" w:hAnsi="細明體"/>
          <w:b/>
          <w:bCs/>
          <w:color w:val="auto"/>
          <w:sz w:val="24"/>
          <w:szCs w:val="24"/>
          <w:lang w:eastAsia="zh-TW"/>
        </w:rPr>
        <w:t>Workcell</w:t>
      </w:r>
      <w:proofErr w:type="spellEnd"/>
      <w:r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：</w:t>
      </w:r>
    </w:p>
    <w:p w14:paraId="0AAE741B" w14:textId="79324FE1" w:rsidR="002604C5" w:rsidRPr="002D5DF3" w:rsidRDefault="00E50516" w:rsidP="002604C5">
      <w:pPr>
        <w:widowControl w:val="0"/>
        <w:numPr>
          <w:ilvl w:val="0"/>
          <w:numId w:val="38"/>
        </w:numPr>
        <w:spacing w:after="0" w:line="300" w:lineRule="exact"/>
        <w:rPr>
          <w:rFonts w:ascii="細明體" w:eastAsia="細明體" w:hAnsi="細明體" w:cs="Arial"/>
          <w:sz w:val="24"/>
          <w:szCs w:val="24"/>
          <w:lang w:val="es-PA" w:eastAsia="zh-TW"/>
        </w:rPr>
      </w:pPr>
      <w:r>
        <w:rPr>
          <w:rFonts w:ascii="細明體" w:eastAsia="細明體" w:hAnsi="細明體" w:cs="Arial" w:hint="eastAsia"/>
          <w:sz w:val="24"/>
          <w:szCs w:val="24"/>
          <w:lang w:val="es-PA" w:eastAsia="zh-TW"/>
        </w:rPr>
        <w:t>依照下圖之動作程式碼</w:t>
      </w:r>
      <w:r w:rsidR="002604C5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開發</w:t>
      </w:r>
      <w:r w:rsidR="002604C5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機械手臂之上下料之通訊協定串接之</w:t>
      </w:r>
      <w:r w:rsidR="0039355E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銑床控制器中的</w:t>
      </w:r>
      <w:r w:rsidR="002604C5" w:rsidRPr="004D65C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PLC功能</w:t>
      </w:r>
    </w:p>
    <w:p w14:paraId="17B60025" w14:textId="77777777" w:rsidR="002D5DF3" w:rsidRPr="004D65C6" w:rsidRDefault="002D5DF3" w:rsidP="002D5DF3">
      <w:pPr>
        <w:widowControl w:val="0"/>
        <w:snapToGrid w:val="0"/>
        <w:spacing w:after="0" w:line="240" w:lineRule="auto"/>
        <w:ind w:left="720"/>
        <w:rPr>
          <w:rFonts w:ascii="細明體" w:eastAsia="細明體" w:hAnsi="細明體" w:cs="Arial"/>
          <w:sz w:val="24"/>
          <w:szCs w:val="24"/>
          <w:lang w:val="es-PA" w:eastAsia="zh-TW"/>
        </w:rPr>
      </w:pP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PLC程式功能包括如下</w:t>
      </w:r>
    </w:p>
    <w:p w14:paraId="3C303879" w14:textId="77777777" w:rsidR="002D5DF3" w:rsidRPr="004D65C6" w:rsidRDefault="002D5DF3" w:rsidP="002D5DF3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/>
          <w:sz w:val="24"/>
          <w:szCs w:val="24"/>
          <w:lang w:eastAsia="zh-TW"/>
        </w:rPr>
        <w:t>M88</w:t>
      </w: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交換料功能</w:t>
      </w:r>
    </w:p>
    <w:p w14:paraId="20F35A2B" w14:textId="77777777" w:rsidR="002D5DF3" w:rsidRPr="004D65C6" w:rsidRDefault="002D5DF3" w:rsidP="002D5DF3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/>
          <w:sz w:val="24"/>
          <w:szCs w:val="24"/>
          <w:lang w:eastAsia="zh-TW"/>
        </w:rPr>
        <w:t>M89</w:t>
      </w:r>
      <w:proofErr w:type="gramStart"/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純上料</w:t>
      </w:r>
      <w:proofErr w:type="gramEnd"/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功能</w:t>
      </w:r>
    </w:p>
    <w:p w14:paraId="32D6DFCA" w14:textId="77777777" w:rsidR="002D5DF3" w:rsidRPr="004D65C6" w:rsidRDefault="002D5DF3" w:rsidP="002D5DF3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上料位置設定</w:t>
      </w:r>
    </w:p>
    <w:p w14:paraId="78541CC0" w14:textId="77777777" w:rsidR="002D5DF3" w:rsidRPr="004D65C6" w:rsidRDefault="002D5DF3" w:rsidP="002D5DF3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下料位置設定</w:t>
      </w:r>
    </w:p>
    <w:p w14:paraId="4DDFDFD2" w14:textId="77777777" w:rsidR="002D5DF3" w:rsidRPr="004D65C6" w:rsidRDefault="002D5DF3" w:rsidP="002D5DF3">
      <w:pPr>
        <w:pStyle w:val="af"/>
        <w:numPr>
          <w:ilvl w:val="0"/>
          <w:numId w:val="24"/>
        </w:numPr>
        <w:autoSpaceDE w:val="0"/>
        <w:autoSpaceDN w:val="0"/>
        <w:snapToGrid w:val="0"/>
        <w:jc w:val="both"/>
        <w:textAlignment w:val="bottom"/>
        <w:rPr>
          <w:rFonts w:ascii="細明體" w:eastAsia="細明體" w:hAnsi="細明體"/>
          <w:sz w:val="24"/>
          <w:szCs w:val="24"/>
          <w:lang w:eastAsia="zh-TW"/>
        </w:rPr>
      </w:pPr>
      <w:r w:rsidRPr="004D65C6">
        <w:rPr>
          <w:rFonts w:ascii="細明體" w:eastAsia="細明體" w:hAnsi="細明體" w:hint="eastAsia"/>
          <w:sz w:val="24"/>
          <w:szCs w:val="24"/>
          <w:lang w:eastAsia="zh-TW"/>
        </w:rPr>
        <w:t>機械手臂調機</w:t>
      </w:r>
    </w:p>
    <w:p w14:paraId="11442259" w14:textId="18FC1221" w:rsidR="00986828" w:rsidRDefault="00D808D0" w:rsidP="0039355E">
      <w:pPr>
        <w:spacing w:before="160"/>
        <w:rPr>
          <w:rFonts w:ascii="細明體" w:eastAsia="細明體" w:hAnsi="細明體"/>
          <w:color w:val="auto"/>
          <w:lang w:val="es-PA" w:eastAsia="zh-TW"/>
        </w:rPr>
      </w:pPr>
      <w:r w:rsidRPr="00D808D0">
        <w:rPr>
          <w:rFonts w:ascii="細明體" w:eastAsia="細明體" w:hAnsi="細明體"/>
          <w:noProof/>
          <w:color w:val="auto"/>
          <w:lang w:val="es-PA" w:eastAsia="zh-TW"/>
        </w:rPr>
        <w:drawing>
          <wp:inline distT="0" distB="0" distL="0" distR="0" wp14:anchorId="2D2BEC66" wp14:editId="7BE56A8A">
            <wp:extent cx="3711503" cy="4701653"/>
            <wp:effectExtent l="0" t="0" r="381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22811" cy="4715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6828">
        <w:rPr>
          <w:rFonts w:ascii="細明體" w:eastAsia="細明體" w:hAnsi="細明體"/>
          <w:color w:val="auto"/>
          <w:lang w:val="es-PA" w:eastAsia="zh-TW"/>
        </w:rPr>
        <w:br w:type="page"/>
      </w:r>
    </w:p>
    <w:p w14:paraId="662594B2" w14:textId="77777777" w:rsidR="00EF3906" w:rsidRPr="009249D6" w:rsidRDefault="00EF3906" w:rsidP="007B33B8">
      <w:pPr>
        <w:widowControl w:val="0"/>
        <w:numPr>
          <w:ilvl w:val="0"/>
          <w:numId w:val="25"/>
        </w:numPr>
        <w:spacing w:afterLines="50" w:line="240" w:lineRule="auto"/>
        <w:rPr>
          <w:rFonts w:ascii="細明體" w:eastAsia="細明體" w:hAnsi="細明體"/>
          <w:b/>
          <w:bCs/>
          <w:sz w:val="28"/>
          <w:szCs w:val="28"/>
        </w:rPr>
      </w:pPr>
      <w:proofErr w:type="spellStart"/>
      <w:r w:rsidRPr="009249D6">
        <w:rPr>
          <w:rFonts w:ascii="細明體" w:eastAsia="細明體" w:hAnsi="細明體"/>
          <w:b/>
          <w:bCs/>
          <w:sz w:val="28"/>
          <w:szCs w:val="28"/>
        </w:rPr>
        <w:lastRenderedPageBreak/>
        <w:t>工作</w:t>
      </w:r>
      <w:r w:rsidRPr="009249D6">
        <w:rPr>
          <w:rFonts w:ascii="細明體" w:eastAsia="細明體" w:hAnsi="細明體" w:cs="微軟正黑體" w:hint="eastAsia"/>
          <w:b/>
          <w:bCs/>
          <w:sz w:val="28"/>
          <w:szCs w:val="28"/>
        </w:rPr>
        <w:t>內</w:t>
      </w:r>
      <w:r w:rsidRPr="009249D6">
        <w:rPr>
          <w:rFonts w:ascii="細明體" w:eastAsia="細明體" w:hAnsi="細明體" w:cs="MS Mincho" w:hint="eastAsia"/>
          <w:b/>
          <w:bCs/>
          <w:sz w:val="28"/>
          <w:szCs w:val="28"/>
        </w:rPr>
        <w:t>容</w:t>
      </w:r>
      <w:proofErr w:type="spellEnd"/>
    </w:p>
    <w:p w14:paraId="2D4B5DDB" w14:textId="77777777" w:rsidR="004D65C6" w:rsidRPr="007B33B8" w:rsidRDefault="004D65C6" w:rsidP="004D65C6">
      <w:pPr>
        <w:widowControl w:val="0"/>
        <w:numPr>
          <w:ilvl w:val="0"/>
          <w:numId w:val="33"/>
        </w:numPr>
        <w:tabs>
          <w:tab w:val="clear" w:pos="2488"/>
        </w:tabs>
        <w:snapToGrid w:val="0"/>
        <w:spacing w:afterLines="50" w:line="300" w:lineRule="exact"/>
        <w:ind w:left="426"/>
        <w:rPr>
          <w:rFonts w:ascii="細明體" w:eastAsia="細明體" w:hAnsi="細明體" w:cs="Arial"/>
          <w:b/>
          <w:bCs/>
          <w:sz w:val="28"/>
          <w:szCs w:val="28"/>
          <w:lang w:eastAsia="zh-TW"/>
        </w:rPr>
      </w:pPr>
      <w:r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第一組</w:t>
      </w:r>
      <w:proofErr w:type="spellStart"/>
      <w:r w:rsidRPr="007B33B8">
        <w:rPr>
          <w:rFonts w:ascii="細明體" w:eastAsia="細明體" w:hAnsi="細明體"/>
          <w:b/>
          <w:bCs/>
          <w:color w:val="auto"/>
          <w:sz w:val="24"/>
          <w:szCs w:val="24"/>
          <w:lang w:eastAsia="zh-TW"/>
        </w:rPr>
        <w:t>Workcell</w:t>
      </w:r>
      <w:proofErr w:type="spellEnd"/>
      <w:r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：</w:t>
      </w:r>
    </w:p>
    <w:p w14:paraId="4FD5ACA2" w14:textId="77777777" w:rsidR="006612C4" w:rsidRPr="009249D6" w:rsidRDefault="006612C4" w:rsidP="006612C4">
      <w:pPr>
        <w:ind w:leftChars="177" w:left="389"/>
        <w:rPr>
          <w:rFonts w:ascii="細明體" w:eastAsia="細明體" w:hAnsi="細明體"/>
        </w:rPr>
      </w:pPr>
      <w:proofErr w:type="spellStart"/>
      <w:r w:rsidRPr="009249D6">
        <w:rPr>
          <w:rFonts w:ascii="細明體" w:eastAsia="細明體" w:hAnsi="細明體"/>
        </w:rPr>
        <w:t>工研院</w:t>
      </w:r>
      <w:proofErr w:type="spellEnd"/>
      <w:r w:rsidRPr="009249D6">
        <w:rPr>
          <w:rFonts w:ascii="細明體" w:eastAsia="細明體" w:hAnsi="細明體" w:hint="eastAsia"/>
        </w:rPr>
        <w:t>：</w:t>
      </w:r>
    </w:p>
    <w:p w14:paraId="534CAC33" w14:textId="3EE61E8D" w:rsidR="006612C4" w:rsidRPr="009249D6" w:rsidRDefault="006612C4" w:rsidP="00CF1B32">
      <w:pPr>
        <w:widowControl w:val="0"/>
        <w:numPr>
          <w:ilvl w:val="0"/>
          <w:numId w:val="28"/>
        </w:numPr>
        <w:spacing w:after="0" w:line="240" w:lineRule="auto"/>
        <w:rPr>
          <w:rFonts w:ascii="細明體" w:eastAsia="細明體" w:hAnsi="細明體" w:cs="Arial"/>
          <w:lang w:val="es-PA" w:eastAsia="zh-TW"/>
        </w:rPr>
      </w:pPr>
      <w:r w:rsidRPr="009249D6">
        <w:rPr>
          <w:rFonts w:ascii="細明體" w:eastAsia="細明體" w:hAnsi="細明體" w:cs="Arial"/>
          <w:lang w:val="es-PA" w:eastAsia="zh-TW"/>
        </w:rPr>
        <w:t>提供</w:t>
      </w:r>
      <w:r w:rsidR="00183D02">
        <w:rPr>
          <w:rFonts w:ascii="細明體" w:eastAsia="細明體" w:hAnsi="細明體" w:cs="Arial" w:hint="eastAsia"/>
          <w:lang w:val="es-PA" w:eastAsia="zh-TW"/>
        </w:rPr>
        <w:t>機台與</w:t>
      </w:r>
      <w:r w:rsidRPr="009249D6">
        <w:rPr>
          <w:rFonts w:ascii="細明體" w:eastAsia="細明體" w:hAnsi="細明體" w:cs="Arial" w:hint="eastAsia"/>
          <w:lang w:val="es-PA" w:eastAsia="zh-TW"/>
        </w:rPr>
        <w:t>控制器之C點、S點與Reg點定義(請見</w:t>
      </w:r>
      <w:r w:rsidR="00460C6B">
        <w:rPr>
          <w:rFonts w:ascii="細明體" w:eastAsia="細明體" w:hAnsi="細明體" w:cs="Arial" w:hint="eastAsia"/>
          <w:lang w:val="es-PA" w:eastAsia="zh-TW"/>
        </w:rPr>
        <w:t>七</w:t>
      </w:r>
      <w:r w:rsidRPr="009249D6">
        <w:rPr>
          <w:rFonts w:ascii="細明體" w:eastAsia="細明體" w:hAnsi="細明體" w:cs="Arial" w:hint="eastAsia"/>
          <w:lang w:val="es-PA" w:eastAsia="zh-TW"/>
        </w:rPr>
        <w:t>.)</w:t>
      </w:r>
    </w:p>
    <w:p w14:paraId="3F770934" w14:textId="37FA247F" w:rsidR="006612C4" w:rsidRPr="003C6612" w:rsidRDefault="006612C4" w:rsidP="00CF1B32">
      <w:pPr>
        <w:widowControl w:val="0"/>
        <w:numPr>
          <w:ilvl w:val="0"/>
          <w:numId w:val="28"/>
        </w:numPr>
        <w:spacing w:after="0" w:line="240" w:lineRule="auto"/>
        <w:rPr>
          <w:rFonts w:ascii="細明體" w:eastAsia="細明體" w:hAnsi="細明體" w:cs="Arial"/>
          <w:lang w:val="es-PA" w:eastAsia="zh-TW"/>
        </w:rPr>
      </w:pPr>
      <w:r w:rsidRPr="009249D6">
        <w:rPr>
          <w:rFonts w:ascii="細明體" w:eastAsia="細明體" w:hAnsi="細明體" w:cs="Arial" w:hint="eastAsia"/>
          <w:lang w:val="es-PA" w:eastAsia="zh-TW"/>
        </w:rPr>
        <w:t>提供PLC之Ladder編輯軟體</w:t>
      </w:r>
      <w:r w:rsidRPr="009249D6">
        <w:rPr>
          <w:rFonts w:ascii="細明體" w:eastAsia="細明體" w:hAnsi="細明體" w:cs="MS Mincho" w:hint="eastAsia"/>
          <w:lang w:val="es-PA" w:eastAsia="zh-TW"/>
        </w:rPr>
        <w:t>。</w:t>
      </w:r>
    </w:p>
    <w:p w14:paraId="1302FF84" w14:textId="77777777" w:rsidR="003C6612" w:rsidRPr="004D65C6" w:rsidRDefault="003C6612" w:rsidP="003C6612">
      <w:pPr>
        <w:widowControl w:val="0"/>
        <w:spacing w:after="0" w:line="240" w:lineRule="auto"/>
        <w:ind w:left="905"/>
        <w:rPr>
          <w:rFonts w:ascii="細明體" w:eastAsia="細明體" w:hAnsi="細明體" w:cs="Arial"/>
          <w:lang w:val="es-PA" w:eastAsia="zh-TW"/>
        </w:rPr>
      </w:pPr>
    </w:p>
    <w:p w14:paraId="54A8E036" w14:textId="77777777" w:rsidR="006612C4" w:rsidRPr="009249D6" w:rsidRDefault="006612C4" w:rsidP="006612C4">
      <w:pPr>
        <w:ind w:leftChars="177" w:left="389"/>
        <w:rPr>
          <w:rFonts w:ascii="細明體" w:eastAsia="細明體" w:hAnsi="細明體"/>
        </w:rPr>
      </w:pPr>
      <w:proofErr w:type="spellStart"/>
      <w:r w:rsidRPr="009249D6">
        <w:rPr>
          <w:rFonts w:ascii="細明體" w:eastAsia="細明體" w:hAnsi="細明體" w:hint="eastAsia"/>
        </w:rPr>
        <w:t>得標廠商</w:t>
      </w:r>
      <w:proofErr w:type="spellEnd"/>
      <w:r w:rsidRPr="009249D6">
        <w:rPr>
          <w:rFonts w:ascii="細明體" w:eastAsia="細明體" w:hAnsi="細明體" w:hint="eastAsia"/>
        </w:rPr>
        <w:t>：</w:t>
      </w:r>
    </w:p>
    <w:p w14:paraId="76AD08D7" w14:textId="39EFF98C" w:rsidR="00E81738" w:rsidRPr="00E81738" w:rsidRDefault="00E81738" w:rsidP="00E81738">
      <w:pPr>
        <w:widowControl w:val="0"/>
        <w:numPr>
          <w:ilvl w:val="0"/>
          <w:numId w:val="27"/>
        </w:numPr>
        <w:snapToGrid w:val="0"/>
        <w:spacing w:after="0" w:line="240" w:lineRule="auto"/>
        <w:ind w:left="851" w:hanging="482"/>
        <w:rPr>
          <w:rFonts w:ascii="細明體" w:eastAsia="細明體" w:hAnsi="細明體"/>
          <w:lang w:eastAsia="zh-TW"/>
        </w:rPr>
      </w:pPr>
      <w:r w:rsidRPr="00E81738">
        <w:rPr>
          <w:rFonts w:ascii="細明體" w:eastAsia="細明體" w:hAnsi="細明體" w:cs="Arial"/>
          <w:lang w:eastAsia="zh-TW"/>
        </w:rPr>
        <w:t>依照</w:t>
      </w:r>
      <w:r w:rsidRPr="00E81738">
        <w:rPr>
          <w:rFonts w:ascii="細明體" w:eastAsia="細明體" w:hAnsi="細明體" w:hint="eastAsia"/>
          <w:lang w:eastAsia="zh-TW"/>
        </w:rPr>
        <w:t>『</w:t>
      </w:r>
      <w:r w:rsidRPr="00E81738">
        <w:rPr>
          <w:rFonts w:ascii="細明體" w:eastAsia="細明體" w:hAnsi="細明體"/>
          <w:lang w:eastAsia="zh-TW"/>
        </w:rPr>
        <w:t>規格</w:t>
      </w:r>
      <w:r w:rsidRPr="00E81738">
        <w:rPr>
          <w:rFonts w:ascii="細明體" w:eastAsia="細明體" w:hAnsi="細明體" w:hint="eastAsia"/>
          <w:lang w:eastAsia="zh-TW"/>
        </w:rPr>
        <w:t>之</w:t>
      </w:r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第一組</w:t>
      </w:r>
      <w:proofErr w:type="spellStart"/>
      <w:r w:rsidRPr="00E81738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』所述，完成</w:t>
      </w:r>
      <w:r w:rsidRPr="00E81738">
        <w:rPr>
          <w:rFonts w:ascii="細明體" w:eastAsia="細明體" w:hAnsi="細明體" w:cs="Arial" w:hint="eastAsia"/>
          <w:sz w:val="24"/>
          <w:szCs w:val="24"/>
          <w:lang w:val="es-PA" w:eastAsia="zh-TW"/>
        </w:rPr>
        <w:t>開發</w:t>
      </w:r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車床機台</w:t>
      </w:r>
      <w:r w:rsidRPr="00E81738">
        <w:rPr>
          <w:rFonts w:ascii="細明體" w:eastAsia="細明體" w:hAnsi="細明體" w:hint="eastAsia"/>
          <w:bCs/>
          <w:sz w:val="24"/>
          <w:szCs w:val="24"/>
          <w:lang w:eastAsia="zh-TW"/>
        </w:rPr>
        <w:t>之PLC控制程式</w:t>
      </w:r>
      <w:r>
        <w:rPr>
          <w:rFonts w:ascii="細明體" w:eastAsia="細明體" w:hAnsi="細明體" w:hint="eastAsia"/>
          <w:bCs/>
          <w:sz w:val="24"/>
          <w:szCs w:val="24"/>
          <w:lang w:eastAsia="zh-TW"/>
        </w:rPr>
        <w:t>。</w:t>
      </w:r>
    </w:p>
    <w:p w14:paraId="7A668D8E" w14:textId="6FFC2ACF" w:rsidR="009D358A" w:rsidRPr="009D358A" w:rsidRDefault="00E81738" w:rsidP="009D358A">
      <w:pPr>
        <w:widowControl w:val="0"/>
        <w:numPr>
          <w:ilvl w:val="0"/>
          <w:numId w:val="27"/>
        </w:numPr>
        <w:snapToGrid w:val="0"/>
        <w:spacing w:after="0" w:line="240" w:lineRule="auto"/>
        <w:ind w:left="851" w:hanging="482"/>
        <w:rPr>
          <w:rFonts w:ascii="細明體" w:eastAsia="細明體" w:hAnsi="細明體"/>
          <w:lang w:eastAsia="zh-TW"/>
        </w:rPr>
      </w:pPr>
      <w:r w:rsidRPr="00E81738">
        <w:rPr>
          <w:rFonts w:ascii="細明體" w:eastAsia="細明體" w:hAnsi="細明體" w:cs="Arial"/>
          <w:lang w:eastAsia="zh-TW"/>
        </w:rPr>
        <w:t>依照</w:t>
      </w:r>
      <w:r w:rsidRPr="00E81738">
        <w:rPr>
          <w:rFonts w:ascii="細明體" w:eastAsia="細明體" w:hAnsi="細明體" w:hint="eastAsia"/>
          <w:lang w:eastAsia="zh-TW"/>
        </w:rPr>
        <w:t>『</w:t>
      </w:r>
      <w:r w:rsidRPr="00E81738">
        <w:rPr>
          <w:rFonts w:ascii="細明體" w:eastAsia="細明體" w:hAnsi="細明體"/>
          <w:lang w:eastAsia="zh-TW"/>
        </w:rPr>
        <w:t>規格</w:t>
      </w:r>
      <w:r w:rsidRPr="00E81738">
        <w:rPr>
          <w:rFonts w:ascii="細明體" w:eastAsia="細明體" w:hAnsi="細明體" w:hint="eastAsia"/>
          <w:lang w:eastAsia="zh-TW"/>
        </w:rPr>
        <w:t>之</w:t>
      </w:r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第一組</w:t>
      </w:r>
      <w:proofErr w:type="spellStart"/>
      <w:r w:rsidRPr="00E81738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』所述，完成</w:t>
      </w:r>
      <w:r w:rsidR="006E1397" w:rsidRPr="00E81738">
        <w:rPr>
          <w:rFonts w:ascii="細明體" w:eastAsia="細明體" w:hAnsi="細明體" w:cs="Arial" w:hint="eastAsia"/>
          <w:sz w:val="24"/>
          <w:szCs w:val="24"/>
          <w:lang w:val="es-PA" w:eastAsia="zh-TW"/>
        </w:rPr>
        <w:t>開發</w:t>
      </w:r>
      <w:r w:rsidR="006E1397"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機械手臂之上下料之通訊協定串接之PLC功能</w:t>
      </w:r>
      <w:r w:rsidR="009D358A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。</w:t>
      </w:r>
    </w:p>
    <w:p w14:paraId="59E36866" w14:textId="7A429B2A" w:rsidR="009D358A" w:rsidRPr="00E81738" w:rsidRDefault="009D358A" w:rsidP="008D3CB9">
      <w:pPr>
        <w:widowControl w:val="0"/>
        <w:numPr>
          <w:ilvl w:val="0"/>
          <w:numId w:val="27"/>
        </w:numPr>
        <w:snapToGrid w:val="0"/>
        <w:spacing w:after="0" w:line="240" w:lineRule="auto"/>
        <w:ind w:left="851" w:hanging="482"/>
        <w:rPr>
          <w:rFonts w:ascii="細明體" w:eastAsia="細明體" w:hAnsi="細明體"/>
          <w:lang w:eastAsia="zh-TW"/>
        </w:rPr>
      </w:pPr>
      <w:r>
        <w:rPr>
          <w:rFonts w:ascii="細明體" w:eastAsia="細明體" w:hAnsi="細明體" w:hint="eastAsia"/>
          <w:lang w:eastAsia="zh-TW"/>
        </w:rPr>
        <w:t>實際工廠</w:t>
      </w:r>
      <w:proofErr w:type="gramStart"/>
      <w:r>
        <w:rPr>
          <w:rFonts w:ascii="細明體" w:eastAsia="細明體" w:hAnsi="細明體" w:hint="eastAsia"/>
          <w:lang w:eastAsia="zh-TW"/>
        </w:rPr>
        <w:t>產線進</w:t>
      </w:r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車床</w:t>
      </w:r>
      <w:proofErr w:type="gramEnd"/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機台</w:t>
      </w:r>
      <w:r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與機械手臂上下料</w:t>
      </w:r>
      <w:r w:rsidRPr="00E81738">
        <w:rPr>
          <w:rFonts w:ascii="細明體" w:eastAsia="細明體" w:hAnsi="細明體" w:hint="eastAsia"/>
          <w:bCs/>
          <w:sz w:val="24"/>
          <w:szCs w:val="24"/>
          <w:lang w:eastAsia="zh-TW"/>
        </w:rPr>
        <w:t>之PLC控制程式</w:t>
      </w:r>
      <w:r>
        <w:rPr>
          <w:rFonts w:ascii="細明體" w:eastAsia="細明體" w:hAnsi="細明體" w:hint="eastAsia"/>
          <w:bCs/>
          <w:sz w:val="24"/>
          <w:szCs w:val="24"/>
          <w:lang w:eastAsia="zh-TW"/>
        </w:rPr>
        <w:t>測試與驗證，需驗證</w:t>
      </w:r>
      <w:r>
        <w:rPr>
          <w:rFonts w:ascii="細明體" w:eastAsia="細明體" w:hAnsi="細明體" w:cs="Arial" w:hint="eastAsia"/>
          <w:sz w:val="24"/>
          <w:szCs w:val="24"/>
          <w:lang w:val="es-PA" w:eastAsia="zh-TW"/>
        </w:rPr>
        <w:t>所有</w:t>
      </w: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功能</w:t>
      </w:r>
      <w:r>
        <w:rPr>
          <w:rFonts w:ascii="細明體" w:eastAsia="細明體" w:hAnsi="細明體" w:cs="Arial" w:hint="eastAsia"/>
          <w:sz w:val="24"/>
          <w:szCs w:val="24"/>
          <w:lang w:val="es-PA" w:eastAsia="zh-TW"/>
        </w:rPr>
        <w:t>皆為</w:t>
      </w: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正常無誤</w:t>
      </w:r>
      <w:r w:rsidRPr="004D65C6">
        <w:rPr>
          <w:rFonts w:ascii="細明體" w:eastAsia="細明體" w:hAnsi="細明體" w:cs="Arial" w:hint="eastAsia"/>
          <w:lang w:val="es-PA" w:eastAsia="zh-TW"/>
        </w:rPr>
        <w:t>。</w:t>
      </w:r>
      <w:r>
        <w:rPr>
          <w:rFonts w:ascii="細明體" w:eastAsia="細明體" w:hAnsi="細明體" w:hint="eastAsia"/>
          <w:bCs/>
          <w:sz w:val="24"/>
          <w:szCs w:val="24"/>
          <w:lang w:eastAsia="zh-TW"/>
        </w:rPr>
        <w:t>。</w:t>
      </w:r>
    </w:p>
    <w:p w14:paraId="7AEE7B4F" w14:textId="7F6DBA93" w:rsidR="004D65C6" w:rsidRPr="004D65C6" w:rsidRDefault="006612C4" w:rsidP="00B759B5">
      <w:pPr>
        <w:widowControl w:val="0"/>
        <w:numPr>
          <w:ilvl w:val="0"/>
          <w:numId w:val="27"/>
        </w:numPr>
        <w:snapToGrid w:val="0"/>
        <w:spacing w:after="0" w:line="240" w:lineRule="auto"/>
        <w:ind w:leftChars="177" w:left="871" w:hanging="482"/>
        <w:rPr>
          <w:rFonts w:ascii="細明體" w:eastAsia="細明體" w:hAnsi="細明體"/>
          <w:lang w:eastAsia="zh-TW"/>
        </w:rPr>
      </w:pPr>
      <w:r w:rsidRPr="004D65C6">
        <w:rPr>
          <w:rFonts w:ascii="細明體" w:eastAsia="細明體" w:hAnsi="細明體" w:hint="eastAsia"/>
          <w:lang w:eastAsia="zh-TW"/>
        </w:rPr>
        <w:t>提供繳交所</w:t>
      </w:r>
      <w:r w:rsidR="009D358A">
        <w:rPr>
          <w:rFonts w:ascii="細明體" w:eastAsia="細明體" w:hAnsi="細明體" w:hint="eastAsia"/>
          <w:lang w:eastAsia="zh-TW"/>
        </w:rPr>
        <w:t>開發完成並完成驗證</w:t>
      </w:r>
      <w:r w:rsidRPr="004D65C6">
        <w:rPr>
          <w:rFonts w:ascii="細明體" w:eastAsia="細明體" w:hAnsi="細明體" w:hint="eastAsia"/>
          <w:lang w:eastAsia="zh-TW"/>
        </w:rPr>
        <w:t>之</w:t>
      </w:r>
      <w:r w:rsidR="006D4BF0" w:rsidRPr="004D65C6">
        <w:rPr>
          <w:rFonts w:ascii="細明體" w:eastAsia="細明體" w:hAnsi="細明體" w:cs="Arial" w:hint="eastAsia"/>
          <w:lang w:eastAsia="zh-TW"/>
        </w:rPr>
        <w:t>PLC程式</w:t>
      </w:r>
      <w:r w:rsidRPr="004D65C6">
        <w:rPr>
          <w:rFonts w:ascii="細明體" w:eastAsia="細明體" w:hAnsi="細明體" w:cs="Arial" w:hint="eastAsia"/>
          <w:lang w:eastAsia="zh-TW"/>
        </w:rPr>
        <w:t>原始碼。</w:t>
      </w:r>
    </w:p>
    <w:p w14:paraId="04ADDD0D" w14:textId="3EB69B05" w:rsidR="006D4BF0" w:rsidRPr="00E81738" w:rsidRDefault="006612C4" w:rsidP="00E81738">
      <w:pPr>
        <w:widowControl w:val="0"/>
        <w:numPr>
          <w:ilvl w:val="0"/>
          <w:numId w:val="27"/>
        </w:numPr>
        <w:snapToGrid w:val="0"/>
        <w:spacing w:after="0" w:line="240" w:lineRule="auto"/>
        <w:ind w:leftChars="177" w:left="871" w:hanging="482"/>
        <w:rPr>
          <w:rFonts w:ascii="細明體" w:eastAsia="細明體" w:hAnsi="細明體"/>
          <w:lang w:eastAsia="zh-TW"/>
        </w:rPr>
      </w:pPr>
      <w:r w:rsidRPr="004D65C6">
        <w:rPr>
          <w:rFonts w:ascii="細明體" w:eastAsia="細明體" w:hAnsi="細明體" w:hint="eastAsia"/>
          <w:lang w:eastAsia="zh-TW"/>
        </w:rPr>
        <w:t>將</w:t>
      </w:r>
      <w:r w:rsidR="006D4BF0">
        <w:rPr>
          <w:rFonts w:ascii="細明體" w:eastAsia="細明體" w:hAnsi="細明體" w:hint="eastAsia"/>
          <w:lang w:eastAsia="zh-TW"/>
        </w:rPr>
        <w:t>開發</w:t>
      </w:r>
      <w:r w:rsidRPr="004D65C6">
        <w:rPr>
          <w:rFonts w:ascii="細明體" w:eastAsia="細明體" w:hAnsi="細明體" w:hint="eastAsia"/>
          <w:lang w:eastAsia="zh-TW"/>
        </w:rPr>
        <w:t>完之</w:t>
      </w:r>
      <w:r w:rsidR="006D4BF0" w:rsidRPr="004D65C6">
        <w:rPr>
          <w:rFonts w:ascii="細明體" w:eastAsia="細明體" w:hAnsi="細明體" w:cs="Arial" w:hint="eastAsia"/>
          <w:lang w:eastAsia="zh-TW"/>
        </w:rPr>
        <w:t>PLC程式</w:t>
      </w:r>
      <w:r w:rsidRPr="004D65C6">
        <w:rPr>
          <w:rFonts w:ascii="細明體" w:eastAsia="細明體" w:hAnsi="細明體" w:hint="eastAsia"/>
          <w:lang w:eastAsia="zh-TW"/>
        </w:rPr>
        <w:t>Ladder檔，複製到</w:t>
      </w:r>
      <w:r w:rsidR="00E81738">
        <w:rPr>
          <w:rFonts w:ascii="細明體" w:eastAsia="細明體" w:hAnsi="細明體" w:hint="eastAsia"/>
          <w:lang w:eastAsia="zh-TW"/>
        </w:rPr>
        <w:t>車床機台</w:t>
      </w:r>
      <w:r w:rsidRPr="004D65C6">
        <w:rPr>
          <w:rFonts w:ascii="細明體" w:eastAsia="細明體" w:hAnsi="細明體" w:hint="eastAsia"/>
          <w:lang w:eastAsia="zh-TW"/>
        </w:rPr>
        <w:t>控制器中，進行功能測試，確保</w:t>
      </w:r>
      <w:r w:rsidRPr="004D65C6">
        <w:rPr>
          <w:rFonts w:ascii="細明體" w:eastAsia="細明體" w:hAnsi="細明體"/>
          <w:lang w:eastAsia="zh-TW"/>
        </w:rPr>
        <w:t>車床</w:t>
      </w:r>
      <w:r w:rsidRPr="004D65C6">
        <w:rPr>
          <w:rFonts w:ascii="細明體" w:eastAsia="細明體" w:hAnsi="細明體" w:hint="eastAsia"/>
          <w:lang w:eastAsia="zh-TW"/>
        </w:rPr>
        <w:t>功能</w:t>
      </w:r>
      <w:r w:rsidR="00CF3C12">
        <w:rPr>
          <w:rFonts w:ascii="細明體" w:eastAsia="細明體" w:hAnsi="細明體" w:hint="eastAsia"/>
          <w:lang w:eastAsia="zh-TW"/>
        </w:rPr>
        <w:t>與機械手臂</w:t>
      </w:r>
      <w:proofErr w:type="gramStart"/>
      <w:r w:rsidR="00CF3C12">
        <w:rPr>
          <w:rFonts w:ascii="細明體" w:eastAsia="細明體" w:hAnsi="細明體" w:hint="eastAsia"/>
          <w:lang w:eastAsia="zh-TW"/>
        </w:rPr>
        <w:t>上下料</w:t>
      </w:r>
      <w:r w:rsidRPr="004D65C6">
        <w:rPr>
          <w:rFonts w:ascii="細明體" w:eastAsia="細明體" w:hAnsi="細明體" w:hint="eastAsia"/>
          <w:lang w:eastAsia="zh-TW"/>
        </w:rPr>
        <w:t>皆為</w:t>
      </w:r>
      <w:proofErr w:type="gramEnd"/>
      <w:r w:rsidRPr="004D65C6">
        <w:rPr>
          <w:rFonts w:ascii="細明體" w:eastAsia="細明體" w:hAnsi="細明體" w:hint="eastAsia"/>
          <w:lang w:eastAsia="zh-TW"/>
        </w:rPr>
        <w:t>正常</w:t>
      </w:r>
      <w:r w:rsidRPr="004D65C6">
        <w:rPr>
          <w:rFonts w:ascii="細明體" w:eastAsia="細明體" w:hAnsi="細明體"/>
          <w:lang w:eastAsia="zh-TW"/>
        </w:rPr>
        <w:t>。</w:t>
      </w:r>
      <w:r w:rsidRPr="004D65C6">
        <w:rPr>
          <w:rFonts w:ascii="細明體" w:eastAsia="細明體" w:hAnsi="細明體" w:hint="eastAsia"/>
          <w:lang w:eastAsia="zh-TW"/>
        </w:rPr>
        <w:t>測試</w:t>
      </w:r>
      <w:r w:rsidRPr="004D65C6">
        <w:rPr>
          <w:rFonts w:ascii="細明體" w:eastAsia="細明體" w:hAnsi="細明體" w:cs="Arial" w:hint="eastAsia"/>
          <w:lang w:val="es-PA" w:eastAsia="zh-TW"/>
        </w:rPr>
        <w:t>功能項目</w:t>
      </w:r>
      <w:r w:rsidR="00377AE5">
        <w:rPr>
          <w:rFonts w:ascii="細明體" w:eastAsia="細明體" w:hAnsi="細明體" w:cs="Arial" w:hint="eastAsia"/>
          <w:lang w:val="es-PA" w:eastAsia="zh-TW"/>
        </w:rPr>
        <w:t>如規格所列</w:t>
      </w:r>
      <w:r w:rsidR="00377AE5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，</w:t>
      </w:r>
      <w:r w:rsidR="00490CFC">
        <w:rPr>
          <w:rFonts w:ascii="細明體" w:eastAsia="細明體" w:hAnsi="細明體" w:cs="Arial" w:hint="eastAsia"/>
          <w:sz w:val="24"/>
          <w:szCs w:val="24"/>
          <w:lang w:val="es-PA" w:eastAsia="zh-TW"/>
        </w:rPr>
        <w:t>並</w:t>
      </w:r>
      <w:r w:rsidR="00CF3C12">
        <w:rPr>
          <w:rFonts w:ascii="細明體" w:eastAsia="細明體" w:hAnsi="細明體" w:cs="Arial" w:hint="eastAsia"/>
          <w:sz w:val="24"/>
          <w:szCs w:val="24"/>
          <w:lang w:val="es-PA" w:eastAsia="zh-TW"/>
        </w:rPr>
        <w:t>以下表之驗證項目作確認與紀錄，</w:t>
      </w:r>
      <w:r w:rsidR="00377AE5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確保</w:t>
      </w:r>
      <w:r w:rsidR="00CF3C12">
        <w:rPr>
          <w:rFonts w:ascii="細明體" w:eastAsia="細明體" w:hAnsi="細明體" w:cs="Arial" w:hint="eastAsia"/>
          <w:sz w:val="24"/>
          <w:szCs w:val="24"/>
          <w:lang w:val="es-PA" w:eastAsia="zh-TW"/>
        </w:rPr>
        <w:t>所有</w:t>
      </w:r>
      <w:r w:rsidR="00377AE5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功能</w:t>
      </w:r>
      <w:r w:rsidR="00CF3C12">
        <w:rPr>
          <w:rFonts w:ascii="細明體" w:eastAsia="細明體" w:hAnsi="細明體" w:cs="Arial" w:hint="eastAsia"/>
          <w:sz w:val="24"/>
          <w:szCs w:val="24"/>
          <w:lang w:val="es-PA" w:eastAsia="zh-TW"/>
        </w:rPr>
        <w:t>皆為</w:t>
      </w:r>
      <w:r w:rsidR="00377AE5"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正常無誤</w:t>
      </w:r>
      <w:r w:rsidRPr="004D65C6">
        <w:rPr>
          <w:rFonts w:ascii="細明體" w:eastAsia="細明體" w:hAnsi="細明體" w:cs="Arial" w:hint="eastAsia"/>
          <w:lang w:val="es-PA" w:eastAsia="zh-TW"/>
        </w:rPr>
        <w:t>。</w:t>
      </w:r>
    </w:p>
    <w:tbl>
      <w:tblPr>
        <w:tblStyle w:val="aff3"/>
        <w:tblW w:w="0" w:type="auto"/>
        <w:tblInd w:w="959" w:type="dxa"/>
        <w:tblLook w:val="04A0" w:firstRow="1" w:lastRow="0" w:firstColumn="1" w:lastColumn="0" w:noHBand="0" w:noVBand="1"/>
      </w:tblPr>
      <w:tblGrid>
        <w:gridCol w:w="1134"/>
        <w:gridCol w:w="5386"/>
        <w:gridCol w:w="1937"/>
      </w:tblGrid>
      <w:tr w:rsidR="006D4BF0" w:rsidRPr="003550EE" w14:paraId="5BEDF947" w14:textId="77777777" w:rsidTr="003550EE">
        <w:tc>
          <w:tcPr>
            <w:tcW w:w="1134" w:type="dxa"/>
          </w:tcPr>
          <w:p w14:paraId="524FFD26" w14:textId="2B353B5A" w:rsidR="006D4BF0" w:rsidRPr="003550EE" w:rsidRDefault="00D808D0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編號</w:t>
            </w:r>
          </w:p>
        </w:tc>
        <w:tc>
          <w:tcPr>
            <w:tcW w:w="5386" w:type="dxa"/>
          </w:tcPr>
          <w:p w14:paraId="61AF69C7" w14:textId="3432B20E" w:rsidR="006D4BF0" w:rsidRPr="003550EE" w:rsidRDefault="00D808D0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功能項目</w:t>
            </w:r>
          </w:p>
        </w:tc>
        <w:tc>
          <w:tcPr>
            <w:tcW w:w="1937" w:type="dxa"/>
          </w:tcPr>
          <w:p w14:paraId="2179E25E" w14:textId="5C3B3EDE" w:rsidR="006D4BF0" w:rsidRPr="003550EE" w:rsidRDefault="00D808D0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功能是否正常</w:t>
            </w:r>
          </w:p>
        </w:tc>
      </w:tr>
      <w:tr w:rsidR="003550EE" w:rsidRPr="003550EE" w14:paraId="25CC095B" w14:textId="77777777" w:rsidTr="003550EE">
        <w:tc>
          <w:tcPr>
            <w:tcW w:w="1134" w:type="dxa"/>
            <w:vAlign w:val="center"/>
          </w:tcPr>
          <w:p w14:paraId="04545F98" w14:textId="4A411608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14:paraId="33E404BD" w14:textId="650739B9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MDI、AUTO、EDIT、HOME、MPG</w:t>
            </w: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等模式切換</w:t>
            </w:r>
            <w:proofErr w:type="spellEnd"/>
          </w:p>
        </w:tc>
        <w:tc>
          <w:tcPr>
            <w:tcW w:w="1937" w:type="dxa"/>
          </w:tcPr>
          <w:p w14:paraId="4D969B2E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4F4D9375" w14:textId="77777777" w:rsidTr="003550EE">
        <w:tc>
          <w:tcPr>
            <w:tcW w:w="1134" w:type="dxa"/>
            <w:vAlign w:val="center"/>
          </w:tcPr>
          <w:p w14:paraId="1D37161C" w14:textId="3DF70EDE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5386" w:type="dxa"/>
          </w:tcPr>
          <w:p w14:paraId="655800F1" w14:textId="1575E22A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/>
              </w:rPr>
            </w:pP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吋動</w:t>
            </w:r>
            <w:proofErr w:type="spellEnd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\</w:t>
            </w: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連續移動切換</w:t>
            </w:r>
            <w:proofErr w:type="spellEnd"/>
          </w:p>
        </w:tc>
        <w:tc>
          <w:tcPr>
            <w:tcW w:w="1937" w:type="dxa"/>
          </w:tcPr>
          <w:p w14:paraId="7C291668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07DBCE40" w14:textId="77777777" w:rsidTr="003550EE">
        <w:tc>
          <w:tcPr>
            <w:tcW w:w="1134" w:type="dxa"/>
            <w:vAlign w:val="center"/>
          </w:tcPr>
          <w:p w14:paraId="50FB2098" w14:textId="4A022BF2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5386" w:type="dxa"/>
          </w:tcPr>
          <w:p w14:paraId="4D1E42B5" w14:textId="195D809A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各軸向</w:t>
            </w:r>
            <w:proofErr w:type="spellEnd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JOG</w:t>
            </w: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功能</w:t>
            </w:r>
            <w:proofErr w:type="spellEnd"/>
          </w:p>
        </w:tc>
        <w:tc>
          <w:tcPr>
            <w:tcW w:w="1937" w:type="dxa"/>
          </w:tcPr>
          <w:p w14:paraId="1CF1EB47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5ACB238A" w14:textId="77777777" w:rsidTr="003550EE">
        <w:tc>
          <w:tcPr>
            <w:tcW w:w="1134" w:type="dxa"/>
            <w:vAlign w:val="center"/>
          </w:tcPr>
          <w:p w14:paraId="30BAAC35" w14:textId="505CBFD3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5386" w:type="dxa"/>
          </w:tcPr>
          <w:p w14:paraId="046D3FAE" w14:textId="6DDDCB5F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C/S</w:t>
            </w: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軸切換</w:t>
            </w:r>
            <w:proofErr w:type="spellEnd"/>
          </w:p>
        </w:tc>
        <w:tc>
          <w:tcPr>
            <w:tcW w:w="1937" w:type="dxa"/>
          </w:tcPr>
          <w:p w14:paraId="6E30A231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614CCAB4" w14:textId="77777777" w:rsidTr="003550EE">
        <w:tc>
          <w:tcPr>
            <w:tcW w:w="1134" w:type="dxa"/>
            <w:vAlign w:val="center"/>
          </w:tcPr>
          <w:p w14:paraId="3E1F5B25" w14:textId="1137E47C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5386" w:type="dxa"/>
          </w:tcPr>
          <w:p w14:paraId="53F87780" w14:textId="5AD7CF92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 xml:space="preserve">CYCLE </w:t>
            </w:r>
            <w:r w:rsidRPr="003550EE">
              <w:rPr>
                <w:rFonts w:ascii="細明體" w:eastAsia="細明體" w:hAnsi="細明體" w:cs="Arial"/>
                <w:sz w:val="24"/>
                <w:szCs w:val="24"/>
                <w:lang w:val="es-PA"/>
              </w:rPr>
              <w:t>START/HOLD/RESET</w:t>
            </w:r>
          </w:p>
        </w:tc>
        <w:tc>
          <w:tcPr>
            <w:tcW w:w="1937" w:type="dxa"/>
          </w:tcPr>
          <w:p w14:paraId="7E0D5A43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337529EB" w14:textId="77777777" w:rsidTr="003550EE">
        <w:tc>
          <w:tcPr>
            <w:tcW w:w="1134" w:type="dxa"/>
            <w:vAlign w:val="center"/>
          </w:tcPr>
          <w:p w14:paraId="5A0939B9" w14:textId="284532EE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5386" w:type="dxa"/>
          </w:tcPr>
          <w:p w14:paraId="2EF86259" w14:textId="305D5881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主軸正轉、停止、反轉</w:t>
            </w:r>
          </w:p>
        </w:tc>
        <w:tc>
          <w:tcPr>
            <w:tcW w:w="1937" w:type="dxa"/>
          </w:tcPr>
          <w:p w14:paraId="09E1B8A4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5A6CAD69" w14:textId="77777777" w:rsidTr="003550EE">
        <w:tc>
          <w:tcPr>
            <w:tcW w:w="1134" w:type="dxa"/>
            <w:vAlign w:val="center"/>
          </w:tcPr>
          <w:p w14:paraId="4F5C6F38" w14:textId="01BF8BB0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5386" w:type="dxa"/>
          </w:tcPr>
          <w:p w14:paraId="2823A75D" w14:textId="3B71CB45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主軸轉動轉速百分比</w:t>
            </w:r>
            <w:proofErr w:type="spellEnd"/>
          </w:p>
        </w:tc>
        <w:tc>
          <w:tcPr>
            <w:tcW w:w="1937" w:type="dxa"/>
          </w:tcPr>
          <w:p w14:paraId="7AD86376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31F7E3C2" w14:textId="77777777" w:rsidTr="003550EE">
        <w:tc>
          <w:tcPr>
            <w:tcW w:w="1134" w:type="dxa"/>
            <w:vAlign w:val="center"/>
          </w:tcPr>
          <w:p w14:paraId="1645859D" w14:textId="2C5E8D65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5386" w:type="dxa"/>
          </w:tcPr>
          <w:p w14:paraId="0423A42B" w14:textId="65ECF789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連續移動速度百分比</w:t>
            </w:r>
            <w:proofErr w:type="spellEnd"/>
          </w:p>
        </w:tc>
        <w:tc>
          <w:tcPr>
            <w:tcW w:w="1937" w:type="dxa"/>
          </w:tcPr>
          <w:p w14:paraId="665DA7B6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01600ADC" w14:textId="77777777" w:rsidTr="003550EE">
        <w:tc>
          <w:tcPr>
            <w:tcW w:w="1134" w:type="dxa"/>
            <w:vAlign w:val="center"/>
          </w:tcPr>
          <w:p w14:paraId="0DE95FDF" w14:textId="426326D9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5386" w:type="dxa"/>
          </w:tcPr>
          <w:p w14:paraId="4D0FB20C" w14:textId="65D1221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加工進給速度百分比</w:t>
            </w:r>
            <w:proofErr w:type="spellEnd"/>
          </w:p>
        </w:tc>
        <w:tc>
          <w:tcPr>
            <w:tcW w:w="1937" w:type="dxa"/>
          </w:tcPr>
          <w:p w14:paraId="6E2E4D80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19BD7343" w14:textId="77777777" w:rsidTr="003550EE">
        <w:tc>
          <w:tcPr>
            <w:tcW w:w="1134" w:type="dxa"/>
            <w:vAlign w:val="center"/>
          </w:tcPr>
          <w:p w14:paraId="42390DA6" w14:textId="70D6246D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386" w:type="dxa"/>
          </w:tcPr>
          <w:p w14:paraId="21CD814F" w14:textId="14AFC48C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SBK/BDT/OSP</w:t>
            </w:r>
            <w:r w:rsidRPr="003550EE">
              <w:rPr>
                <w:rFonts w:ascii="細明體" w:eastAsia="細明體" w:hAnsi="細明體" w:cs="Arial"/>
                <w:sz w:val="24"/>
                <w:szCs w:val="24"/>
                <w:lang w:val="es-PA"/>
              </w:rPr>
              <w:t>/MLK</w:t>
            </w: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功能</w:t>
            </w:r>
            <w:proofErr w:type="spellEnd"/>
          </w:p>
        </w:tc>
        <w:tc>
          <w:tcPr>
            <w:tcW w:w="1937" w:type="dxa"/>
          </w:tcPr>
          <w:p w14:paraId="63E66BAB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12FC340E" w14:textId="77777777" w:rsidTr="003550EE">
        <w:tc>
          <w:tcPr>
            <w:tcW w:w="1134" w:type="dxa"/>
            <w:vAlign w:val="center"/>
          </w:tcPr>
          <w:p w14:paraId="13FB99A6" w14:textId="62406261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386" w:type="dxa"/>
          </w:tcPr>
          <w:p w14:paraId="364233A5" w14:textId="353387AA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proofErr w:type="gram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刀塔正轉</w:t>
            </w:r>
            <w:proofErr w:type="gramEnd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/反轉、</w:t>
            </w:r>
            <w:proofErr w:type="gram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刀塔回原點</w:t>
            </w:r>
            <w:proofErr w:type="gramEnd"/>
          </w:p>
        </w:tc>
        <w:tc>
          <w:tcPr>
            <w:tcW w:w="1937" w:type="dxa"/>
          </w:tcPr>
          <w:p w14:paraId="24C41F94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00145A2D" w14:textId="77777777" w:rsidTr="003550EE">
        <w:tc>
          <w:tcPr>
            <w:tcW w:w="1134" w:type="dxa"/>
            <w:vAlign w:val="center"/>
          </w:tcPr>
          <w:p w14:paraId="7065B4E8" w14:textId="5B0B1BF2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386" w:type="dxa"/>
          </w:tcPr>
          <w:p w14:paraId="08DA0E7D" w14:textId="08803975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極限開關、緊急停止、伺服</w:t>
            </w:r>
            <w:r w:rsidRPr="003550EE">
              <w:rPr>
                <w:rFonts w:ascii="細明體" w:eastAsia="細明體" w:hAnsi="細明體" w:cs="微軟正黑體" w:hint="eastAsia"/>
                <w:sz w:val="24"/>
                <w:szCs w:val="24"/>
                <w:lang w:val="es-PA" w:eastAsia="zh-TW"/>
              </w:rPr>
              <w:t>啟</w:t>
            </w:r>
            <w:r w:rsidRPr="003550EE">
              <w:rPr>
                <w:rFonts w:ascii="細明體" w:eastAsia="細明體" w:hAnsi="細明體" w:cs="MS Mincho" w:hint="eastAsia"/>
                <w:sz w:val="24"/>
                <w:szCs w:val="24"/>
                <w:lang w:val="es-PA" w:eastAsia="zh-TW"/>
              </w:rPr>
              <w:t>動等功能</w:t>
            </w:r>
          </w:p>
        </w:tc>
        <w:tc>
          <w:tcPr>
            <w:tcW w:w="1937" w:type="dxa"/>
          </w:tcPr>
          <w:p w14:paraId="306A7B99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7DEE70E9" w14:textId="77777777" w:rsidTr="003550EE">
        <w:tc>
          <w:tcPr>
            <w:tcW w:w="1134" w:type="dxa"/>
            <w:vAlign w:val="center"/>
          </w:tcPr>
          <w:p w14:paraId="08093C01" w14:textId="543C04A8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386" w:type="dxa"/>
          </w:tcPr>
          <w:p w14:paraId="654F9CC5" w14:textId="68E1BF29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原點</w:t>
            </w:r>
            <w:proofErr w:type="spellEnd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DOG</w:t>
            </w: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功能</w:t>
            </w:r>
            <w:proofErr w:type="spellEnd"/>
          </w:p>
        </w:tc>
        <w:tc>
          <w:tcPr>
            <w:tcW w:w="1937" w:type="dxa"/>
          </w:tcPr>
          <w:p w14:paraId="3A3E2A6D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05838172" w14:textId="77777777" w:rsidTr="003550EE">
        <w:tc>
          <w:tcPr>
            <w:tcW w:w="1134" w:type="dxa"/>
            <w:vAlign w:val="center"/>
          </w:tcPr>
          <w:p w14:paraId="3F6E8844" w14:textId="1D8B7088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386" w:type="dxa"/>
          </w:tcPr>
          <w:p w14:paraId="0E6E68A8" w14:textId="0E121019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機台狀態與三色燈信號</w:t>
            </w:r>
          </w:p>
        </w:tc>
        <w:tc>
          <w:tcPr>
            <w:tcW w:w="1937" w:type="dxa"/>
          </w:tcPr>
          <w:p w14:paraId="3CB1A13D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DE1526" w14:paraId="2131136F" w14:textId="77777777" w:rsidTr="003550EE">
        <w:tc>
          <w:tcPr>
            <w:tcW w:w="1134" w:type="dxa"/>
            <w:vAlign w:val="center"/>
          </w:tcPr>
          <w:p w14:paraId="2109B58D" w14:textId="0968E089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386" w:type="dxa"/>
          </w:tcPr>
          <w:p w14:paraId="0C86B279" w14:textId="1A0BFB76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MPG</w:t>
            </w:r>
            <w:proofErr w:type="spellStart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功能</w:t>
            </w:r>
            <w:proofErr w:type="spellEnd"/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/>
              </w:rPr>
              <w:t>：1X、10X、100X</w:t>
            </w:r>
          </w:p>
        </w:tc>
        <w:tc>
          <w:tcPr>
            <w:tcW w:w="1937" w:type="dxa"/>
          </w:tcPr>
          <w:p w14:paraId="2679940A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47BB31E8" w14:textId="77777777" w:rsidTr="003550EE">
        <w:tc>
          <w:tcPr>
            <w:tcW w:w="1134" w:type="dxa"/>
            <w:vAlign w:val="center"/>
          </w:tcPr>
          <w:p w14:paraId="72C34DF5" w14:textId="177A940E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386" w:type="dxa"/>
          </w:tcPr>
          <w:p w14:paraId="49929887" w14:textId="0D85D58F" w:rsidR="003550EE" w:rsidRPr="003550EE" w:rsidRDefault="003550EE" w:rsidP="003550EE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/>
                <w:sz w:val="24"/>
                <w:szCs w:val="24"/>
                <w:lang w:eastAsia="zh-TW"/>
              </w:rPr>
              <w:t>M88</w:t>
            </w: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交換料功能</w:t>
            </w:r>
          </w:p>
        </w:tc>
        <w:tc>
          <w:tcPr>
            <w:tcW w:w="1937" w:type="dxa"/>
          </w:tcPr>
          <w:p w14:paraId="17F25BDF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2CA35F85" w14:textId="77777777" w:rsidTr="003550EE">
        <w:tc>
          <w:tcPr>
            <w:tcW w:w="1134" w:type="dxa"/>
            <w:vAlign w:val="center"/>
          </w:tcPr>
          <w:p w14:paraId="73767E73" w14:textId="548E9DF9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386" w:type="dxa"/>
          </w:tcPr>
          <w:p w14:paraId="23DDF492" w14:textId="2619F783" w:rsidR="003550EE" w:rsidRPr="003550EE" w:rsidRDefault="003550EE" w:rsidP="003550EE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/>
                <w:sz w:val="24"/>
                <w:szCs w:val="24"/>
                <w:lang w:eastAsia="zh-TW"/>
              </w:rPr>
              <w:t>M89</w:t>
            </w:r>
            <w:proofErr w:type="gramStart"/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純上料</w:t>
            </w:r>
            <w:proofErr w:type="gramEnd"/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功能</w:t>
            </w:r>
          </w:p>
        </w:tc>
        <w:tc>
          <w:tcPr>
            <w:tcW w:w="1937" w:type="dxa"/>
          </w:tcPr>
          <w:p w14:paraId="14FC4302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0A01CE1D" w14:textId="77777777" w:rsidTr="003550EE">
        <w:tc>
          <w:tcPr>
            <w:tcW w:w="1134" w:type="dxa"/>
            <w:vAlign w:val="center"/>
          </w:tcPr>
          <w:p w14:paraId="12944936" w14:textId="7E4F3ED5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5386" w:type="dxa"/>
          </w:tcPr>
          <w:p w14:paraId="5DC95290" w14:textId="51C384F4" w:rsidR="003550EE" w:rsidRPr="003550EE" w:rsidRDefault="003550EE" w:rsidP="003550EE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上料位置設定</w:t>
            </w:r>
          </w:p>
        </w:tc>
        <w:tc>
          <w:tcPr>
            <w:tcW w:w="1937" w:type="dxa"/>
          </w:tcPr>
          <w:p w14:paraId="0F715620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7FB436B0" w14:textId="77777777" w:rsidTr="003550EE">
        <w:tc>
          <w:tcPr>
            <w:tcW w:w="1134" w:type="dxa"/>
            <w:vAlign w:val="center"/>
          </w:tcPr>
          <w:p w14:paraId="024CE2C4" w14:textId="412A685E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386" w:type="dxa"/>
          </w:tcPr>
          <w:p w14:paraId="5AA41D78" w14:textId="1F7D7B6A" w:rsidR="003550EE" w:rsidRPr="003550EE" w:rsidRDefault="003550EE" w:rsidP="003550EE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下料位置設定</w:t>
            </w:r>
          </w:p>
        </w:tc>
        <w:tc>
          <w:tcPr>
            <w:tcW w:w="1937" w:type="dxa"/>
          </w:tcPr>
          <w:p w14:paraId="650B5B23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3550EE" w:rsidRPr="003550EE" w14:paraId="21FCAC2B" w14:textId="77777777" w:rsidTr="003550EE">
        <w:tc>
          <w:tcPr>
            <w:tcW w:w="1134" w:type="dxa"/>
            <w:vAlign w:val="center"/>
          </w:tcPr>
          <w:p w14:paraId="3FA2EA22" w14:textId="12F2A2B6" w:rsidR="003550EE" w:rsidRPr="003550EE" w:rsidRDefault="003550EE" w:rsidP="003550EE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386" w:type="dxa"/>
          </w:tcPr>
          <w:p w14:paraId="67FCFF47" w14:textId="300ADD7F" w:rsidR="003550EE" w:rsidRPr="003550EE" w:rsidRDefault="003550EE" w:rsidP="003550EE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機械手臂調機</w:t>
            </w:r>
          </w:p>
        </w:tc>
        <w:tc>
          <w:tcPr>
            <w:tcW w:w="1937" w:type="dxa"/>
          </w:tcPr>
          <w:p w14:paraId="6FDA3A54" w14:textId="77777777" w:rsidR="003550EE" w:rsidRPr="003550EE" w:rsidRDefault="003550EE" w:rsidP="003550EE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</w:tbl>
    <w:p w14:paraId="57C3D964" w14:textId="770A92D1" w:rsidR="004D65C6" w:rsidRDefault="004D65C6" w:rsidP="006D4BF0">
      <w:pPr>
        <w:widowControl w:val="0"/>
        <w:spacing w:after="0" w:line="300" w:lineRule="exact"/>
        <w:rPr>
          <w:rFonts w:ascii="細明體" w:eastAsia="細明體" w:hAnsi="細明體" w:cs="Arial"/>
          <w:sz w:val="24"/>
          <w:szCs w:val="24"/>
          <w:lang w:val="es-PA" w:eastAsia="zh-TW"/>
        </w:rPr>
      </w:pPr>
    </w:p>
    <w:p w14:paraId="3D60DF9B" w14:textId="66BBDD08" w:rsidR="00986828" w:rsidRPr="007B33B8" w:rsidRDefault="00986828" w:rsidP="00986828">
      <w:pPr>
        <w:widowControl w:val="0"/>
        <w:numPr>
          <w:ilvl w:val="0"/>
          <w:numId w:val="33"/>
        </w:numPr>
        <w:tabs>
          <w:tab w:val="clear" w:pos="2488"/>
        </w:tabs>
        <w:snapToGrid w:val="0"/>
        <w:spacing w:afterLines="50" w:line="300" w:lineRule="exact"/>
        <w:ind w:left="426"/>
        <w:rPr>
          <w:rFonts w:ascii="細明體" w:eastAsia="細明體" w:hAnsi="細明體" w:cs="Arial"/>
          <w:b/>
          <w:bCs/>
          <w:sz w:val="28"/>
          <w:szCs w:val="28"/>
          <w:lang w:eastAsia="zh-TW"/>
        </w:rPr>
      </w:pPr>
      <w:r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第二組</w:t>
      </w:r>
      <w:proofErr w:type="spellStart"/>
      <w:r w:rsidRPr="007B33B8">
        <w:rPr>
          <w:rFonts w:ascii="細明體" w:eastAsia="細明體" w:hAnsi="細明體"/>
          <w:b/>
          <w:bCs/>
          <w:color w:val="auto"/>
          <w:sz w:val="24"/>
          <w:szCs w:val="24"/>
          <w:lang w:eastAsia="zh-TW"/>
        </w:rPr>
        <w:t>Workcell</w:t>
      </w:r>
      <w:proofErr w:type="spellEnd"/>
      <w:r w:rsidRPr="007B33B8">
        <w:rPr>
          <w:rFonts w:ascii="細明體" w:eastAsia="細明體" w:hAnsi="細明體" w:hint="eastAsia"/>
          <w:b/>
          <w:bCs/>
          <w:color w:val="auto"/>
          <w:sz w:val="24"/>
          <w:szCs w:val="24"/>
          <w:lang w:eastAsia="zh-TW"/>
        </w:rPr>
        <w:t>：</w:t>
      </w:r>
    </w:p>
    <w:p w14:paraId="486F132D" w14:textId="77777777" w:rsidR="00986828" w:rsidRPr="009249D6" w:rsidRDefault="00986828" w:rsidP="00986828">
      <w:pPr>
        <w:ind w:leftChars="177" w:left="389"/>
        <w:rPr>
          <w:rFonts w:ascii="細明體" w:eastAsia="細明體" w:hAnsi="細明體"/>
        </w:rPr>
      </w:pPr>
      <w:proofErr w:type="spellStart"/>
      <w:r w:rsidRPr="009249D6">
        <w:rPr>
          <w:rFonts w:ascii="細明體" w:eastAsia="細明體" w:hAnsi="細明體"/>
        </w:rPr>
        <w:t>工研院</w:t>
      </w:r>
      <w:proofErr w:type="spellEnd"/>
      <w:r w:rsidRPr="009249D6">
        <w:rPr>
          <w:rFonts w:ascii="細明體" w:eastAsia="細明體" w:hAnsi="細明體" w:hint="eastAsia"/>
        </w:rPr>
        <w:t>：</w:t>
      </w:r>
    </w:p>
    <w:p w14:paraId="683F8554" w14:textId="567B00B5" w:rsidR="00986828" w:rsidRPr="009249D6" w:rsidRDefault="00986828" w:rsidP="00090BF2">
      <w:pPr>
        <w:widowControl w:val="0"/>
        <w:numPr>
          <w:ilvl w:val="0"/>
          <w:numId w:val="39"/>
        </w:numPr>
        <w:spacing w:after="0" w:line="240" w:lineRule="auto"/>
        <w:rPr>
          <w:rFonts w:ascii="細明體" w:eastAsia="細明體" w:hAnsi="細明體" w:cs="Arial"/>
          <w:lang w:val="es-PA" w:eastAsia="zh-TW"/>
        </w:rPr>
      </w:pPr>
      <w:r w:rsidRPr="009249D6">
        <w:rPr>
          <w:rFonts w:ascii="細明體" w:eastAsia="細明體" w:hAnsi="細明體" w:cs="Arial"/>
          <w:lang w:val="es-PA" w:eastAsia="zh-TW"/>
        </w:rPr>
        <w:t>提供</w:t>
      </w:r>
      <w:r w:rsidR="000D444E">
        <w:rPr>
          <w:rFonts w:ascii="細明體" w:eastAsia="細明體" w:hAnsi="細明體" w:cs="Arial" w:hint="eastAsia"/>
          <w:lang w:val="es-PA" w:eastAsia="zh-TW"/>
        </w:rPr>
        <w:t>銑</w:t>
      </w:r>
      <w:r w:rsidR="00090BF2">
        <w:rPr>
          <w:rFonts w:ascii="細明體" w:eastAsia="細明體" w:hAnsi="細明體" w:cs="Arial" w:hint="eastAsia"/>
          <w:lang w:val="es-PA" w:eastAsia="zh-TW"/>
        </w:rPr>
        <w:t>床</w:t>
      </w:r>
      <w:r>
        <w:rPr>
          <w:rFonts w:ascii="細明體" w:eastAsia="細明體" w:hAnsi="細明體" w:cs="Arial" w:hint="eastAsia"/>
          <w:lang w:val="es-PA" w:eastAsia="zh-TW"/>
        </w:rPr>
        <w:t>機台</w:t>
      </w:r>
      <w:r w:rsidRPr="009249D6">
        <w:rPr>
          <w:rFonts w:ascii="細明體" w:eastAsia="細明體" w:hAnsi="細明體" w:cs="Arial" w:hint="eastAsia"/>
          <w:lang w:val="es-PA" w:eastAsia="zh-TW"/>
        </w:rPr>
        <w:t>之</w:t>
      </w:r>
      <w:r>
        <w:rPr>
          <w:rFonts w:ascii="細明體" w:eastAsia="細明體" w:hAnsi="細明體" w:cs="Arial" w:hint="eastAsia"/>
          <w:lang w:val="es-PA" w:eastAsia="zh-TW"/>
        </w:rPr>
        <w:t>IO點與</w:t>
      </w:r>
      <w:r w:rsidR="00460C6B">
        <w:rPr>
          <w:rFonts w:ascii="細明體" w:eastAsia="細明體" w:hAnsi="細明體" w:cs="Arial" w:hint="eastAsia"/>
          <w:lang w:val="es-PA" w:eastAsia="zh-TW"/>
        </w:rPr>
        <w:t>機械手臂之IO點</w:t>
      </w:r>
      <w:r w:rsidRPr="009249D6">
        <w:rPr>
          <w:rFonts w:ascii="細明體" w:eastAsia="細明體" w:hAnsi="細明體" w:cs="Arial" w:hint="eastAsia"/>
          <w:lang w:val="es-PA" w:eastAsia="zh-TW"/>
        </w:rPr>
        <w:t>定義(請見</w:t>
      </w:r>
      <w:r w:rsidR="00460C6B">
        <w:rPr>
          <w:rFonts w:ascii="細明體" w:eastAsia="細明體" w:hAnsi="細明體" w:cs="Arial" w:hint="eastAsia"/>
          <w:lang w:val="es-PA" w:eastAsia="zh-TW"/>
        </w:rPr>
        <w:t>八</w:t>
      </w:r>
      <w:r w:rsidRPr="009249D6">
        <w:rPr>
          <w:rFonts w:ascii="細明體" w:eastAsia="細明體" w:hAnsi="細明體" w:cs="Arial" w:hint="eastAsia"/>
          <w:lang w:val="es-PA" w:eastAsia="zh-TW"/>
        </w:rPr>
        <w:t>.)</w:t>
      </w:r>
    </w:p>
    <w:p w14:paraId="67EADB81" w14:textId="44CFD0B6" w:rsidR="00986828" w:rsidRPr="003C6612" w:rsidRDefault="00986828" w:rsidP="00090BF2">
      <w:pPr>
        <w:widowControl w:val="0"/>
        <w:numPr>
          <w:ilvl w:val="0"/>
          <w:numId w:val="39"/>
        </w:numPr>
        <w:spacing w:after="0" w:line="240" w:lineRule="auto"/>
        <w:rPr>
          <w:rFonts w:ascii="細明體" w:eastAsia="細明體" w:hAnsi="細明體" w:cs="Arial"/>
          <w:lang w:val="es-PA" w:eastAsia="zh-TW"/>
        </w:rPr>
      </w:pPr>
      <w:r w:rsidRPr="009249D6">
        <w:rPr>
          <w:rFonts w:ascii="細明體" w:eastAsia="細明體" w:hAnsi="細明體" w:cs="Arial" w:hint="eastAsia"/>
          <w:lang w:val="es-PA" w:eastAsia="zh-TW"/>
        </w:rPr>
        <w:t>提供</w:t>
      </w:r>
      <w:r w:rsidR="00460C6B">
        <w:rPr>
          <w:rFonts w:ascii="細明體" w:eastAsia="細明體" w:hAnsi="細明體" w:cs="Arial" w:hint="eastAsia"/>
          <w:lang w:val="es-PA" w:eastAsia="zh-TW"/>
        </w:rPr>
        <w:t>銑床</w:t>
      </w:r>
      <w:r w:rsidRPr="009249D6">
        <w:rPr>
          <w:rFonts w:ascii="細明體" w:eastAsia="細明體" w:hAnsi="細明體" w:cs="Arial" w:hint="eastAsia"/>
          <w:lang w:val="es-PA" w:eastAsia="zh-TW"/>
        </w:rPr>
        <w:t>PLC之Ladder編輯軟體</w:t>
      </w:r>
      <w:r w:rsidRPr="009249D6">
        <w:rPr>
          <w:rFonts w:ascii="細明體" w:eastAsia="細明體" w:hAnsi="細明體" w:cs="MS Mincho" w:hint="eastAsia"/>
          <w:lang w:val="es-PA" w:eastAsia="zh-TW"/>
        </w:rPr>
        <w:t>。</w:t>
      </w:r>
    </w:p>
    <w:p w14:paraId="37F3C499" w14:textId="77777777" w:rsidR="00986828" w:rsidRPr="004D65C6" w:rsidRDefault="00986828" w:rsidP="00986828">
      <w:pPr>
        <w:widowControl w:val="0"/>
        <w:spacing w:after="0" w:line="240" w:lineRule="auto"/>
        <w:ind w:left="905"/>
        <w:rPr>
          <w:rFonts w:ascii="細明體" w:eastAsia="細明體" w:hAnsi="細明體" w:cs="Arial"/>
          <w:lang w:val="es-PA" w:eastAsia="zh-TW"/>
        </w:rPr>
      </w:pPr>
    </w:p>
    <w:p w14:paraId="1DC9E82B" w14:textId="77777777" w:rsidR="00986828" w:rsidRPr="009249D6" w:rsidRDefault="00986828" w:rsidP="00986828">
      <w:pPr>
        <w:ind w:leftChars="177" w:left="389"/>
        <w:rPr>
          <w:rFonts w:ascii="細明體" w:eastAsia="細明體" w:hAnsi="細明體"/>
        </w:rPr>
      </w:pPr>
      <w:proofErr w:type="spellStart"/>
      <w:r w:rsidRPr="009249D6">
        <w:rPr>
          <w:rFonts w:ascii="細明體" w:eastAsia="細明體" w:hAnsi="細明體" w:hint="eastAsia"/>
        </w:rPr>
        <w:t>得標廠商</w:t>
      </w:r>
      <w:proofErr w:type="spellEnd"/>
      <w:r w:rsidRPr="009249D6">
        <w:rPr>
          <w:rFonts w:ascii="細明體" w:eastAsia="細明體" w:hAnsi="細明體" w:hint="eastAsia"/>
        </w:rPr>
        <w:t>：</w:t>
      </w:r>
    </w:p>
    <w:p w14:paraId="664B64E9" w14:textId="43BBA166" w:rsidR="00946B36" w:rsidRDefault="00986828" w:rsidP="00946B36">
      <w:pPr>
        <w:widowControl w:val="0"/>
        <w:numPr>
          <w:ilvl w:val="0"/>
          <w:numId w:val="40"/>
        </w:numPr>
        <w:snapToGrid w:val="0"/>
        <w:spacing w:after="0" w:line="240" w:lineRule="auto"/>
        <w:rPr>
          <w:rFonts w:ascii="細明體" w:eastAsia="細明體" w:hAnsi="細明體"/>
          <w:lang w:eastAsia="zh-TW"/>
        </w:rPr>
      </w:pPr>
      <w:r w:rsidRPr="00E81738">
        <w:rPr>
          <w:rFonts w:ascii="細明體" w:eastAsia="細明體" w:hAnsi="細明體" w:cs="Arial"/>
          <w:lang w:eastAsia="zh-TW"/>
        </w:rPr>
        <w:t>依照</w:t>
      </w:r>
      <w:r w:rsidRPr="00E81738">
        <w:rPr>
          <w:rFonts w:ascii="細明體" w:eastAsia="細明體" w:hAnsi="細明體" w:hint="eastAsia"/>
          <w:lang w:eastAsia="zh-TW"/>
        </w:rPr>
        <w:t>『</w:t>
      </w:r>
      <w:r w:rsidRPr="00E81738">
        <w:rPr>
          <w:rFonts w:ascii="細明體" w:eastAsia="細明體" w:hAnsi="細明體"/>
          <w:lang w:eastAsia="zh-TW"/>
        </w:rPr>
        <w:t>規格</w:t>
      </w:r>
      <w:r w:rsidRPr="00E81738">
        <w:rPr>
          <w:rFonts w:ascii="細明體" w:eastAsia="細明體" w:hAnsi="細明體" w:hint="eastAsia"/>
          <w:lang w:eastAsia="zh-TW"/>
        </w:rPr>
        <w:t>之</w:t>
      </w:r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</w:t>
      </w:r>
      <w:r w:rsidR="00090BF2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二</w:t>
      </w:r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組</w:t>
      </w:r>
      <w:proofErr w:type="spellStart"/>
      <w:r w:rsidRPr="00E81738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』所述，完成</w:t>
      </w:r>
      <w:r w:rsidRPr="00E81738">
        <w:rPr>
          <w:rFonts w:ascii="細明體" w:eastAsia="細明體" w:hAnsi="細明體" w:cs="Arial" w:hint="eastAsia"/>
          <w:sz w:val="24"/>
          <w:szCs w:val="24"/>
          <w:lang w:val="es-PA" w:eastAsia="zh-TW"/>
        </w:rPr>
        <w:t>開發</w:t>
      </w:r>
      <w:r w:rsidR="00946B36" w:rsidRPr="002604C5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歐姆龍</w:t>
      </w:r>
      <w:r w:rsidRPr="00E81738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機械手臂之上下料之通訊協定串接之PLC功能</w:t>
      </w:r>
      <w:r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。</w:t>
      </w:r>
    </w:p>
    <w:p w14:paraId="31F3009A" w14:textId="4D92B2BC" w:rsidR="00986828" w:rsidRPr="00946B36" w:rsidRDefault="00986828" w:rsidP="00946B36">
      <w:pPr>
        <w:widowControl w:val="0"/>
        <w:numPr>
          <w:ilvl w:val="0"/>
          <w:numId w:val="40"/>
        </w:numPr>
        <w:snapToGrid w:val="0"/>
        <w:spacing w:after="0" w:line="240" w:lineRule="auto"/>
        <w:rPr>
          <w:rFonts w:ascii="細明體" w:eastAsia="細明體" w:hAnsi="細明體"/>
          <w:lang w:eastAsia="zh-TW"/>
        </w:rPr>
      </w:pPr>
      <w:r w:rsidRPr="00946B36">
        <w:rPr>
          <w:rFonts w:ascii="細明體" w:eastAsia="細明體" w:hAnsi="細明體" w:hint="eastAsia"/>
          <w:lang w:eastAsia="zh-TW"/>
        </w:rPr>
        <w:t>實際工廠</w:t>
      </w:r>
      <w:proofErr w:type="gramStart"/>
      <w:r w:rsidRPr="00946B36">
        <w:rPr>
          <w:rFonts w:ascii="細明體" w:eastAsia="細明體" w:hAnsi="細明體" w:hint="eastAsia"/>
          <w:lang w:eastAsia="zh-TW"/>
        </w:rPr>
        <w:t>產線進</w:t>
      </w:r>
      <w:r w:rsidR="000D444E">
        <w:rPr>
          <w:rFonts w:ascii="細明體" w:eastAsia="細明體" w:hAnsi="細明體" w:cs="Arial" w:hint="eastAsia"/>
          <w:lang w:val="es-PA" w:eastAsia="zh-TW"/>
        </w:rPr>
        <w:t>銑床</w:t>
      </w:r>
      <w:proofErr w:type="gramEnd"/>
      <w:r w:rsidRPr="00946B3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機台與</w:t>
      </w:r>
      <w:r w:rsidR="00946B36" w:rsidRPr="002604C5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歐姆龍</w:t>
      </w:r>
      <w:r w:rsidRPr="00946B36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機械手臂上下料</w:t>
      </w:r>
      <w:r w:rsidRPr="00946B36">
        <w:rPr>
          <w:rFonts w:ascii="細明體" w:eastAsia="細明體" w:hAnsi="細明體" w:hint="eastAsia"/>
          <w:bCs/>
          <w:sz w:val="24"/>
          <w:szCs w:val="24"/>
          <w:lang w:eastAsia="zh-TW"/>
        </w:rPr>
        <w:t>之PLC控制程式測試與驗證，需驗證</w:t>
      </w:r>
      <w:r w:rsidRPr="00946B36">
        <w:rPr>
          <w:rFonts w:ascii="細明體" w:eastAsia="細明體" w:hAnsi="細明體" w:cs="Arial" w:hint="eastAsia"/>
          <w:sz w:val="24"/>
          <w:szCs w:val="24"/>
          <w:lang w:val="es-PA" w:eastAsia="zh-TW"/>
        </w:rPr>
        <w:t>所有功能皆為正常無誤</w:t>
      </w:r>
      <w:r w:rsidRPr="00946B36">
        <w:rPr>
          <w:rFonts w:ascii="細明體" w:eastAsia="細明體" w:hAnsi="細明體" w:cs="Arial" w:hint="eastAsia"/>
          <w:lang w:val="es-PA" w:eastAsia="zh-TW"/>
        </w:rPr>
        <w:t>。</w:t>
      </w:r>
    </w:p>
    <w:p w14:paraId="653EF670" w14:textId="77777777" w:rsidR="00946B36" w:rsidRPr="004D65C6" w:rsidRDefault="00946B36" w:rsidP="00946B36">
      <w:pPr>
        <w:widowControl w:val="0"/>
        <w:numPr>
          <w:ilvl w:val="0"/>
          <w:numId w:val="40"/>
        </w:numPr>
        <w:snapToGrid w:val="0"/>
        <w:spacing w:after="0" w:line="240" w:lineRule="auto"/>
        <w:rPr>
          <w:rFonts w:ascii="細明體" w:eastAsia="細明體" w:hAnsi="細明體"/>
          <w:lang w:eastAsia="zh-TW"/>
        </w:rPr>
      </w:pPr>
      <w:r w:rsidRPr="004D65C6">
        <w:rPr>
          <w:rFonts w:ascii="細明體" w:eastAsia="細明體" w:hAnsi="細明體" w:hint="eastAsia"/>
          <w:lang w:eastAsia="zh-TW"/>
        </w:rPr>
        <w:t>提供繳交所</w:t>
      </w:r>
      <w:r>
        <w:rPr>
          <w:rFonts w:ascii="細明體" w:eastAsia="細明體" w:hAnsi="細明體" w:hint="eastAsia"/>
          <w:lang w:eastAsia="zh-TW"/>
        </w:rPr>
        <w:t>開發完成並完成驗證</w:t>
      </w:r>
      <w:r w:rsidRPr="004D65C6">
        <w:rPr>
          <w:rFonts w:ascii="細明體" w:eastAsia="細明體" w:hAnsi="細明體" w:hint="eastAsia"/>
          <w:lang w:eastAsia="zh-TW"/>
        </w:rPr>
        <w:t>之</w:t>
      </w:r>
      <w:r w:rsidRPr="004D65C6">
        <w:rPr>
          <w:rFonts w:ascii="細明體" w:eastAsia="細明體" w:hAnsi="細明體" w:cs="Arial" w:hint="eastAsia"/>
          <w:lang w:eastAsia="zh-TW"/>
        </w:rPr>
        <w:t>PLC程式原始碼。</w:t>
      </w:r>
    </w:p>
    <w:p w14:paraId="7783437D" w14:textId="5CE7AE6C" w:rsidR="00946B36" w:rsidRPr="003550EE" w:rsidRDefault="00946B36" w:rsidP="00946B36">
      <w:pPr>
        <w:widowControl w:val="0"/>
        <w:numPr>
          <w:ilvl w:val="0"/>
          <w:numId w:val="40"/>
        </w:numPr>
        <w:snapToGrid w:val="0"/>
        <w:spacing w:after="0" w:line="240" w:lineRule="auto"/>
        <w:rPr>
          <w:rFonts w:ascii="細明體" w:eastAsia="細明體" w:hAnsi="細明體"/>
          <w:lang w:eastAsia="zh-TW"/>
        </w:rPr>
      </w:pPr>
      <w:r w:rsidRPr="004D65C6">
        <w:rPr>
          <w:rFonts w:ascii="細明體" w:eastAsia="細明體" w:hAnsi="細明體" w:hint="eastAsia"/>
          <w:lang w:eastAsia="zh-TW"/>
        </w:rPr>
        <w:t>將</w:t>
      </w:r>
      <w:r>
        <w:rPr>
          <w:rFonts w:ascii="細明體" w:eastAsia="細明體" w:hAnsi="細明體" w:hint="eastAsia"/>
          <w:lang w:eastAsia="zh-TW"/>
        </w:rPr>
        <w:t>開發</w:t>
      </w:r>
      <w:r w:rsidRPr="004D65C6">
        <w:rPr>
          <w:rFonts w:ascii="細明體" w:eastAsia="細明體" w:hAnsi="細明體" w:hint="eastAsia"/>
          <w:lang w:eastAsia="zh-TW"/>
        </w:rPr>
        <w:t>完之</w:t>
      </w:r>
      <w:r w:rsidRPr="004D65C6">
        <w:rPr>
          <w:rFonts w:ascii="細明體" w:eastAsia="細明體" w:hAnsi="細明體" w:cs="Arial" w:hint="eastAsia"/>
          <w:lang w:eastAsia="zh-TW"/>
        </w:rPr>
        <w:t>PLC程式</w:t>
      </w:r>
      <w:r w:rsidRPr="004D65C6">
        <w:rPr>
          <w:rFonts w:ascii="細明體" w:eastAsia="細明體" w:hAnsi="細明體" w:hint="eastAsia"/>
          <w:lang w:eastAsia="zh-TW"/>
        </w:rPr>
        <w:t>Ladder檔，複製到</w:t>
      </w:r>
      <w:r w:rsidR="000D444E">
        <w:rPr>
          <w:rFonts w:ascii="細明體" w:eastAsia="細明體" w:hAnsi="細明體" w:cs="Arial" w:hint="eastAsia"/>
          <w:lang w:val="es-PA" w:eastAsia="zh-TW"/>
        </w:rPr>
        <w:t>銑床</w:t>
      </w:r>
      <w:r>
        <w:rPr>
          <w:rFonts w:ascii="細明體" w:eastAsia="細明體" w:hAnsi="細明體" w:hint="eastAsia"/>
          <w:lang w:eastAsia="zh-TW"/>
        </w:rPr>
        <w:t>機台</w:t>
      </w:r>
      <w:r w:rsidRPr="004D65C6">
        <w:rPr>
          <w:rFonts w:ascii="細明體" w:eastAsia="細明體" w:hAnsi="細明體" w:hint="eastAsia"/>
          <w:lang w:eastAsia="zh-TW"/>
        </w:rPr>
        <w:t>控制器中，進行功能測試，確保</w:t>
      </w:r>
      <w:r w:rsidR="000D444E">
        <w:rPr>
          <w:rFonts w:ascii="細明體" w:eastAsia="細明體" w:hAnsi="細明體" w:cs="Arial" w:hint="eastAsia"/>
          <w:lang w:val="es-PA" w:eastAsia="zh-TW"/>
        </w:rPr>
        <w:t>銑床</w:t>
      </w:r>
      <w:r w:rsidRPr="004D65C6">
        <w:rPr>
          <w:rFonts w:ascii="細明體" w:eastAsia="細明體" w:hAnsi="細明體" w:hint="eastAsia"/>
          <w:lang w:eastAsia="zh-TW"/>
        </w:rPr>
        <w:t>功能</w:t>
      </w:r>
      <w:r>
        <w:rPr>
          <w:rFonts w:ascii="細明體" w:eastAsia="細明體" w:hAnsi="細明體" w:hint="eastAsia"/>
          <w:lang w:eastAsia="zh-TW"/>
        </w:rPr>
        <w:t>與機械手臂</w:t>
      </w:r>
      <w:proofErr w:type="gramStart"/>
      <w:r>
        <w:rPr>
          <w:rFonts w:ascii="細明體" w:eastAsia="細明體" w:hAnsi="細明體" w:hint="eastAsia"/>
          <w:lang w:eastAsia="zh-TW"/>
        </w:rPr>
        <w:t>上下料</w:t>
      </w:r>
      <w:r w:rsidRPr="004D65C6">
        <w:rPr>
          <w:rFonts w:ascii="細明體" w:eastAsia="細明體" w:hAnsi="細明體" w:hint="eastAsia"/>
          <w:lang w:eastAsia="zh-TW"/>
        </w:rPr>
        <w:t>皆為</w:t>
      </w:r>
      <w:proofErr w:type="gramEnd"/>
      <w:r w:rsidRPr="004D65C6">
        <w:rPr>
          <w:rFonts w:ascii="細明體" w:eastAsia="細明體" w:hAnsi="細明體" w:hint="eastAsia"/>
          <w:lang w:eastAsia="zh-TW"/>
        </w:rPr>
        <w:t>正常</w:t>
      </w:r>
      <w:r w:rsidRPr="004D65C6">
        <w:rPr>
          <w:rFonts w:ascii="細明體" w:eastAsia="細明體" w:hAnsi="細明體"/>
          <w:lang w:eastAsia="zh-TW"/>
        </w:rPr>
        <w:t>。</w:t>
      </w:r>
      <w:r w:rsidRPr="004D65C6">
        <w:rPr>
          <w:rFonts w:ascii="細明體" w:eastAsia="細明體" w:hAnsi="細明體" w:hint="eastAsia"/>
          <w:lang w:eastAsia="zh-TW"/>
        </w:rPr>
        <w:t>測試</w:t>
      </w:r>
      <w:r w:rsidRPr="004D65C6">
        <w:rPr>
          <w:rFonts w:ascii="細明體" w:eastAsia="細明體" w:hAnsi="細明體" w:cs="Arial" w:hint="eastAsia"/>
          <w:lang w:val="es-PA" w:eastAsia="zh-TW"/>
        </w:rPr>
        <w:t>功能項目</w:t>
      </w:r>
      <w:r>
        <w:rPr>
          <w:rFonts w:ascii="細明體" w:eastAsia="細明體" w:hAnsi="細明體" w:cs="Arial" w:hint="eastAsia"/>
          <w:lang w:val="es-PA" w:eastAsia="zh-TW"/>
        </w:rPr>
        <w:t>如規格所列</w:t>
      </w: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，</w:t>
      </w:r>
      <w:r>
        <w:rPr>
          <w:rFonts w:ascii="細明體" w:eastAsia="細明體" w:hAnsi="細明體" w:cs="Arial" w:hint="eastAsia"/>
          <w:sz w:val="24"/>
          <w:szCs w:val="24"/>
          <w:lang w:val="es-PA" w:eastAsia="zh-TW"/>
        </w:rPr>
        <w:t>並以下表之驗證項目作確認與紀錄，</w:t>
      </w: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確保</w:t>
      </w:r>
      <w:r>
        <w:rPr>
          <w:rFonts w:ascii="細明體" w:eastAsia="細明體" w:hAnsi="細明體" w:cs="Arial" w:hint="eastAsia"/>
          <w:sz w:val="24"/>
          <w:szCs w:val="24"/>
          <w:lang w:val="es-PA" w:eastAsia="zh-TW"/>
        </w:rPr>
        <w:t>所有</w:t>
      </w: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功能</w:t>
      </w:r>
      <w:r>
        <w:rPr>
          <w:rFonts w:ascii="細明體" w:eastAsia="細明體" w:hAnsi="細明體" w:cs="Arial" w:hint="eastAsia"/>
          <w:sz w:val="24"/>
          <w:szCs w:val="24"/>
          <w:lang w:val="es-PA" w:eastAsia="zh-TW"/>
        </w:rPr>
        <w:t>皆為</w:t>
      </w:r>
      <w:r w:rsidRPr="004D65C6">
        <w:rPr>
          <w:rFonts w:ascii="細明體" w:eastAsia="細明體" w:hAnsi="細明體" w:cs="Arial" w:hint="eastAsia"/>
          <w:sz w:val="24"/>
          <w:szCs w:val="24"/>
          <w:lang w:val="es-PA" w:eastAsia="zh-TW"/>
        </w:rPr>
        <w:t>正常無誤</w:t>
      </w:r>
      <w:r w:rsidRPr="004D65C6">
        <w:rPr>
          <w:rFonts w:ascii="細明體" w:eastAsia="細明體" w:hAnsi="細明體" w:cs="Arial" w:hint="eastAsia"/>
          <w:lang w:val="es-PA" w:eastAsia="zh-TW"/>
        </w:rPr>
        <w:t>。</w:t>
      </w:r>
    </w:p>
    <w:tbl>
      <w:tblPr>
        <w:tblStyle w:val="aff3"/>
        <w:tblW w:w="0" w:type="auto"/>
        <w:tblInd w:w="959" w:type="dxa"/>
        <w:tblLook w:val="04A0" w:firstRow="1" w:lastRow="0" w:firstColumn="1" w:lastColumn="0" w:noHBand="0" w:noVBand="1"/>
      </w:tblPr>
      <w:tblGrid>
        <w:gridCol w:w="1134"/>
        <w:gridCol w:w="5386"/>
        <w:gridCol w:w="1937"/>
      </w:tblGrid>
      <w:tr w:rsidR="003550EE" w:rsidRPr="003550EE" w14:paraId="572E7B2B" w14:textId="77777777" w:rsidTr="004F5B34">
        <w:tc>
          <w:tcPr>
            <w:tcW w:w="1134" w:type="dxa"/>
          </w:tcPr>
          <w:p w14:paraId="03E5B7E5" w14:textId="77777777" w:rsidR="003550EE" w:rsidRPr="003550EE" w:rsidRDefault="003550EE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編號</w:t>
            </w:r>
          </w:p>
        </w:tc>
        <w:tc>
          <w:tcPr>
            <w:tcW w:w="5386" w:type="dxa"/>
          </w:tcPr>
          <w:p w14:paraId="1ECC8105" w14:textId="77777777" w:rsidR="003550EE" w:rsidRPr="003550EE" w:rsidRDefault="003550EE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功能項目</w:t>
            </w:r>
          </w:p>
        </w:tc>
        <w:tc>
          <w:tcPr>
            <w:tcW w:w="1937" w:type="dxa"/>
          </w:tcPr>
          <w:p w14:paraId="267E5278" w14:textId="77777777" w:rsidR="003550EE" w:rsidRPr="003550EE" w:rsidRDefault="003550EE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 w:rsidRPr="003550EE">
              <w:rPr>
                <w:rFonts w:ascii="細明體" w:eastAsia="細明體" w:hAnsi="細明體" w:cs="Arial" w:hint="eastAsia"/>
                <w:sz w:val="24"/>
                <w:szCs w:val="24"/>
                <w:lang w:val="es-PA" w:eastAsia="zh-TW"/>
              </w:rPr>
              <w:t>功能是否正常</w:t>
            </w:r>
          </w:p>
        </w:tc>
      </w:tr>
      <w:tr w:rsidR="00D035F4" w:rsidRPr="003550EE" w14:paraId="6D9406FF" w14:textId="77777777" w:rsidTr="004F5B34">
        <w:tc>
          <w:tcPr>
            <w:tcW w:w="1134" w:type="dxa"/>
            <w:vAlign w:val="center"/>
          </w:tcPr>
          <w:p w14:paraId="5CA9023E" w14:textId="3097A51A" w:rsidR="00D035F4" w:rsidRPr="003550EE" w:rsidRDefault="00D035F4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386" w:type="dxa"/>
          </w:tcPr>
          <w:p w14:paraId="5AC7F597" w14:textId="77777777" w:rsidR="00D035F4" w:rsidRPr="003550EE" w:rsidRDefault="00D035F4" w:rsidP="00D035F4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/>
                <w:sz w:val="24"/>
                <w:szCs w:val="24"/>
                <w:lang w:eastAsia="zh-TW"/>
              </w:rPr>
              <w:t>M88</w:t>
            </w: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交換料功能</w:t>
            </w:r>
          </w:p>
        </w:tc>
        <w:tc>
          <w:tcPr>
            <w:tcW w:w="1937" w:type="dxa"/>
          </w:tcPr>
          <w:p w14:paraId="44257F5E" w14:textId="77777777" w:rsidR="00D035F4" w:rsidRPr="003550EE" w:rsidRDefault="00D035F4" w:rsidP="00D035F4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D035F4" w:rsidRPr="003550EE" w14:paraId="7801D2FD" w14:textId="77777777" w:rsidTr="004F5B34">
        <w:tc>
          <w:tcPr>
            <w:tcW w:w="1134" w:type="dxa"/>
            <w:vAlign w:val="center"/>
          </w:tcPr>
          <w:p w14:paraId="62DD5A46" w14:textId="1F9A3E09" w:rsidR="00D035F4" w:rsidRPr="003550EE" w:rsidRDefault="00D035F4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386" w:type="dxa"/>
          </w:tcPr>
          <w:p w14:paraId="60DD1029" w14:textId="77777777" w:rsidR="00D035F4" w:rsidRPr="003550EE" w:rsidRDefault="00D035F4" w:rsidP="00D035F4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/>
                <w:sz w:val="24"/>
                <w:szCs w:val="24"/>
                <w:lang w:eastAsia="zh-TW"/>
              </w:rPr>
              <w:t>M89</w:t>
            </w:r>
            <w:proofErr w:type="gramStart"/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純上料</w:t>
            </w:r>
            <w:proofErr w:type="gramEnd"/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功能</w:t>
            </w:r>
          </w:p>
        </w:tc>
        <w:tc>
          <w:tcPr>
            <w:tcW w:w="1937" w:type="dxa"/>
          </w:tcPr>
          <w:p w14:paraId="1BC1E1D8" w14:textId="77777777" w:rsidR="00D035F4" w:rsidRPr="003550EE" w:rsidRDefault="00D035F4" w:rsidP="00D035F4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D035F4" w:rsidRPr="003550EE" w14:paraId="4141EE11" w14:textId="77777777" w:rsidTr="004F5B34">
        <w:tc>
          <w:tcPr>
            <w:tcW w:w="1134" w:type="dxa"/>
            <w:vAlign w:val="center"/>
          </w:tcPr>
          <w:p w14:paraId="79082499" w14:textId="793F8049" w:rsidR="00D035F4" w:rsidRPr="003550EE" w:rsidRDefault="00D035F4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5386" w:type="dxa"/>
          </w:tcPr>
          <w:p w14:paraId="487108FA" w14:textId="77777777" w:rsidR="00D035F4" w:rsidRPr="003550EE" w:rsidRDefault="00D035F4" w:rsidP="00D035F4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上料位置設定</w:t>
            </w:r>
          </w:p>
        </w:tc>
        <w:tc>
          <w:tcPr>
            <w:tcW w:w="1937" w:type="dxa"/>
          </w:tcPr>
          <w:p w14:paraId="3372415A" w14:textId="77777777" w:rsidR="00D035F4" w:rsidRPr="003550EE" w:rsidRDefault="00D035F4" w:rsidP="00D035F4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D035F4" w:rsidRPr="003550EE" w14:paraId="19EAD69D" w14:textId="77777777" w:rsidTr="004F5B34">
        <w:tc>
          <w:tcPr>
            <w:tcW w:w="1134" w:type="dxa"/>
            <w:vAlign w:val="center"/>
          </w:tcPr>
          <w:p w14:paraId="1956C9E3" w14:textId="136C0B40" w:rsidR="00D035F4" w:rsidRPr="003550EE" w:rsidRDefault="00D035F4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386" w:type="dxa"/>
          </w:tcPr>
          <w:p w14:paraId="318BB66C" w14:textId="77777777" w:rsidR="00D035F4" w:rsidRPr="003550EE" w:rsidRDefault="00D035F4" w:rsidP="00D035F4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下料位置設定</w:t>
            </w:r>
          </w:p>
        </w:tc>
        <w:tc>
          <w:tcPr>
            <w:tcW w:w="1937" w:type="dxa"/>
          </w:tcPr>
          <w:p w14:paraId="57E22679" w14:textId="77777777" w:rsidR="00D035F4" w:rsidRPr="003550EE" w:rsidRDefault="00D035F4" w:rsidP="00D035F4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  <w:tr w:rsidR="00D035F4" w:rsidRPr="003550EE" w14:paraId="6D23FE57" w14:textId="77777777" w:rsidTr="004F5B34">
        <w:tc>
          <w:tcPr>
            <w:tcW w:w="1134" w:type="dxa"/>
            <w:vAlign w:val="center"/>
          </w:tcPr>
          <w:p w14:paraId="6137F2AA" w14:textId="7E3EE78D" w:rsidR="00D035F4" w:rsidRPr="003550EE" w:rsidRDefault="00D035F4" w:rsidP="00D035F4">
            <w:pPr>
              <w:widowControl w:val="0"/>
              <w:snapToGrid w:val="0"/>
              <w:spacing w:after="0"/>
              <w:jc w:val="center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5386" w:type="dxa"/>
          </w:tcPr>
          <w:p w14:paraId="3A65555A" w14:textId="77777777" w:rsidR="00D035F4" w:rsidRPr="003550EE" w:rsidRDefault="00D035F4" w:rsidP="00D035F4">
            <w:pPr>
              <w:autoSpaceDE w:val="0"/>
              <w:autoSpaceDN w:val="0"/>
              <w:snapToGrid w:val="0"/>
              <w:spacing w:after="0"/>
              <w:jc w:val="both"/>
              <w:textAlignment w:val="bottom"/>
              <w:rPr>
                <w:rFonts w:ascii="細明體" w:eastAsia="細明體" w:hAnsi="細明體"/>
                <w:sz w:val="24"/>
                <w:szCs w:val="24"/>
                <w:lang w:eastAsia="zh-TW"/>
              </w:rPr>
            </w:pPr>
            <w:r w:rsidRPr="003550EE">
              <w:rPr>
                <w:rFonts w:ascii="細明體" w:eastAsia="細明體" w:hAnsi="細明體" w:hint="eastAsia"/>
                <w:sz w:val="24"/>
                <w:szCs w:val="24"/>
                <w:lang w:eastAsia="zh-TW"/>
              </w:rPr>
              <w:t>機械手臂調機</w:t>
            </w:r>
          </w:p>
        </w:tc>
        <w:tc>
          <w:tcPr>
            <w:tcW w:w="1937" w:type="dxa"/>
          </w:tcPr>
          <w:p w14:paraId="5C881F42" w14:textId="77777777" w:rsidR="00D035F4" w:rsidRPr="003550EE" w:rsidRDefault="00D035F4" w:rsidP="00D035F4">
            <w:pPr>
              <w:widowControl w:val="0"/>
              <w:snapToGrid w:val="0"/>
              <w:spacing w:after="0"/>
              <w:rPr>
                <w:rFonts w:ascii="細明體" w:eastAsia="細明體" w:hAnsi="細明體" w:cs="Arial"/>
                <w:sz w:val="24"/>
                <w:szCs w:val="24"/>
                <w:lang w:val="es-PA" w:eastAsia="zh-TW"/>
              </w:rPr>
            </w:pPr>
          </w:p>
        </w:tc>
      </w:tr>
    </w:tbl>
    <w:p w14:paraId="595DF6DE" w14:textId="77777777" w:rsidR="003550EE" w:rsidRDefault="003550EE" w:rsidP="003550EE">
      <w:pPr>
        <w:widowControl w:val="0"/>
        <w:snapToGrid w:val="0"/>
        <w:spacing w:after="0" w:line="240" w:lineRule="auto"/>
        <w:rPr>
          <w:rFonts w:ascii="細明體" w:eastAsia="細明體" w:hAnsi="細明體" w:cs="Arial"/>
          <w:lang w:val="es-PA" w:eastAsia="zh-TW"/>
        </w:rPr>
      </w:pPr>
    </w:p>
    <w:p w14:paraId="584CA570" w14:textId="77777777" w:rsidR="003550EE" w:rsidRDefault="003550EE" w:rsidP="003550EE">
      <w:pPr>
        <w:widowControl w:val="0"/>
        <w:snapToGrid w:val="0"/>
        <w:spacing w:after="0" w:line="240" w:lineRule="auto"/>
        <w:rPr>
          <w:rFonts w:ascii="細明體" w:eastAsia="細明體" w:hAnsi="細明體" w:cs="Arial"/>
          <w:lang w:val="es-PA" w:eastAsia="zh-TW"/>
        </w:rPr>
      </w:pPr>
    </w:p>
    <w:p w14:paraId="75B56874" w14:textId="22684122" w:rsidR="003C6612" w:rsidRPr="009249D6" w:rsidRDefault="00547383" w:rsidP="007B33B8">
      <w:pPr>
        <w:widowControl w:val="0"/>
        <w:numPr>
          <w:ilvl w:val="0"/>
          <w:numId w:val="25"/>
        </w:numPr>
        <w:spacing w:afterLines="50" w:line="240" w:lineRule="auto"/>
        <w:rPr>
          <w:rFonts w:ascii="細明體" w:eastAsia="細明體" w:hAnsi="細明體"/>
          <w:b/>
          <w:bCs/>
          <w:sz w:val="28"/>
          <w:szCs w:val="28"/>
        </w:rPr>
      </w:pPr>
      <w:r w:rsidRPr="002A6EB2">
        <w:rPr>
          <w:rFonts w:ascii="Times New Roman" w:eastAsia="新細明體" w:hAnsi="Times New Roman"/>
          <w:color w:val="auto"/>
          <w:sz w:val="30"/>
          <w:lang w:eastAsia="zh-TW"/>
        </w:rPr>
        <w:t>委託交付</w:t>
      </w:r>
    </w:p>
    <w:p w14:paraId="1DC748FC" w14:textId="77777777" w:rsidR="000802E9" w:rsidRDefault="0067402D" w:rsidP="000802E9">
      <w:pPr>
        <w:widowControl w:val="0"/>
        <w:numPr>
          <w:ilvl w:val="0"/>
          <w:numId w:val="35"/>
        </w:numPr>
        <w:tabs>
          <w:tab w:val="clear" w:pos="2488"/>
        </w:tabs>
        <w:snapToGrid w:val="0"/>
        <w:spacing w:afterLines="50" w:line="300" w:lineRule="exact"/>
        <w:ind w:left="993"/>
        <w:rPr>
          <w:rFonts w:ascii="細明體" w:eastAsia="細明體" w:hAnsi="細明體" w:cs="Arial"/>
          <w:b/>
          <w:sz w:val="28"/>
          <w:szCs w:val="28"/>
          <w:lang w:eastAsia="zh-TW"/>
        </w:rPr>
      </w:pPr>
      <w:r w:rsidRPr="000802E9">
        <w:rPr>
          <w:rFonts w:ascii="細明體" w:eastAsia="細明體" w:hAnsi="細明體" w:hint="eastAsia"/>
          <w:lang w:eastAsia="zh-TW"/>
        </w:rPr>
        <w:t>繳交開發完成並完成驗證之</w:t>
      </w:r>
      <w:r w:rsidR="000802E9"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第一組</w:t>
      </w:r>
      <w:proofErr w:type="spellStart"/>
      <w:r w:rsidR="000802E9" w:rsidRPr="000802E9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="000802E9"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之</w:t>
      </w:r>
      <w:r w:rsidRPr="000802E9">
        <w:rPr>
          <w:rFonts w:ascii="細明體" w:eastAsia="細明體" w:hAnsi="細明體" w:cs="Arial" w:hint="eastAsia"/>
          <w:lang w:eastAsia="zh-TW"/>
        </w:rPr>
        <w:t>PLC</w:t>
      </w:r>
      <w:r w:rsidR="000802E9" w:rsidRPr="000802E9">
        <w:rPr>
          <w:rFonts w:ascii="細明體" w:eastAsia="細明體" w:hAnsi="細明體" w:cs="Arial" w:hint="eastAsia"/>
          <w:lang w:eastAsia="zh-TW"/>
        </w:rPr>
        <w:t xml:space="preserve"> Ladder</w:t>
      </w:r>
      <w:r w:rsidRPr="000802E9">
        <w:rPr>
          <w:rFonts w:ascii="細明體" w:eastAsia="細明體" w:hAnsi="細明體" w:cs="Arial" w:hint="eastAsia"/>
          <w:lang w:eastAsia="zh-TW"/>
        </w:rPr>
        <w:t>程式原始碼。</w:t>
      </w:r>
    </w:p>
    <w:p w14:paraId="676C6EE8" w14:textId="2BFCD6C0" w:rsidR="0067402D" w:rsidRPr="000802E9" w:rsidRDefault="0067402D" w:rsidP="000802E9">
      <w:pPr>
        <w:widowControl w:val="0"/>
        <w:numPr>
          <w:ilvl w:val="0"/>
          <w:numId w:val="35"/>
        </w:numPr>
        <w:tabs>
          <w:tab w:val="clear" w:pos="2488"/>
        </w:tabs>
        <w:snapToGrid w:val="0"/>
        <w:spacing w:afterLines="50" w:line="300" w:lineRule="exact"/>
        <w:ind w:left="993"/>
        <w:rPr>
          <w:rFonts w:ascii="細明體" w:eastAsia="細明體" w:hAnsi="細明體" w:cs="Arial"/>
          <w:b/>
          <w:sz w:val="28"/>
          <w:szCs w:val="28"/>
          <w:lang w:eastAsia="zh-TW"/>
        </w:rPr>
      </w:pPr>
      <w:r w:rsidRPr="000802E9">
        <w:rPr>
          <w:rFonts w:ascii="細明體" w:eastAsia="細明體" w:hAnsi="細明體" w:hint="eastAsia"/>
          <w:lang w:eastAsia="zh-TW"/>
        </w:rPr>
        <w:t>繳交</w:t>
      </w:r>
      <w:r w:rsidR="000802E9"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第一組</w:t>
      </w:r>
      <w:proofErr w:type="spellStart"/>
      <w:r w:rsidR="000802E9" w:rsidRPr="000802E9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="000802E9"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之</w:t>
      </w:r>
      <w:r w:rsidR="000802E9" w:rsidRPr="000802E9">
        <w:rPr>
          <w:rFonts w:ascii="細明體" w:eastAsia="細明體" w:hAnsi="細明體" w:cs="Arial" w:hint="eastAsia"/>
          <w:lang w:eastAsia="zh-TW"/>
        </w:rPr>
        <w:t>PLC Ladder程式</w:t>
      </w:r>
      <w:r w:rsidRPr="000802E9">
        <w:rPr>
          <w:rFonts w:ascii="細明體" w:eastAsia="細明體" w:hAnsi="細明體" w:hint="eastAsia"/>
          <w:lang w:eastAsia="zh-TW"/>
        </w:rPr>
        <w:t>功能驗證之表格</w:t>
      </w:r>
      <w:r w:rsidRPr="000802E9">
        <w:rPr>
          <w:rFonts w:ascii="細明體" w:eastAsia="細明體" w:hAnsi="細明體" w:cs="Arial" w:hint="eastAsia"/>
          <w:lang w:eastAsia="zh-TW"/>
        </w:rPr>
        <w:t>。</w:t>
      </w:r>
    </w:p>
    <w:p w14:paraId="5C82249B" w14:textId="7A3D6742" w:rsidR="007836C8" w:rsidRDefault="007836C8" w:rsidP="007836C8">
      <w:pPr>
        <w:widowControl w:val="0"/>
        <w:numPr>
          <w:ilvl w:val="0"/>
          <w:numId w:val="35"/>
        </w:numPr>
        <w:tabs>
          <w:tab w:val="clear" w:pos="2488"/>
        </w:tabs>
        <w:snapToGrid w:val="0"/>
        <w:spacing w:afterLines="50" w:line="300" w:lineRule="exact"/>
        <w:ind w:left="993"/>
        <w:rPr>
          <w:rFonts w:ascii="細明體" w:eastAsia="細明體" w:hAnsi="細明體" w:cs="Arial"/>
          <w:b/>
          <w:sz w:val="28"/>
          <w:szCs w:val="28"/>
          <w:lang w:eastAsia="zh-TW"/>
        </w:rPr>
      </w:pPr>
      <w:r w:rsidRPr="000802E9">
        <w:rPr>
          <w:rFonts w:ascii="細明體" w:eastAsia="細明體" w:hAnsi="細明體" w:hint="eastAsia"/>
          <w:lang w:eastAsia="zh-TW"/>
        </w:rPr>
        <w:t>繳交開發完成並完成驗證之</w:t>
      </w:r>
      <w:r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</w:t>
      </w:r>
      <w:r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二</w:t>
      </w:r>
      <w:r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組</w:t>
      </w:r>
      <w:proofErr w:type="spellStart"/>
      <w:r w:rsidRPr="000802E9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之</w:t>
      </w:r>
      <w:r w:rsidRPr="000802E9">
        <w:rPr>
          <w:rFonts w:ascii="細明體" w:eastAsia="細明體" w:hAnsi="細明體" w:cs="Arial" w:hint="eastAsia"/>
          <w:lang w:eastAsia="zh-TW"/>
        </w:rPr>
        <w:t>PLC Ladder程式原始碼。</w:t>
      </w:r>
    </w:p>
    <w:p w14:paraId="07C32C33" w14:textId="7F5DF663" w:rsidR="007836C8" w:rsidRPr="000802E9" w:rsidRDefault="007836C8" w:rsidP="007836C8">
      <w:pPr>
        <w:widowControl w:val="0"/>
        <w:numPr>
          <w:ilvl w:val="0"/>
          <w:numId w:val="35"/>
        </w:numPr>
        <w:tabs>
          <w:tab w:val="clear" w:pos="2488"/>
        </w:tabs>
        <w:snapToGrid w:val="0"/>
        <w:spacing w:afterLines="50" w:line="300" w:lineRule="exact"/>
        <w:ind w:left="993"/>
        <w:rPr>
          <w:rFonts w:ascii="細明體" w:eastAsia="細明體" w:hAnsi="細明體" w:cs="Arial"/>
          <w:b/>
          <w:sz w:val="28"/>
          <w:szCs w:val="28"/>
          <w:lang w:eastAsia="zh-TW"/>
        </w:rPr>
      </w:pPr>
      <w:r w:rsidRPr="000802E9">
        <w:rPr>
          <w:rFonts w:ascii="細明體" w:eastAsia="細明體" w:hAnsi="細明體" w:hint="eastAsia"/>
          <w:lang w:eastAsia="zh-TW"/>
        </w:rPr>
        <w:t>繳交</w:t>
      </w:r>
      <w:r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第</w:t>
      </w:r>
      <w:r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二</w:t>
      </w:r>
      <w:r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組</w:t>
      </w:r>
      <w:proofErr w:type="spellStart"/>
      <w:r w:rsidRPr="000802E9">
        <w:rPr>
          <w:rFonts w:ascii="細明體" w:eastAsia="細明體" w:hAnsi="細明體"/>
          <w:color w:val="auto"/>
          <w:sz w:val="24"/>
          <w:szCs w:val="24"/>
          <w:lang w:eastAsia="zh-TW"/>
        </w:rPr>
        <w:t>Workcell</w:t>
      </w:r>
      <w:proofErr w:type="spellEnd"/>
      <w:r w:rsidRPr="000802E9">
        <w:rPr>
          <w:rFonts w:ascii="細明體" w:eastAsia="細明體" w:hAnsi="細明體" w:hint="eastAsia"/>
          <w:color w:val="auto"/>
          <w:sz w:val="24"/>
          <w:szCs w:val="24"/>
          <w:lang w:eastAsia="zh-TW"/>
        </w:rPr>
        <w:t>之</w:t>
      </w:r>
      <w:r w:rsidRPr="000802E9">
        <w:rPr>
          <w:rFonts w:ascii="細明體" w:eastAsia="細明體" w:hAnsi="細明體" w:cs="Arial" w:hint="eastAsia"/>
          <w:lang w:eastAsia="zh-TW"/>
        </w:rPr>
        <w:t>PLC Ladder程式</w:t>
      </w:r>
      <w:r w:rsidRPr="000802E9">
        <w:rPr>
          <w:rFonts w:ascii="細明體" w:eastAsia="細明體" w:hAnsi="細明體" w:hint="eastAsia"/>
          <w:lang w:eastAsia="zh-TW"/>
        </w:rPr>
        <w:t>功能驗證之表格</w:t>
      </w:r>
      <w:r w:rsidRPr="000802E9">
        <w:rPr>
          <w:rFonts w:ascii="細明體" w:eastAsia="細明體" w:hAnsi="細明體" w:cs="Arial" w:hint="eastAsia"/>
          <w:lang w:eastAsia="zh-TW"/>
        </w:rPr>
        <w:t>。</w:t>
      </w:r>
    </w:p>
    <w:p w14:paraId="4B32C4D1" w14:textId="77777777" w:rsidR="003C6612" w:rsidRPr="009249D6" w:rsidRDefault="003C6612" w:rsidP="00B45A67">
      <w:pPr>
        <w:widowControl w:val="0"/>
        <w:spacing w:after="0" w:line="300" w:lineRule="exact"/>
        <w:rPr>
          <w:rFonts w:ascii="細明體" w:eastAsia="細明體" w:hAnsi="細明體" w:cs="Arial"/>
          <w:lang w:val="es-PA" w:eastAsia="zh-TW"/>
        </w:rPr>
      </w:pPr>
    </w:p>
    <w:p w14:paraId="5C91ED6E" w14:textId="77777777" w:rsidR="00170846" w:rsidRDefault="00170846">
      <w:pPr>
        <w:spacing w:after="200" w:line="276" w:lineRule="auto"/>
        <w:rPr>
          <w:rFonts w:ascii="細明體" w:eastAsia="細明體" w:hAnsi="細明體"/>
          <w:b/>
          <w:sz w:val="28"/>
          <w:szCs w:val="28"/>
        </w:rPr>
      </w:pPr>
      <w:r>
        <w:rPr>
          <w:rFonts w:ascii="細明體" w:eastAsia="細明體" w:hAnsi="細明體"/>
          <w:b/>
          <w:sz w:val="28"/>
          <w:szCs w:val="28"/>
        </w:rPr>
        <w:br w:type="page"/>
      </w:r>
    </w:p>
    <w:p w14:paraId="6CF0DA4D" w14:textId="13130ACC" w:rsidR="00B45A67" w:rsidRPr="009249D6" w:rsidRDefault="00B45A67" w:rsidP="007B33B8">
      <w:pPr>
        <w:widowControl w:val="0"/>
        <w:numPr>
          <w:ilvl w:val="0"/>
          <w:numId w:val="25"/>
        </w:numPr>
        <w:spacing w:afterLines="50" w:line="240" w:lineRule="auto"/>
        <w:rPr>
          <w:rFonts w:ascii="細明體" w:eastAsia="細明體" w:hAnsi="細明體"/>
          <w:b/>
          <w:bCs/>
          <w:sz w:val="28"/>
          <w:szCs w:val="28"/>
        </w:rPr>
      </w:pPr>
      <w:proofErr w:type="spellStart"/>
      <w:r w:rsidRPr="009249D6">
        <w:rPr>
          <w:rFonts w:ascii="細明體" w:eastAsia="細明體" w:hAnsi="細明體" w:hint="eastAsia"/>
          <w:b/>
          <w:sz w:val="28"/>
          <w:szCs w:val="28"/>
        </w:rPr>
        <w:lastRenderedPageBreak/>
        <w:t>驗收方式與標準</w:t>
      </w:r>
      <w:proofErr w:type="spellEnd"/>
    </w:p>
    <w:p w14:paraId="6EF3BD39" w14:textId="11F20F91" w:rsidR="00B45A67" w:rsidRPr="009249D6" w:rsidRDefault="00B45A67" w:rsidP="00CF1B32">
      <w:pPr>
        <w:numPr>
          <w:ilvl w:val="0"/>
          <w:numId w:val="29"/>
        </w:numPr>
        <w:autoSpaceDE w:val="0"/>
        <w:autoSpaceDN w:val="0"/>
        <w:spacing w:before="120" w:after="0" w:line="0" w:lineRule="atLeast"/>
        <w:textAlignment w:val="bottom"/>
        <w:rPr>
          <w:rFonts w:ascii="細明體" w:eastAsia="細明體" w:hAnsi="細明體"/>
          <w:lang w:eastAsia="zh-TW"/>
        </w:rPr>
      </w:pPr>
      <w:r w:rsidRPr="009249D6">
        <w:rPr>
          <w:rFonts w:ascii="細明體" w:eastAsia="細明體" w:hAnsi="細明體"/>
          <w:lang w:eastAsia="zh-TW"/>
        </w:rPr>
        <w:t>驗收方式：</w:t>
      </w:r>
      <w:r w:rsidRPr="009249D6">
        <w:rPr>
          <w:rFonts w:ascii="細明體" w:eastAsia="細明體" w:hAnsi="細明體" w:hint="eastAsia"/>
          <w:lang w:eastAsia="zh-TW"/>
        </w:rPr>
        <w:t>依照『</w:t>
      </w:r>
      <w:r w:rsidR="00A439DB">
        <w:rPr>
          <w:rFonts w:ascii="細明體" w:eastAsia="細明體" w:hAnsi="細明體" w:hint="eastAsia"/>
          <w:lang w:eastAsia="zh-TW"/>
        </w:rPr>
        <w:t>四.委託交付</w:t>
      </w:r>
      <w:r w:rsidRPr="009249D6">
        <w:rPr>
          <w:rFonts w:ascii="細明體" w:eastAsia="細明體" w:hAnsi="細明體" w:hint="eastAsia"/>
          <w:lang w:eastAsia="zh-TW"/>
        </w:rPr>
        <w:t>』所列</w:t>
      </w:r>
      <w:r w:rsidR="00170846">
        <w:rPr>
          <w:rFonts w:ascii="細明體" w:eastAsia="細明體" w:hAnsi="細明體" w:hint="eastAsia"/>
          <w:lang w:eastAsia="zh-TW"/>
        </w:rPr>
        <w:t>，</w:t>
      </w:r>
      <w:r w:rsidR="00A439DB">
        <w:rPr>
          <w:rFonts w:ascii="細明體" w:eastAsia="細明體" w:hAnsi="細明體" w:hint="eastAsia"/>
          <w:lang w:eastAsia="zh-TW"/>
        </w:rPr>
        <w:t>分別繳交</w:t>
      </w:r>
      <w:r w:rsidR="004678BF">
        <w:rPr>
          <w:rFonts w:ascii="細明體" w:eastAsia="細明體" w:hAnsi="細明體" w:hint="eastAsia"/>
          <w:lang w:eastAsia="zh-TW"/>
        </w:rPr>
        <w:t>PLC Ladder</w:t>
      </w:r>
      <w:r w:rsidRPr="009249D6">
        <w:rPr>
          <w:rFonts w:ascii="細明體" w:eastAsia="細明體" w:hAnsi="細明體" w:hint="eastAsia"/>
          <w:lang w:eastAsia="zh-TW"/>
        </w:rPr>
        <w:t>電子檔</w:t>
      </w:r>
      <w:r w:rsidR="00F4548F">
        <w:rPr>
          <w:rFonts w:ascii="細明體" w:eastAsia="細明體" w:hAnsi="細明體" w:hint="eastAsia"/>
          <w:lang w:eastAsia="zh-TW"/>
        </w:rPr>
        <w:t>與驗收檢驗表</w:t>
      </w:r>
      <w:r w:rsidRPr="009249D6">
        <w:rPr>
          <w:rFonts w:ascii="細明體" w:eastAsia="細明體" w:hAnsi="細明體" w:hint="eastAsia"/>
          <w:lang w:eastAsia="zh-TW"/>
        </w:rPr>
        <w:t>，再依照『</w:t>
      </w:r>
      <w:r w:rsidR="00F4548F">
        <w:rPr>
          <w:rFonts w:ascii="細明體" w:eastAsia="細明體" w:hAnsi="細明體" w:hint="eastAsia"/>
          <w:lang w:eastAsia="zh-TW"/>
        </w:rPr>
        <w:t>三</w:t>
      </w:r>
      <w:r w:rsidRPr="009249D6">
        <w:rPr>
          <w:rFonts w:ascii="細明體" w:eastAsia="細明體" w:hAnsi="細明體" w:hint="eastAsia"/>
          <w:lang w:eastAsia="zh-TW"/>
        </w:rPr>
        <w:t>.</w:t>
      </w:r>
      <w:r w:rsidRPr="009249D6">
        <w:rPr>
          <w:rFonts w:ascii="細明體" w:eastAsia="細明體" w:hAnsi="細明體"/>
          <w:lang w:eastAsia="zh-TW"/>
        </w:rPr>
        <w:t xml:space="preserve"> </w:t>
      </w:r>
      <w:r w:rsidRPr="009249D6">
        <w:rPr>
          <w:rFonts w:ascii="細明體" w:eastAsia="細明體" w:hAnsi="細明體" w:hint="eastAsia"/>
          <w:lang w:eastAsia="zh-TW"/>
        </w:rPr>
        <w:t>工作</w:t>
      </w:r>
      <w:r w:rsidRPr="009249D6">
        <w:rPr>
          <w:rFonts w:ascii="細明體" w:eastAsia="細明體" w:hAnsi="細明體" w:cs="微軟正黑體" w:hint="eastAsia"/>
          <w:lang w:eastAsia="zh-TW"/>
        </w:rPr>
        <w:t>內</w:t>
      </w:r>
      <w:r w:rsidRPr="009249D6">
        <w:rPr>
          <w:rFonts w:ascii="細明體" w:eastAsia="細明體" w:hAnsi="細明體" w:cs="MS Mincho" w:hint="eastAsia"/>
          <w:lang w:eastAsia="zh-TW"/>
        </w:rPr>
        <w:t>容』</w:t>
      </w:r>
      <w:r w:rsidRPr="009249D6">
        <w:rPr>
          <w:rFonts w:ascii="細明體" w:eastAsia="細明體" w:hAnsi="細明體"/>
          <w:lang w:eastAsia="zh-TW"/>
        </w:rPr>
        <w:t>所列之所有項目，進行規格</w:t>
      </w:r>
      <w:r w:rsidRPr="009249D6">
        <w:rPr>
          <w:rFonts w:ascii="細明體" w:eastAsia="細明體" w:hAnsi="細明體" w:hint="eastAsia"/>
          <w:lang w:eastAsia="zh-TW"/>
        </w:rPr>
        <w:t>功能</w:t>
      </w:r>
      <w:r w:rsidRPr="009249D6">
        <w:rPr>
          <w:rFonts w:ascii="細明體" w:eastAsia="細明體" w:hAnsi="細明體"/>
          <w:lang w:eastAsia="zh-TW"/>
        </w:rPr>
        <w:t>檢驗，確認是否符合所列之功能項目，</w:t>
      </w:r>
      <w:r w:rsidRPr="009249D6">
        <w:rPr>
          <w:rFonts w:ascii="細明體" w:eastAsia="細明體" w:hAnsi="細明體" w:hint="eastAsia"/>
          <w:lang w:eastAsia="zh-TW"/>
        </w:rPr>
        <w:t>驗收項目請見驗收標準所述</w:t>
      </w:r>
      <w:r w:rsidRPr="009249D6">
        <w:rPr>
          <w:rFonts w:ascii="細明體" w:eastAsia="細明體" w:hAnsi="細明體"/>
          <w:lang w:eastAsia="zh-TW"/>
        </w:rPr>
        <w:t>，</w:t>
      </w:r>
      <w:r w:rsidRPr="009249D6">
        <w:rPr>
          <w:rFonts w:ascii="細明體" w:eastAsia="細明體" w:hAnsi="細明體" w:hint="eastAsia"/>
          <w:lang w:eastAsia="zh-TW"/>
        </w:rPr>
        <w:t>若有任何一項規格不符合，即為不合格。</w:t>
      </w:r>
    </w:p>
    <w:p w14:paraId="17AF1A49" w14:textId="77777777" w:rsidR="00B45A67" w:rsidRPr="009249D6" w:rsidRDefault="00B45A67" w:rsidP="00B45A67">
      <w:pPr>
        <w:autoSpaceDE w:val="0"/>
        <w:autoSpaceDN w:val="0"/>
        <w:snapToGrid w:val="0"/>
        <w:spacing w:line="0" w:lineRule="atLeast"/>
        <w:ind w:left="284"/>
        <w:textAlignment w:val="bottom"/>
        <w:rPr>
          <w:rFonts w:ascii="細明體" w:eastAsia="細明體" w:hAnsi="細明體"/>
          <w:lang w:eastAsia="zh-TW"/>
        </w:rPr>
      </w:pPr>
    </w:p>
    <w:p w14:paraId="33902F9F" w14:textId="2AB00551" w:rsidR="00B45A67" w:rsidRPr="009249D6" w:rsidRDefault="00B45A67" w:rsidP="00B45A67">
      <w:pPr>
        <w:autoSpaceDE w:val="0"/>
        <w:autoSpaceDN w:val="0"/>
        <w:spacing w:before="120" w:line="0" w:lineRule="atLeast"/>
        <w:ind w:leftChars="118" w:left="779" w:hangingChars="236" w:hanging="519"/>
        <w:textAlignment w:val="bottom"/>
        <w:rPr>
          <w:rFonts w:ascii="細明體" w:eastAsia="細明體" w:hAnsi="細明體"/>
          <w:lang w:eastAsia="zh-TW"/>
        </w:rPr>
      </w:pPr>
      <w:r w:rsidRPr="009249D6">
        <w:rPr>
          <w:rFonts w:ascii="細明體" w:eastAsia="細明體" w:hAnsi="細明體"/>
          <w:lang w:eastAsia="zh-TW"/>
        </w:rPr>
        <w:t>(</w:t>
      </w:r>
      <w:r w:rsidRPr="009249D6">
        <w:rPr>
          <w:rFonts w:ascii="細明體" w:eastAsia="細明體" w:hAnsi="細明體" w:hint="eastAsia"/>
          <w:lang w:eastAsia="zh-TW"/>
        </w:rPr>
        <w:t>二</w:t>
      </w:r>
      <w:r w:rsidRPr="009249D6">
        <w:rPr>
          <w:rFonts w:ascii="細明體" w:eastAsia="細明體" w:hAnsi="細明體"/>
          <w:lang w:eastAsia="zh-TW"/>
        </w:rPr>
        <w:t>) 驗收</w:t>
      </w:r>
      <w:r w:rsidRPr="009249D6">
        <w:rPr>
          <w:rFonts w:ascii="細明體" w:eastAsia="細明體" w:hAnsi="細明體" w:hint="eastAsia"/>
          <w:lang w:eastAsia="zh-TW"/>
        </w:rPr>
        <w:t>標準</w:t>
      </w:r>
      <w:r w:rsidRPr="009249D6">
        <w:rPr>
          <w:rFonts w:ascii="細明體" w:eastAsia="細明體" w:hAnsi="細明體"/>
          <w:lang w:eastAsia="zh-TW"/>
        </w:rPr>
        <w:t>：</w:t>
      </w:r>
      <w:r w:rsidRPr="009249D6">
        <w:rPr>
          <w:rFonts w:ascii="細明體" w:eastAsia="細明體" w:hAnsi="細明體" w:hint="eastAsia"/>
          <w:lang w:eastAsia="zh-TW"/>
        </w:rPr>
        <w:t>是否符合『</w:t>
      </w:r>
      <w:r w:rsidR="009C5CA2">
        <w:rPr>
          <w:rFonts w:ascii="細明體" w:eastAsia="細明體" w:hAnsi="細明體" w:hint="eastAsia"/>
          <w:lang w:eastAsia="zh-TW"/>
        </w:rPr>
        <w:t>二</w:t>
      </w:r>
      <w:r w:rsidRPr="009249D6">
        <w:rPr>
          <w:rFonts w:ascii="細明體" w:eastAsia="細明體" w:hAnsi="細明體" w:hint="eastAsia"/>
          <w:lang w:eastAsia="zh-TW"/>
        </w:rPr>
        <w:t>.</w:t>
      </w:r>
      <w:r w:rsidRPr="009249D6">
        <w:rPr>
          <w:rFonts w:ascii="細明體" w:eastAsia="細明體" w:hAnsi="細明體"/>
          <w:lang w:eastAsia="zh-TW"/>
        </w:rPr>
        <w:t xml:space="preserve"> </w:t>
      </w:r>
      <w:r w:rsidRPr="009249D6">
        <w:rPr>
          <w:rFonts w:ascii="細明體" w:eastAsia="細明體" w:hAnsi="細明體" w:hint="eastAsia"/>
          <w:lang w:eastAsia="zh-TW"/>
        </w:rPr>
        <w:t>規格』中所列的</w:t>
      </w:r>
      <w:r w:rsidRPr="009249D6">
        <w:rPr>
          <w:rFonts w:ascii="細明體" w:eastAsia="細明體" w:hAnsi="細明體"/>
          <w:lang w:eastAsia="zh-TW"/>
        </w:rPr>
        <w:t>每一項</w:t>
      </w:r>
      <w:r w:rsidRPr="009249D6">
        <w:rPr>
          <w:rFonts w:ascii="細明體" w:eastAsia="細明體" w:hAnsi="細明體" w:hint="eastAsia"/>
          <w:lang w:eastAsia="zh-TW"/>
        </w:rPr>
        <w:t>功能規格，</w:t>
      </w:r>
      <w:r w:rsidR="00462C7A">
        <w:rPr>
          <w:rFonts w:ascii="細明體" w:eastAsia="細明體" w:hAnsi="細明體" w:hint="eastAsia"/>
          <w:lang w:eastAsia="zh-TW"/>
        </w:rPr>
        <w:t>並以</w:t>
      </w:r>
      <w:r w:rsidRPr="009249D6">
        <w:rPr>
          <w:rFonts w:ascii="細明體" w:eastAsia="細明體" w:hAnsi="細明體" w:hint="eastAsia"/>
          <w:lang w:eastAsia="zh-TW"/>
        </w:rPr>
        <w:t>『</w:t>
      </w:r>
      <w:r w:rsidR="00462C7A">
        <w:rPr>
          <w:rFonts w:ascii="細明體" w:eastAsia="細明體" w:hAnsi="細明體" w:hint="eastAsia"/>
          <w:lang w:eastAsia="zh-TW"/>
        </w:rPr>
        <w:t>三</w:t>
      </w:r>
      <w:r w:rsidRPr="009249D6">
        <w:rPr>
          <w:rFonts w:ascii="細明體" w:eastAsia="細明體" w:hAnsi="細明體" w:hint="eastAsia"/>
          <w:lang w:eastAsia="zh-TW"/>
        </w:rPr>
        <w:t>.</w:t>
      </w:r>
      <w:r w:rsidRPr="009249D6">
        <w:rPr>
          <w:rFonts w:ascii="細明體" w:eastAsia="細明體" w:hAnsi="細明體"/>
          <w:lang w:eastAsia="zh-TW"/>
        </w:rPr>
        <w:t xml:space="preserve"> </w:t>
      </w:r>
      <w:r w:rsidRPr="009249D6">
        <w:rPr>
          <w:rFonts w:ascii="細明體" w:eastAsia="細明體" w:hAnsi="細明體" w:hint="eastAsia"/>
          <w:lang w:eastAsia="zh-TW"/>
        </w:rPr>
        <w:t>工作</w:t>
      </w:r>
      <w:r w:rsidRPr="009249D6">
        <w:rPr>
          <w:rFonts w:ascii="細明體" w:eastAsia="細明體" w:hAnsi="細明體" w:cs="微軟正黑體" w:hint="eastAsia"/>
          <w:lang w:eastAsia="zh-TW"/>
        </w:rPr>
        <w:t>內</w:t>
      </w:r>
      <w:r w:rsidRPr="009249D6">
        <w:rPr>
          <w:rFonts w:ascii="細明體" w:eastAsia="細明體" w:hAnsi="細明體" w:cs="MS Mincho" w:hint="eastAsia"/>
          <w:lang w:eastAsia="zh-TW"/>
        </w:rPr>
        <w:t>容』</w:t>
      </w:r>
      <w:r w:rsidRPr="009249D6">
        <w:rPr>
          <w:rFonts w:ascii="細明體" w:eastAsia="細明體" w:hAnsi="細明體"/>
          <w:lang w:eastAsia="zh-TW"/>
        </w:rPr>
        <w:t>中所</w:t>
      </w:r>
      <w:r w:rsidR="00462C7A">
        <w:rPr>
          <w:rFonts w:ascii="細明體" w:eastAsia="細明體" w:hAnsi="細明體" w:hint="eastAsia"/>
          <w:lang w:eastAsia="zh-TW"/>
        </w:rPr>
        <w:t>述之驗收功能表格進行每一項功能之驗收確認</w:t>
      </w:r>
      <w:r w:rsidRPr="009249D6">
        <w:rPr>
          <w:rFonts w:ascii="細明體" w:eastAsia="細明體" w:hAnsi="細明體"/>
          <w:lang w:eastAsia="zh-TW"/>
        </w:rPr>
        <w:t>，</w:t>
      </w:r>
      <w:r w:rsidRPr="009249D6">
        <w:rPr>
          <w:rFonts w:ascii="細明體" w:eastAsia="細明體" w:hAnsi="細明體" w:hint="eastAsia"/>
          <w:lang w:eastAsia="zh-TW"/>
        </w:rPr>
        <w:t>必須</w:t>
      </w:r>
      <w:r w:rsidR="00462C7A">
        <w:rPr>
          <w:rFonts w:ascii="細明體" w:eastAsia="細明體" w:hAnsi="細明體" w:hint="eastAsia"/>
          <w:lang w:eastAsia="zh-TW"/>
        </w:rPr>
        <w:t>每一項都</w:t>
      </w:r>
      <w:r w:rsidRPr="009249D6">
        <w:rPr>
          <w:rFonts w:ascii="細明體" w:eastAsia="細明體" w:hAnsi="細明體" w:hint="eastAsia"/>
          <w:lang w:eastAsia="zh-TW"/>
        </w:rPr>
        <w:t>合乎要求才</w:t>
      </w:r>
      <w:r w:rsidRPr="009249D6">
        <w:rPr>
          <w:rFonts w:ascii="細明體" w:eastAsia="細明體" w:hAnsi="細明體"/>
          <w:lang w:eastAsia="zh-TW"/>
        </w:rPr>
        <w:t>能</w:t>
      </w:r>
      <w:r w:rsidRPr="009249D6">
        <w:rPr>
          <w:rFonts w:ascii="細明體" w:eastAsia="細明體" w:hAnsi="細明體" w:hint="eastAsia"/>
          <w:lang w:eastAsia="zh-TW"/>
        </w:rPr>
        <w:t>達驗收成功之標準。</w:t>
      </w:r>
      <w:r w:rsidRPr="009249D6">
        <w:rPr>
          <w:rFonts w:ascii="細明體" w:eastAsia="細明體" w:hAnsi="細明體" w:hint="eastAsia"/>
          <w:b/>
          <w:sz w:val="28"/>
          <w:szCs w:val="28"/>
          <w:lang w:eastAsia="zh-TW"/>
        </w:rPr>
        <w:t xml:space="preserve"> </w:t>
      </w:r>
    </w:p>
    <w:p w14:paraId="3D7FBD14" w14:textId="77777777" w:rsidR="00B45A67" w:rsidRPr="009249D6" w:rsidRDefault="00B45A67" w:rsidP="00B45A67">
      <w:pPr>
        <w:autoSpaceDE w:val="0"/>
        <w:autoSpaceDN w:val="0"/>
        <w:snapToGrid w:val="0"/>
        <w:textAlignment w:val="bottom"/>
        <w:rPr>
          <w:rFonts w:ascii="細明體" w:eastAsia="細明體" w:hAnsi="細明體"/>
          <w:b/>
          <w:bCs/>
          <w:sz w:val="28"/>
          <w:szCs w:val="28"/>
          <w:lang w:eastAsia="zh-TW"/>
        </w:rPr>
      </w:pPr>
    </w:p>
    <w:p w14:paraId="68858BB1" w14:textId="77777777" w:rsidR="00B45A67" w:rsidRPr="009249D6" w:rsidRDefault="00B45A67" w:rsidP="007B33B8">
      <w:pPr>
        <w:widowControl w:val="0"/>
        <w:numPr>
          <w:ilvl w:val="0"/>
          <w:numId w:val="25"/>
        </w:numPr>
        <w:spacing w:afterLines="50" w:line="240" w:lineRule="auto"/>
        <w:rPr>
          <w:rFonts w:ascii="細明體" w:eastAsia="細明體" w:hAnsi="細明體"/>
          <w:b/>
          <w:bCs/>
          <w:sz w:val="28"/>
          <w:szCs w:val="28"/>
        </w:rPr>
      </w:pPr>
      <w:proofErr w:type="spellStart"/>
      <w:r w:rsidRPr="009249D6">
        <w:rPr>
          <w:rFonts w:ascii="細明體" w:eastAsia="細明體" w:hAnsi="細明體" w:hint="eastAsia"/>
          <w:b/>
          <w:sz w:val="28"/>
          <w:szCs w:val="28"/>
        </w:rPr>
        <w:t>保固</w:t>
      </w:r>
      <w:proofErr w:type="spellEnd"/>
    </w:p>
    <w:p w14:paraId="664D06ED" w14:textId="6130CACB" w:rsidR="00B45A67" w:rsidRDefault="00B45A67" w:rsidP="00B45A67">
      <w:pPr>
        <w:autoSpaceDE w:val="0"/>
        <w:autoSpaceDN w:val="0"/>
        <w:snapToGrid w:val="0"/>
        <w:ind w:leftChars="118" w:left="260" w:firstLineChars="236" w:firstLine="519"/>
        <w:jc w:val="both"/>
        <w:textAlignment w:val="bottom"/>
        <w:rPr>
          <w:rFonts w:ascii="細明體" w:eastAsia="細明體" w:hAnsi="細明體"/>
          <w:lang w:eastAsia="zh-TW"/>
        </w:rPr>
      </w:pPr>
      <w:r w:rsidRPr="009249D6">
        <w:rPr>
          <w:rFonts w:ascii="細明體" w:eastAsia="細明體" w:hAnsi="細明體"/>
          <w:lang w:eastAsia="zh-TW"/>
        </w:rPr>
        <w:t>保固服務是以</w:t>
      </w:r>
      <w:r w:rsidR="00002B03">
        <w:rPr>
          <w:rFonts w:ascii="細明體" w:eastAsia="細明體" w:hAnsi="細明體" w:hint="eastAsia"/>
          <w:lang w:eastAsia="zh-TW"/>
        </w:rPr>
        <w:t>檔案</w:t>
      </w:r>
      <w:r w:rsidRPr="009249D6">
        <w:rPr>
          <w:rFonts w:ascii="細明體" w:eastAsia="細明體" w:hAnsi="細明體"/>
          <w:lang w:eastAsia="zh-TW"/>
        </w:rPr>
        <w:t>交付後一年為期限，期間</w:t>
      </w:r>
      <w:r w:rsidRPr="009249D6">
        <w:rPr>
          <w:rFonts w:ascii="細明體" w:eastAsia="細明體" w:hAnsi="細明體" w:cs="微軟正黑體" w:hint="eastAsia"/>
          <w:lang w:eastAsia="zh-TW"/>
        </w:rPr>
        <w:t>內</w:t>
      </w:r>
      <w:r w:rsidRPr="009249D6">
        <w:rPr>
          <w:rFonts w:ascii="細明體" w:eastAsia="細明體" w:hAnsi="細明體" w:hint="eastAsia"/>
          <w:lang w:eastAsia="zh-TW"/>
        </w:rPr>
        <w:t>如</w:t>
      </w:r>
      <w:r w:rsidR="00002B03">
        <w:rPr>
          <w:rFonts w:ascii="細明體" w:eastAsia="細明體" w:hAnsi="細明體" w:hint="eastAsia"/>
          <w:lang w:eastAsia="zh-TW"/>
        </w:rPr>
        <w:t>軟體功能</w:t>
      </w:r>
      <w:r w:rsidRPr="009249D6">
        <w:rPr>
          <w:rFonts w:ascii="細明體" w:eastAsia="細明體" w:hAnsi="細明體" w:hint="eastAsia"/>
          <w:lang w:eastAsia="zh-TW"/>
        </w:rPr>
        <w:t>發生非人為之</w:t>
      </w:r>
      <w:r w:rsidR="00365C3F">
        <w:rPr>
          <w:rFonts w:ascii="細明體" w:eastAsia="細明體" w:hAnsi="細明體" w:hint="eastAsia"/>
          <w:lang w:eastAsia="zh-TW"/>
        </w:rPr>
        <w:t>異常或錯誤</w:t>
      </w:r>
      <w:r w:rsidRPr="009249D6">
        <w:rPr>
          <w:rFonts w:ascii="細明體" w:eastAsia="細明體" w:hAnsi="細明體" w:hint="eastAsia"/>
          <w:lang w:eastAsia="zh-TW"/>
        </w:rPr>
        <w:t>，必須無條件免費</w:t>
      </w:r>
      <w:r w:rsidR="00365C3F">
        <w:rPr>
          <w:rFonts w:ascii="細明體" w:eastAsia="細明體" w:hAnsi="細明體" w:hint="eastAsia"/>
          <w:lang w:eastAsia="zh-TW"/>
        </w:rPr>
        <w:t>除錯</w:t>
      </w:r>
      <w:r w:rsidRPr="009249D6">
        <w:rPr>
          <w:rFonts w:ascii="細明體" w:eastAsia="細明體" w:hAnsi="細明體" w:hint="eastAsia"/>
          <w:lang w:eastAsia="zh-TW"/>
        </w:rPr>
        <w:t>，</w:t>
      </w:r>
      <w:r w:rsidRPr="009249D6">
        <w:rPr>
          <w:rFonts w:ascii="細明體" w:eastAsia="細明體" w:hAnsi="細明體"/>
          <w:lang w:eastAsia="zh-TW"/>
        </w:rPr>
        <w:t>若在保</w:t>
      </w:r>
      <w:proofErr w:type="gramStart"/>
      <w:r w:rsidRPr="009249D6">
        <w:rPr>
          <w:rFonts w:ascii="細明體" w:eastAsia="細明體" w:hAnsi="細明體"/>
          <w:lang w:eastAsia="zh-TW"/>
        </w:rPr>
        <w:t>固期外</w:t>
      </w:r>
      <w:proofErr w:type="gramEnd"/>
      <w:r w:rsidRPr="009249D6">
        <w:rPr>
          <w:rFonts w:ascii="細明體" w:eastAsia="細明體" w:hAnsi="細明體" w:hint="eastAsia"/>
          <w:lang w:eastAsia="zh-TW"/>
        </w:rPr>
        <w:t>，</w:t>
      </w:r>
      <w:r w:rsidRPr="009249D6">
        <w:rPr>
          <w:rFonts w:ascii="細明體" w:eastAsia="細明體" w:hAnsi="細明體"/>
          <w:lang w:eastAsia="zh-TW"/>
        </w:rPr>
        <w:t>則</w:t>
      </w:r>
      <w:r w:rsidRPr="009249D6">
        <w:rPr>
          <w:rFonts w:ascii="細明體" w:eastAsia="細明體" w:hAnsi="細明體" w:hint="eastAsia"/>
          <w:lang w:eastAsia="zh-TW"/>
        </w:rPr>
        <w:t>另計價維修</w:t>
      </w:r>
      <w:r w:rsidRPr="009249D6">
        <w:rPr>
          <w:rFonts w:ascii="細明體" w:eastAsia="細明體" w:hAnsi="細明體"/>
          <w:lang w:eastAsia="zh-TW"/>
        </w:rPr>
        <w:t>。</w:t>
      </w:r>
    </w:p>
    <w:p w14:paraId="12122E8D" w14:textId="77777777" w:rsidR="00894A0B" w:rsidRDefault="00894A0B" w:rsidP="00B45A67">
      <w:pPr>
        <w:autoSpaceDE w:val="0"/>
        <w:autoSpaceDN w:val="0"/>
        <w:snapToGrid w:val="0"/>
        <w:ind w:leftChars="118" w:left="260" w:firstLineChars="236" w:firstLine="519"/>
        <w:jc w:val="both"/>
        <w:textAlignment w:val="bottom"/>
        <w:rPr>
          <w:rFonts w:ascii="細明體" w:eastAsia="細明體" w:hAnsi="細明體"/>
          <w:lang w:eastAsia="zh-TW"/>
        </w:rPr>
      </w:pPr>
    </w:p>
    <w:p w14:paraId="6B39BA48" w14:textId="77777777" w:rsidR="00894A0B" w:rsidRDefault="00894A0B" w:rsidP="00B45A67">
      <w:pPr>
        <w:autoSpaceDE w:val="0"/>
        <w:autoSpaceDN w:val="0"/>
        <w:snapToGrid w:val="0"/>
        <w:ind w:leftChars="118" w:left="260" w:firstLineChars="236" w:firstLine="519"/>
        <w:jc w:val="both"/>
        <w:textAlignment w:val="bottom"/>
        <w:rPr>
          <w:rFonts w:ascii="細明體" w:eastAsia="細明體" w:hAnsi="細明體"/>
          <w:lang w:eastAsia="zh-TW"/>
        </w:rPr>
      </w:pPr>
    </w:p>
    <w:p w14:paraId="1A0DB604" w14:textId="658E25EA" w:rsidR="009249D6" w:rsidRPr="00D035F4" w:rsidRDefault="009249D6">
      <w:pPr>
        <w:spacing w:after="200" w:line="276" w:lineRule="auto"/>
        <w:rPr>
          <w:rFonts w:ascii="細明體" w:eastAsia="細明體" w:hAnsi="細明體"/>
          <w:b/>
          <w:bCs/>
          <w:lang w:eastAsia="zh-TW"/>
        </w:rPr>
      </w:pPr>
      <w:r>
        <w:rPr>
          <w:rFonts w:ascii="Times New Roman" w:eastAsia="新細明體" w:hAnsi="Times New Roman"/>
          <w:color w:val="auto"/>
          <w:lang w:eastAsia="zh-TW"/>
        </w:rPr>
        <w:br w:type="page"/>
      </w:r>
    </w:p>
    <w:p w14:paraId="6752B0D1" w14:textId="77777777" w:rsidR="00FA6D9C" w:rsidRDefault="00FA6D9C">
      <w:pPr>
        <w:spacing w:before="160"/>
        <w:rPr>
          <w:rFonts w:ascii="Times New Roman" w:eastAsia="新細明體" w:hAnsi="Times New Roman"/>
          <w:color w:val="auto"/>
          <w:lang w:eastAsia="zh-TW"/>
        </w:rPr>
      </w:pPr>
    </w:p>
    <w:p w14:paraId="6A10B753" w14:textId="0B0E87F0" w:rsidR="00AE098B" w:rsidRPr="009249D6" w:rsidRDefault="00D035F4" w:rsidP="00CF1B32">
      <w:pPr>
        <w:numPr>
          <w:ilvl w:val="0"/>
          <w:numId w:val="25"/>
        </w:numPr>
        <w:autoSpaceDE w:val="0"/>
        <w:autoSpaceDN w:val="0"/>
        <w:spacing w:after="0" w:line="240" w:lineRule="auto"/>
        <w:textAlignment w:val="bottom"/>
        <w:rPr>
          <w:rFonts w:ascii="新細明體" w:hAnsi="新細明體"/>
          <w:b/>
          <w:sz w:val="32"/>
          <w:szCs w:val="32"/>
        </w:rPr>
      </w:pPr>
      <w:bookmarkStart w:id="0" w:name="_Toc433428409"/>
      <w:bookmarkStart w:id="1" w:name="_Toc449496794"/>
      <w:bookmarkStart w:id="2" w:name="_Toc449500763"/>
      <w:bookmarkStart w:id="3" w:name="_Toc449501236"/>
      <w:bookmarkStart w:id="4" w:name="_Toc456611744"/>
      <w:bookmarkStart w:id="5" w:name="_Toc2007625"/>
      <w:r>
        <w:rPr>
          <w:rFonts w:ascii="新細明體" w:eastAsia="新細明體" w:hAnsi="新細明體" w:hint="eastAsia"/>
          <w:b/>
          <w:sz w:val="32"/>
          <w:szCs w:val="32"/>
          <w:lang w:eastAsia="zh-TW"/>
        </w:rPr>
        <w:t xml:space="preserve">車床 </w:t>
      </w:r>
      <w:r w:rsidR="00AE098B" w:rsidRPr="00305A4B">
        <w:rPr>
          <w:rFonts w:ascii="新細明體" w:hAnsi="新細明體"/>
          <w:b/>
          <w:sz w:val="32"/>
          <w:szCs w:val="32"/>
        </w:rPr>
        <w:t xml:space="preserve">C,S </w:t>
      </w:r>
      <w:proofErr w:type="spellStart"/>
      <w:r w:rsidR="00AE098B" w:rsidRPr="00305A4B">
        <w:rPr>
          <w:rFonts w:ascii="新細明體" w:hAnsi="新細明體"/>
          <w:b/>
          <w:sz w:val="32"/>
          <w:szCs w:val="32"/>
        </w:rPr>
        <w:t>Bits</w:t>
      </w:r>
      <w:r w:rsidR="00AE098B" w:rsidRPr="00305A4B">
        <w:rPr>
          <w:rFonts w:ascii="新細明體" w:hAnsi="新細明體"/>
          <w:b/>
          <w:sz w:val="32"/>
          <w:szCs w:val="32"/>
        </w:rPr>
        <w:t>和暫存器</w:t>
      </w:r>
      <w:bookmarkEnd w:id="0"/>
      <w:bookmarkEnd w:id="1"/>
      <w:bookmarkEnd w:id="2"/>
      <w:bookmarkEnd w:id="3"/>
      <w:bookmarkEnd w:id="4"/>
      <w:bookmarkEnd w:id="5"/>
      <w:proofErr w:type="spellEnd"/>
    </w:p>
    <w:p w14:paraId="2D079CA9" w14:textId="77777777" w:rsidR="009249D6" w:rsidRPr="00305A4B" w:rsidRDefault="009249D6" w:rsidP="009249D6">
      <w:pPr>
        <w:autoSpaceDE w:val="0"/>
        <w:autoSpaceDN w:val="0"/>
        <w:spacing w:after="0" w:line="240" w:lineRule="auto"/>
        <w:ind w:left="720"/>
        <w:textAlignment w:val="bottom"/>
        <w:rPr>
          <w:rFonts w:ascii="新細明體" w:hAnsi="新細明體"/>
          <w:b/>
          <w:sz w:val="32"/>
          <w:szCs w:val="32"/>
        </w:rPr>
      </w:pPr>
    </w:p>
    <w:p w14:paraId="1E55E031" w14:textId="77777777" w:rsidR="00AE098B" w:rsidRPr="009249D6" w:rsidRDefault="00AE098B" w:rsidP="009249D6">
      <w:pPr>
        <w:pStyle w:val="31"/>
        <w:numPr>
          <w:ilvl w:val="2"/>
          <w:numId w:val="0"/>
        </w:numPr>
        <w:snapToGrid w:val="0"/>
        <w:spacing w:before="0" w:line="240" w:lineRule="auto"/>
        <w:ind w:leftChars="118" w:left="740" w:hanging="480"/>
        <w:rPr>
          <w:rFonts w:ascii="新細明體" w:eastAsia="新細明體" w:hAnsi="新細明體"/>
          <w:sz w:val="28"/>
          <w:szCs w:val="28"/>
        </w:rPr>
      </w:pPr>
      <w:bookmarkStart w:id="6" w:name="_Toc433428410"/>
      <w:bookmarkStart w:id="7" w:name="_Toc449496795"/>
      <w:bookmarkStart w:id="8" w:name="_Toc449500764"/>
      <w:bookmarkStart w:id="9" w:name="_Toc449501237"/>
      <w:bookmarkStart w:id="10" w:name="_Toc456611745"/>
      <w:bookmarkStart w:id="11" w:name="_Toc2007626"/>
      <w:r w:rsidRPr="009249D6">
        <w:rPr>
          <w:rFonts w:ascii="新細明體" w:eastAsia="新細明體" w:hAnsi="新細明體"/>
          <w:sz w:val="28"/>
          <w:szCs w:val="28"/>
        </w:rPr>
        <w:t xml:space="preserve">C </w:t>
      </w:r>
      <w:proofErr w:type="spellStart"/>
      <w:r w:rsidRPr="009249D6">
        <w:rPr>
          <w:rFonts w:ascii="新細明體" w:eastAsia="新細明體" w:hAnsi="新細明體"/>
          <w:sz w:val="28"/>
          <w:szCs w:val="28"/>
        </w:rPr>
        <w:t>BITS定義</w:t>
      </w:r>
      <w:bookmarkEnd w:id="6"/>
      <w:bookmarkEnd w:id="7"/>
      <w:bookmarkEnd w:id="8"/>
      <w:bookmarkEnd w:id="9"/>
      <w:bookmarkEnd w:id="10"/>
      <w:bookmarkEnd w:id="11"/>
      <w:proofErr w:type="spellEnd"/>
    </w:p>
    <w:p w14:paraId="5F868700" w14:textId="77777777" w:rsidR="00AE098B" w:rsidRPr="009249D6" w:rsidRDefault="00AE098B" w:rsidP="009249D6">
      <w:pPr>
        <w:snapToGrid w:val="0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249D6">
        <w:rPr>
          <w:rFonts w:cs="Arial"/>
          <w:b/>
          <w:sz w:val="24"/>
          <w:szCs w:val="24"/>
        </w:rPr>
        <w:t xml:space="preserve">C BIT </w:t>
      </w:r>
      <w:r w:rsidRPr="009249D6">
        <w:rPr>
          <w:rFonts w:cs="Arial"/>
          <w:b/>
          <w:sz w:val="24"/>
          <w:szCs w:val="24"/>
        </w:rPr>
        <w:tab/>
        <w:t xml:space="preserve"> MLC</w:t>
      </w:r>
      <w:r w:rsidRPr="009249D6">
        <w:rPr>
          <w:rFonts w:cs="Arial"/>
          <w:b/>
          <w:noProof/>
          <w:sz w:val="24"/>
          <w:szCs w:val="24"/>
        </w:rPr>
        <w:sym w:font="Wingdings" w:char="F0E0"/>
      </w:r>
      <w:r w:rsidRPr="009249D6">
        <w:rPr>
          <w:rFonts w:cs="Arial"/>
          <w:b/>
          <w:sz w:val="24"/>
          <w:szCs w:val="24"/>
        </w:rPr>
        <w:t>CNC</w:t>
      </w:r>
    </w:p>
    <w:tbl>
      <w:tblPr>
        <w:tblW w:w="113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6"/>
        <w:gridCol w:w="2273"/>
        <w:gridCol w:w="5677"/>
        <w:gridCol w:w="1973"/>
      </w:tblGrid>
      <w:tr w:rsidR="00AE098B" w:rsidRPr="008D5CAD" w14:paraId="18A41D1F" w14:textId="77777777" w:rsidTr="008D5CAD">
        <w:trPr>
          <w:trHeight w:val="20"/>
          <w:tblHeader/>
          <w:jc w:val="center"/>
        </w:trPr>
        <w:tc>
          <w:tcPr>
            <w:tcW w:w="1406" w:type="dxa"/>
            <w:tcBorders>
              <w:bottom w:val="double" w:sz="4" w:space="0" w:color="auto"/>
            </w:tcBorders>
          </w:tcPr>
          <w:p w14:paraId="46F5E4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BIT #</w:t>
            </w:r>
          </w:p>
        </w:tc>
        <w:tc>
          <w:tcPr>
            <w:tcW w:w="2273" w:type="dxa"/>
            <w:tcBorders>
              <w:bottom w:val="double" w:sz="4" w:space="0" w:color="auto"/>
            </w:tcBorders>
          </w:tcPr>
          <w:p w14:paraId="62503E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SYMBOL</w:t>
            </w:r>
          </w:p>
        </w:tc>
        <w:tc>
          <w:tcPr>
            <w:tcW w:w="5677" w:type="dxa"/>
            <w:tcBorders>
              <w:bottom w:val="double" w:sz="4" w:space="0" w:color="auto"/>
            </w:tcBorders>
          </w:tcPr>
          <w:p w14:paraId="3B6DB7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DESCRIPTION</w:t>
            </w:r>
          </w:p>
        </w:tc>
        <w:tc>
          <w:tcPr>
            <w:tcW w:w="1973" w:type="dxa"/>
            <w:tcBorders>
              <w:bottom w:val="double" w:sz="4" w:space="0" w:color="auto"/>
            </w:tcBorders>
          </w:tcPr>
          <w:p w14:paraId="7B12BB3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NOTE</w:t>
            </w:r>
          </w:p>
        </w:tc>
      </w:tr>
      <w:tr w:rsidR="00AE098B" w:rsidRPr="008D5CAD" w14:paraId="1A852804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nil"/>
            </w:tcBorders>
          </w:tcPr>
          <w:p w14:paraId="6AFDEB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000</w:t>
            </w:r>
          </w:p>
        </w:tc>
        <w:tc>
          <w:tcPr>
            <w:tcW w:w="2273" w:type="dxa"/>
            <w:tcBorders>
              <w:top w:val="nil"/>
            </w:tcBorders>
          </w:tcPr>
          <w:p w14:paraId="2A39D0C8" w14:textId="77777777" w:rsidR="00AE098B" w:rsidRPr="008D5CAD" w:rsidRDefault="00AE098B" w:rsidP="008D5CAD">
            <w:pPr>
              <w:pStyle w:val="afff6"/>
              <w:snapToGrid w:val="0"/>
              <w:jc w:val="center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ST</w:t>
            </w:r>
          </w:p>
        </w:tc>
        <w:tc>
          <w:tcPr>
            <w:tcW w:w="5677" w:type="dxa"/>
            <w:tcBorders>
              <w:top w:val="nil"/>
            </w:tcBorders>
          </w:tcPr>
          <w:p w14:paraId="070B456D" w14:textId="77777777" w:rsidR="00AE098B" w:rsidRPr="008D5CAD" w:rsidRDefault="00AE098B" w:rsidP="008D5CAD">
            <w:pPr>
              <w:pStyle w:val="afff6"/>
              <w:snapToGrid w:val="0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CYCLE START</w:t>
            </w:r>
          </w:p>
        </w:tc>
        <w:tc>
          <w:tcPr>
            <w:tcW w:w="1973" w:type="dxa"/>
            <w:tcBorders>
              <w:top w:val="nil"/>
            </w:tcBorders>
          </w:tcPr>
          <w:p w14:paraId="567325F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5BA28DF" w14:textId="77777777" w:rsidTr="008D5CAD">
        <w:trPr>
          <w:trHeight w:val="20"/>
          <w:jc w:val="center"/>
        </w:trPr>
        <w:tc>
          <w:tcPr>
            <w:tcW w:w="1406" w:type="dxa"/>
          </w:tcPr>
          <w:p w14:paraId="015CD1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001</w:t>
            </w:r>
          </w:p>
        </w:tc>
        <w:tc>
          <w:tcPr>
            <w:tcW w:w="2273" w:type="dxa"/>
          </w:tcPr>
          <w:p w14:paraId="60DA663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</w:t>
            </w:r>
          </w:p>
        </w:tc>
        <w:tc>
          <w:tcPr>
            <w:tcW w:w="5677" w:type="dxa"/>
          </w:tcPr>
          <w:p w14:paraId="359000E2" w14:textId="77777777" w:rsidR="00AE098B" w:rsidRPr="008D5CAD" w:rsidRDefault="00AE098B" w:rsidP="008D5CAD">
            <w:pPr>
              <w:pStyle w:val="afff6"/>
              <w:snapToGrid w:val="0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HOLD</w:t>
            </w:r>
          </w:p>
        </w:tc>
        <w:tc>
          <w:tcPr>
            <w:tcW w:w="1973" w:type="dxa"/>
          </w:tcPr>
          <w:p w14:paraId="707EA62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E46C18B" w14:textId="77777777" w:rsidTr="008D5CAD">
        <w:trPr>
          <w:trHeight w:val="20"/>
          <w:jc w:val="center"/>
        </w:trPr>
        <w:tc>
          <w:tcPr>
            <w:tcW w:w="1406" w:type="dxa"/>
          </w:tcPr>
          <w:p w14:paraId="11BEDE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002</w:t>
            </w:r>
          </w:p>
        </w:tc>
        <w:tc>
          <w:tcPr>
            <w:tcW w:w="2273" w:type="dxa"/>
          </w:tcPr>
          <w:p w14:paraId="625ABB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SKIP</w:t>
            </w:r>
          </w:p>
        </w:tc>
        <w:tc>
          <w:tcPr>
            <w:tcW w:w="5677" w:type="dxa"/>
          </w:tcPr>
          <w:p w14:paraId="4DC978E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</w:p>
        </w:tc>
        <w:tc>
          <w:tcPr>
            <w:tcW w:w="1973" w:type="dxa"/>
          </w:tcPr>
          <w:p w14:paraId="452F9A7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441808A" w14:textId="77777777" w:rsidTr="008D5CAD">
        <w:trPr>
          <w:trHeight w:val="20"/>
          <w:jc w:val="center"/>
        </w:trPr>
        <w:tc>
          <w:tcPr>
            <w:tcW w:w="1406" w:type="dxa"/>
          </w:tcPr>
          <w:p w14:paraId="0B7BCF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003</w:t>
            </w:r>
          </w:p>
        </w:tc>
        <w:tc>
          <w:tcPr>
            <w:tcW w:w="2273" w:type="dxa"/>
          </w:tcPr>
          <w:p w14:paraId="27CCCD1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EDTD2S</w:t>
            </w:r>
          </w:p>
        </w:tc>
        <w:tc>
          <w:tcPr>
            <w:tcW w:w="5677" w:type="dxa"/>
          </w:tcPr>
          <w:p w14:paraId="76E39D9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PROGRAM PROTECTION</w:t>
            </w:r>
          </w:p>
        </w:tc>
        <w:tc>
          <w:tcPr>
            <w:tcW w:w="1973" w:type="dxa"/>
          </w:tcPr>
          <w:p w14:paraId="1521FF0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0AE8F9B" w14:textId="77777777" w:rsidTr="008D5CAD">
        <w:trPr>
          <w:trHeight w:val="20"/>
          <w:jc w:val="center"/>
        </w:trPr>
        <w:tc>
          <w:tcPr>
            <w:tcW w:w="1406" w:type="dxa"/>
          </w:tcPr>
          <w:p w14:paraId="6FED15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004</w:t>
            </w:r>
          </w:p>
        </w:tc>
        <w:tc>
          <w:tcPr>
            <w:tcW w:w="2273" w:type="dxa"/>
          </w:tcPr>
          <w:p w14:paraId="755FF5B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manual_ABS</w:t>
            </w:r>
            <w:proofErr w:type="spellEnd"/>
          </w:p>
        </w:tc>
        <w:tc>
          <w:tcPr>
            <w:tcW w:w="5677" w:type="dxa"/>
          </w:tcPr>
          <w:p w14:paraId="7D6282A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Manual Absolute Signal</w:t>
            </w:r>
          </w:p>
        </w:tc>
        <w:tc>
          <w:tcPr>
            <w:tcW w:w="1973" w:type="dxa"/>
          </w:tcPr>
          <w:p w14:paraId="473B801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DFC535E" w14:textId="77777777" w:rsidTr="008D5CAD">
        <w:trPr>
          <w:trHeight w:val="20"/>
          <w:jc w:val="center"/>
        </w:trPr>
        <w:tc>
          <w:tcPr>
            <w:tcW w:w="1406" w:type="dxa"/>
          </w:tcPr>
          <w:p w14:paraId="53C81A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005</w:t>
            </w:r>
          </w:p>
        </w:tc>
        <w:tc>
          <w:tcPr>
            <w:tcW w:w="2273" w:type="dxa"/>
          </w:tcPr>
          <w:p w14:paraId="3EAF8C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ErrorDetect</w:t>
            </w:r>
            <w:proofErr w:type="spellEnd"/>
          </w:p>
        </w:tc>
        <w:tc>
          <w:tcPr>
            <w:tcW w:w="5677" w:type="dxa"/>
          </w:tcPr>
          <w:p w14:paraId="6FC0596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413233D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BF08446" w14:textId="77777777" w:rsidTr="008D5CAD">
        <w:trPr>
          <w:trHeight w:val="20"/>
          <w:jc w:val="center"/>
        </w:trPr>
        <w:tc>
          <w:tcPr>
            <w:tcW w:w="1406" w:type="dxa"/>
          </w:tcPr>
          <w:p w14:paraId="14170B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006</w:t>
            </w:r>
          </w:p>
        </w:tc>
        <w:tc>
          <w:tcPr>
            <w:tcW w:w="2273" w:type="dxa"/>
          </w:tcPr>
          <w:p w14:paraId="532D6C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+X</w:t>
            </w:r>
          </w:p>
        </w:tc>
        <w:tc>
          <w:tcPr>
            <w:tcW w:w="5677" w:type="dxa"/>
          </w:tcPr>
          <w:p w14:paraId="10B5C0D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+X AXIS DIRECTION</w:t>
            </w:r>
          </w:p>
        </w:tc>
        <w:tc>
          <w:tcPr>
            <w:tcW w:w="1973" w:type="dxa"/>
          </w:tcPr>
          <w:p w14:paraId="27B2A85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3BBC386" w14:textId="77777777" w:rsidTr="008D5CAD">
        <w:trPr>
          <w:trHeight w:val="20"/>
          <w:jc w:val="center"/>
        </w:trPr>
        <w:tc>
          <w:tcPr>
            <w:tcW w:w="1406" w:type="dxa"/>
          </w:tcPr>
          <w:p w14:paraId="250F182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007</w:t>
            </w:r>
          </w:p>
        </w:tc>
        <w:tc>
          <w:tcPr>
            <w:tcW w:w="2273" w:type="dxa"/>
          </w:tcPr>
          <w:p w14:paraId="4F1EFFF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-X</w:t>
            </w:r>
          </w:p>
        </w:tc>
        <w:tc>
          <w:tcPr>
            <w:tcW w:w="5677" w:type="dxa"/>
          </w:tcPr>
          <w:p w14:paraId="734D7D9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-X AXIS DIRECTION</w:t>
            </w:r>
          </w:p>
        </w:tc>
        <w:tc>
          <w:tcPr>
            <w:tcW w:w="1973" w:type="dxa"/>
          </w:tcPr>
          <w:p w14:paraId="7ED8F1A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7DCAE51" w14:textId="77777777" w:rsidTr="008D5CAD">
        <w:trPr>
          <w:trHeight w:val="20"/>
          <w:jc w:val="center"/>
        </w:trPr>
        <w:tc>
          <w:tcPr>
            <w:tcW w:w="1406" w:type="dxa"/>
          </w:tcPr>
          <w:p w14:paraId="3548D18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008</w:t>
            </w:r>
          </w:p>
        </w:tc>
        <w:tc>
          <w:tcPr>
            <w:tcW w:w="2273" w:type="dxa"/>
          </w:tcPr>
          <w:p w14:paraId="459A3C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+Y</w:t>
            </w:r>
          </w:p>
        </w:tc>
        <w:tc>
          <w:tcPr>
            <w:tcW w:w="5677" w:type="dxa"/>
          </w:tcPr>
          <w:p w14:paraId="490801C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+Y AXIS DIRECTION</w:t>
            </w:r>
          </w:p>
        </w:tc>
        <w:tc>
          <w:tcPr>
            <w:tcW w:w="1973" w:type="dxa"/>
          </w:tcPr>
          <w:p w14:paraId="533A1FA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55D2B17" w14:textId="77777777" w:rsidTr="008D5CAD">
        <w:trPr>
          <w:trHeight w:val="20"/>
          <w:jc w:val="center"/>
        </w:trPr>
        <w:tc>
          <w:tcPr>
            <w:tcW w:w="1406" w:type="dxa"/>
          </w:tcPr>
          <w:p w14:paraId="68184E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009</w:t>
            </w:r>
          </w:p>
        </w:tc>
        <w:tc>
          <w:tcPr>
            <w:tcW w:w="2273" w:type="dxa"/>
          </w:tcPr>
          <w:p w14:paraId="077B7B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-Y</w:t>
            </w:r>
          </w:p>
        </w:tc>
        <w:tc>
          <w:tcPr>
            <w:tcW w:w="5677" w:type="dxa"/>
          </w:tcPr>
          <w:p w14:paraId="272E3FC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-Y AXIS DIRECTION</w:t>
            </w:r>
          </w:p>
        </w:tc>
        <w:tc>
          <w:tcPr>
            <w:tcW w:w="1973" w:type="dxa"/>
          </w:tcPr>
          <w:p w14:paraId="3450A88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5442705" w14:textId="77777777" w:rsidTr="008D5CAD">
        <w:trPr>
          <w:trHeight w:val="20"/>
          <w:jc w:val="center"/>
        </w:trPr>
        <w:tc>
          <w:tcPr>
            <w:tcW w:w="1406" w:type="dxa"/>
          </w:tcPr>
          <w:p w14:paraId="324ADD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010</w:t>
            </w:r>
          </w:p>
        </w:tc>
        <w:tc>
          <w:tcPr>
            <w:tcW w:w="2273" w:type="dxa"/>
          </w:tcPr>
          <w:p w14:paraId="7D1147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+Z</w:t>
            </w:r>
          </w:p>
        </w:tc>
        <w:tc>
          <w:tcPr>
            <w:tcW w:w="5677" w:type="dxa"/>
          </w:tcPr>
          <w:p w14:paraId="1AE35DB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+Z AXIS DIRECTION</w:t>
            </w:r>
          </w:p>
        </w:tc>
        <w:tc>
          <w:tcPr>
            <w:tcW w:w="1973" w:type="dxa"/>
          </w:tcPr>
          <w:p w14:paraId="1F8DFD8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0A972DF" w14:textId="77777777" w:rsidTr="008D5CAD">
        <w:trPr>
          <w:trHeight w:val="20"/>
          <w:jc w:val="center"/>
        </w:trPr>
        <w:tc>
          <w:tcPr>
            <w:tcW w:w="1406" w:type="dxa"/>
          </w:tcPr>
          <w:p w14:paraId="4299B1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011</w:t>
            </w:r>
          </w:p>
        </w:tc>
        <w:tc>
          <w:tcPr>
            <w:tcW w:w="2273" w:type="dxa"/>
          </w:tcPr>
          <w:p w14:paraId="1D45D3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-Z</w:t>
            </w:r>
          </w:p>
        </w:tc>
        <w:tc>
          <w:tcPr>
            <w:tcW w:w="5677" w:type="dxa"/>
          </w:tcPr>
          <w:p w14:paraId="1AC7C05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-Z AXIS DIRECTION</w:t>
            </w:r>
          </w:p>
        </w:tc>
        <w:tc>
          <w:tcPr>
            <w:tcW w:w="1973" w:type="dxa"/>
          </w:tcPr>
          <w:p w14:paraId="7C2A5FC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9D13D4E" w14:textId="77777777" w:rsidTr="008D5CAD">
        <w:trPr>
          <w:trHeight w:val="20"/>
          <w:jc w:val="center"/>
        </w:trPr>
        <w:tc>
          <w:tcPr>
            <w:tcW w:w="1406" w:type="dxa"/>
          </w:tcPr>
          <w:p w14:paraId="7FA888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012</w:t>
            </w:r>
          </w:p>
        </w:tc>
        <w:tc>
          <w:tcPr>
            <w:tcW w:w="2273" w:type="dxa"/>
          </w:tcPr>
          <w:p w14:paraId="7F7D759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+4</w:t>
            </w:r>
          </w:p>
        </w:tc>
        <w:tc>
          <w:tcPr>
            <w:tcW w:w="5677" w:type="dxa"/>
          </w:tcPr>
          <w:p w14:paraId="0B15640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+4 AXIS DIRECTION</w:t>
            </w:r>
          </w:p>
        </w:tc>
        <w:tc>
          <w:tcPr>
            <w:tcW w:w="1973" w:type="dxa"/>
          </w:tcPr>
          <w:p w14:paraId="4EA9F96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7A5C620" w14:textId="77777777" w:rsidTr="008D5CAD">
        <w:trPr>
          <w:trHeight w:val="20"/>
          <w:jc w:val="center"/>
        </w:trPr>
        <w:tc>
          <w:tcPr>
            <w:tcW w:w="1406" w:type="dxa"/>
          </w:tcPr>
          <w:p w14:paraId="1B29BA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013</w:t>
            </w:r>
          </w:p>
        </w:tc>
        <w:tc>
          <w:tcPr>
            <w:tcW w:w="2273" w:type="dxa"/>
          </w:tcPr>
          <w:p w14:paraId="2AD9CA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-4</w:t>
            </w:r>
          </w:p>
        </w:tc>
        <w:tc>
          <w:tcPr>
            <w:tcW w:w="5677" w:type="dxa"/>
          </w:tcPr>
          <w:p w14:paraId="004855E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-4 AXIS DIRECTION</w:t>
            </w:r>
          </w:p>
        </w:tc>
        <w:tc>
          <w:tcPr>
            <w:tcW w:w="1973" w:type="dxa"/>
          </w:tcPr>
          <w:p w14:paraId="7215568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783FCB3" w14:textId="77777777" w:rsidTr="008D5CAD">
        <w:trPr>
          <w:trHeight w:val="20"/>
          <w:jc w:val="center"/>
        </w:trPr>
        <w:tc>
          <w:tcPr>
            <w:tcW w:w="1406" w:type="dxa"/>
          </w:tcPr>
          <w:p w14:paraId="6DAE81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014</w:t>
            </w:r>
          </w:p>
        </w:tc>
        <w:tc>
          <w:tcPr>
            <w:tcW w:w="2273" w:type="dxa"/>
          </w:tcPr>
          <w:p w14:paraId="5AA46D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70FE16C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EBC43D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3E5D8F4" w14:textId="77777777" w:rsidTr="008D5CAD">
        <w:trPr>
          <w:trHeight w:val="20"/>
          <w:jc w:val="center"/>
        </w:trPr>
        <w:tc>
          <w:tcPr>
            <w:tcW w:w="1406" w:type="dxa"/>
          </w:tcPr>
          <w:p w14:paraId="1D825E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015</w:t>
            </w:r>
          </w:p>
        </w:tc>
        <w:tc>
          <w:tcPr>
            <w:tcW w:w="2273" w:type="dxa"/>
          </w:tcPr>
          <w:p w14:paraId="2D724D6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HG</w:t>
            </w:r>
          </w:p>
        </w:tc>
        <w:tc>
          <w:tcPr>
            <w:tcW w:w="5677" w:type="dxa"/>
          </w:tcPr>
          <w:p w14:paraId="1510E7E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HANDLE GUIDANCE</w:t>
            </w:r>
          </w:p>
        </w:tc>
        <w:tc>
          <w:tcPr>
            <w:tcW w:w="1973" w:type="dxa"/>
          </w:tcPr>
          <w:p w14:paraId="449E31B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41A77CE" w14:textId="77777777" w:rsidTr="008D5CAD">
        <w:trPr>
          <w:trHeight w:val="20"/>
          <w:jc w:val="center"/>
        </w:trPr>
        <w:tc>
          <w:tcPr>
            <w:tcW w:w="1406" w:type="dxa"/>
          </w:tcPr>
          <w:p w14:paraId="23C0C73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016</w:t>
            </w:r>
          </w:p>
        </w:tc>
        <w:tc>
          <w:tcPr>
            <w:tcW w:w="2273" w:type="dxa"/>
          </w:tcPr>
          <w:p w14:paraId="35A709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HX</w:t>
            </w:r>
          </w:p>
        </w:tc>
        <w:tc>
          <w:tcPr>
            <w:tcW w:w="5677" w:type="dxa"/>
          </w:tcPr>
          <w:p w14:paraId="64219E3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HANDLE X AXIS</w:t>
            </w:r>
          </w:p>
        </w:tc>
        <w:tc>
          <w:tcPr>
            <w:tcW w:w="1973" w:type="dxa"/>
          </w:tcPr>
          <w:p w14:paraId="78C0B63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E690D0E" w14:textId="77777777" w:rsidTr="008D5CAD">
        <w:trPr>
          <w:trHeight w:val="20"/>
          <w:jc w:val="center"/>
        </w:trPr>
        <w:tc>
          <w:tcPr>
            <w:tcW w:w="1406" w:type="dxa"/>
          </w:tcPr>
          <w:p w14:paraId="5672D30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017</w:t>
            </w:r>
          </w:p>
        </w:tc>
        <w:tc>
          <w:tcPr>
            <w:tcW w:w="2273" w:type="dxa"/>
          </w:tcPr>
          <w:p w14:paraId="0E15BD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HY</w:t>
            </w:r>
          </w:p>
        </w:tc>
        <w:tc>
          <w:tcPr>
            <w:tcW w:w="5677" w:type="dxa"/>
          </w:tcPr>
          <w:p w14:paraId="7323406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HANDLE Y AXIS</w:t>
            </w:r>
          </w:p>
        </w:tc>
        <w:tc>
          <w:tcPr>
            <w:tcW w:w="1973" w:type="dxa"/>
          </w:tcPr>
          <w:p w14:paraId="2A698D9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1C4C8DE" w14:textId="77777777" w:rsidTr="008D5CAD">
        <w:trPr>
          <w:trHeight w:val="20"/>
          <w:jc w:val="center"/>
        </w:trPr>
        <w:tc>
          <w:tcPr>
            <w:tcW w:w="1406" w:type="dxa"/>
          </w:tcPr>
          <w:p w14:paraId="0F26A4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018</w:t>
            </w:r>
          </w:p>
        </w:tc>
        <w:tc>
          <w:tcPr>
            <w:tcW w:w="2273" w:type="dxa"/>
          </w:tcPr>
          <w:p w14:paraId="589320C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HZ</w:t>
            </w:r>
          </w:p>
        </w:tc>
        <w:tc>
          <w:tcPr>
            <w:tcW w:w="5677" w:type="dxa"/>
          </w:tcPr>
          <w:p w14:paraId="1F5E0B2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HANDLE Z AXIS</w:t>
            </w:r>
          </w:p>
        </w:tc>
        <w:tc>
          <w:tcPr>
            <w:tcW w:w="1973" w:type="dxa"/>
          </w:tcPr>
          <w:p w14:paraId="75DD9C5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A6C65ED" w14:textId="77777777" w:rsidTr="008D5CAD">
        <w:trPr>
          <w:trHeight w:val="20"/>
          <w:jc w:val="center"/>
        </w:trPr>
        <w:tc>
          <w:tcPr>
            <w:tcW w:w="1406" w:type="dxa"/>
          </w:tcPr>
          <w:p w14:paraId="055ADD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019</w:t>
            </w:r>
          </w:p>
        </w:tc>
        <w:tc>
          <w:tcPr>
            <w:tcW w:w="2273" w:type="dxa"/>
          </w:tcPr>
          <w:p w14:paraId="09E753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H4</w:t>
            </w:r>
          </w:p>
        </w:tc>
        <w:tc>
          <w:tcPr>
            <w:tcW w:w="5677" w:type="dxa"/>
          </w:tcPr>
          <w:p w14:paraId="0A856CC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HANDLE 4 AXIS</w:t>
            </w:r>
          </w:p>
        </w:tc>
        <w:tc>
          <w:tcPr>
            <w:tcW w:w="1973" w:type="dxa"/>
          </w:tcPr>
          <w:p w14:paraId="3BAB01A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06D483D" w14:textId="77777777" w:rsidTr="008D5CAD">
        <w:trPr>
          <w:trHeight w:val="20"/>
          <w:jc w:val="center"/>
        </w:trPr>
        <w:tc>
          <w:tcPr>
            <w:tcW w:w="1406" w:type="dxa"/>
          </w:tcPr>
          <w:p w14:paraId="1B8EF6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020</w:t>
            </w:r>
          </w:p>
        </w:tc>
        <w:tc>
          <w:tcPr>
            <w:tcW w:w="2273" w:type="dxa"/>
          </w:tcPr>
          <w:p w14:paraId="568B29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MPGDRN</w:t>
            </w:r>
          </w:p>
        </w:tc>
        <w:tc>
          <w:tcPr>
            <w:tcW w:w="5677" w:type="dxa"/>
          </w:tcPr>
          <w:p w14:paraId="33C0614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MPG DRY RUN</w:t>
            </w:r>
          </w:p>
        </w:tc>
        <w:tc>
          <w:tcPr>
            <w:tcW w:w="1973" w:type="dxa"/>
          </w:tcPr>
          <w:p w14:paraId="7660F39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A4D993A" w14:textId="77777777" w:rsidTr="008D5CAD">
        <w:trPr>
          <w:trHeight w:val="20"/>
          <w:jc w:val="center"/>
        </w:trPr>
        <w:tc>
          <w:tcPr>
            <w:tcW w:w="1406" w:type="dxa"/>
          </w:tcPr>
          <w:p w14:paraId="7B790D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021</w:t>
            </w:r>
          </w:p>
        </w:tc>
        <w:tc>
          <w:tcPr>
            <w:tcW w:w="2273" w:type="dxa"/>
          </w:tcPr>
          <w:p w14:paraId="6DF94A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0FB01AB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71FDA27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419FDD3" w14:textId="77777777" w:rsidTr="008D5CAD">
        <w:trPr>
          <w:trHeight w:val="20"/>
          <w:jc w:val="center"/>
        </w:trPr>
        <w:tc>
          <w:tcPr>
            <w:tcW w:w="1406" w:type="dxa"/>
          </w:tcPr>
          <w:p w14:paraId="7DFC07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022</w:t>
            </w:r>
          </w:p>
        </w:tc>
        <w:tc>
          <w:tcPr>
            <w:tcW w:w="2273" w:type="dxa"/>
          </w:tcPr>
          <w:p w14:paraId="48B229B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75F7F3D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4451E06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93D252B" w14:textId="77777777" w:rsidTr="008D5CAD">
        <w:trPr>
          <w:trHeight w:val="20"/>
          <w:jc w:val="center"/>
        </w:trPr>
        <w:tc>
          <w:tcPr>
            <w:tcW w:w="1406" w:type="dxa"/>
          </w:tcPr>
          <w:p w14:paraId="442B428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023</w:t>
            </w:r>
          </w:p>
        </w:tc>
        <w:tc>
          <w:tcPr>
            <w:tcW w:w="2273" w:type="dxa"/>
          </w:tcPr>
          <w:p w14:paraId="4AA4C5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RT</w:t>
            </w:r>
          </w:p>
        </w:tc>
        <w:tc>
          <w:tcPr>
            <w:tcW w:w="5677" w:type="dxa"/>
          </w:tcPr>
          <w:p w14:paraId="2E4749F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RAPID TRAVERSE</w:t>
            </w:r>
          </w:p>
        </w:tc>
        <w:tc>
          <w:tcPr>
            <w:tcW w:w="1973" w:type="dxa"/>
          </w:tcPr>
          <w:p w14:paraId="7FED2F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9C28D98" w14:textId="77777777" w:rsidTr="008D5CAD">
        <w:trPr>
          <w:trHeight w:val="20"/>
          <w:jc w:val="center"/>
        </w:trPr>
        <w:tc>
          <w:tcPr>
            <w:tcW w:w="1406" w:type="dxa"/>
          </w:tcPr>
          <w:p w14:paraId="49C7CE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024</w:t>
            </w:r>
          </w:p>
        </w:tc>
        <w:tc>
          <w:tcPr>
            <w:tcW w:w="2273" w:type="dxa"/>
          </w:tcPr>
          <w:p w14:paraId="1147AD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SRVOFF</w:t>
            </w:r>
          </w:p>
        </w:tc>
        <w:tc>
          <w:tcPr>
            <w:tcW w:w="5677" w:type="dxa"/>
          </w:tcPr>
          <w:p w14:paraId="05D7E949" w14:textId="77777777" w:rsidR="00AE098B" w:rsidRPr="008D5CAD" w:rsidRDefault="00AE098B" w:rsidP="008D5CAD">
            <w:pPr>
              <w:pStyle w:val="afff6"/>
              <w:snapToGrid w:val="0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SERVO OFF</w:t>
            </w:r>
          </w:p>
        </w:tc>
        <w:tc>
          <w:tcPr>
            <w:tcW w:w="1973" w:type="dxa"/>
          </w:tcPr>
          <w:p w14:paraId="471D4A9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22D1C65" w14:textId="77777777" w:rsidTr="008D5CAD">
        <w:trPr>
          <w:trHeight w:val="20"/>
          <w:jc w:val="center"/>
        </w:trPr>
        <w:tc>
          <w:tcPr>
            <w:tcW w:w="1406" w:type="dxa"/>
          </w:tcPr>
          <w:p w14:paraId="47BECF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025</w:t>
            </w:r>
          </w:p>
        </w:tc>
        <w:tc>
          <w:tcPr>
            <w:tcW w:w="2273" w:type="dxa"/>
          </w:tcPr>
          <w:p w14:paraId="7E3674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0A2D2AA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01C94A1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C90771F" w14:textId="77777777" w:rsidTr="008D5CAD">
        <w:trPr>
          <w:trHeight w:val="20"/>
          <w:jc w:val="center"/>
        </w:trPr>
        <w:tc>
          <w:tcPr>
            <w:tcW w:w="1406" w:type="dxa"/>
          </w:tcPr>
          <w:p w14:paraId="37A70A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026</w:t>
            </w:r>
          </w:p>
        </w:tc>
        <w:tc>
          <w:tcPr>
            <w:tcW w:w="2273" w:type="dxa"/>
          </w:tcPr>
          <w:p w14:paraId="1E52C5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68719F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69FF91F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E558DCC" w14:textId="77777777" w:rsidTr="008D5CAD">
        <w:trPr>
          <w:trHeight w:val="20"/>
          <w:jc w:val="center"/>
        </w:trPr>
        <w:tc>
          <w:tcPr>
            <w:tcW w:w="1406" w:type="dxa"/>
          </w:tcPr>
          <w:p w14:paraId="1D369C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027</w:t>
            </w:r>
          </w:p>
        </w:tc>
        <w:tc>
          <w:tcPr>
            <w:tcW w:w="2273" w:type="dxa"/>
          </w:tcPr>
          <w:p w14:paraId="531BFC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73AC109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2B051DD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B8D02FA" w14:textId="77777777" w:rsidTr="008D5CAD">
        <w:trPr>
          <w:trHeight w:val="20"/>
          <w:jc w:val="center"/>
        </w:trPr>
        <w:tc>
          <w:tcPr>
            <w:tcW w:w="1406" w:type="dxa"/>
          </w:tcPr>
          <w:p w14:paraId="332DD8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028</w:t>
            </w:r>
          </w:p>
        </w:tc>
        <w:tc>
          <w:tcPr>
            <w:tcW w:w="2273" w:type="dxa"/>
          </w:tcPr>
          <w:p w14:paraId="00C917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3DA1B9B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005F1A9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78D5EFD" w14:textId="77777777" w:rsidTr="008D5CAD">
        <w:trPr>
          <w:trHeight w:val="20"/>
          <w:jc w:val="center"/>
        </w:trPr>
        <w:tc>
          <w:tcPr>
            <w:tcW w:w="1406" w:type="dxa"/>
          </w:tcPr>
          <w:p w14:paraId="4BB81A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029</w:t>
            </w:r>
          </w:p>
        </w:tc>
        <w:tc>
          <w:tcPr>
            <w:tcW w:w="2273" w:type="dxa"/>
          </w:tcPr>
          <w:p w14:paraId="70CB1AF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AD5635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27501DA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52B7825" w14:textId="77777777" w:rsidTr="008D5CAD">
        <w:trPr>
          <w:trHeight w:val="20"/>
          <w:jc w:val="center"/>
        </w:trPr>
        <w:tc>
          <w:tcPr>
            <w:tcW w:w="1406" w:type="dxa"/>
          </w:tcPr>
          <w:p w14:paraId="1581DDE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030</w:t>
            </w:r>
          </w:p>
        </w:tc>
        <w:tc>
          <w:tcPr>
            <w:tcW w:w="2273" w:type="dxa"/>
          </w:tcPr>
          <w:p w14:paraId="322B10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93279E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607B4C5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AEF4450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nil"/>
            </w:tcBorders>
          </w:tcPr>
          <w:p w14:paraId="1FAD10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031</w:t>
            </w:r>
          </w:p>
        </w:tc>
        <w:tc>
          <w:tcPr>
            <w:tcW w:w="2273" w:type="dxa"/>
            <w:tcBorders>
              <w:top w:val="nil"/>
            </w:tcBorders>
          </w:tcPr>
          <w:p w14:paraId="4D6043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+5</w:t>
            </w:r>
          </w:p>
        </w:tc>
        <w:tc>
          <w:tcPr>
            <w:tcW w:w="5677" w:type="dxa"/>
            <w:tcBorders>
              <w:top w:val="nil"/>
            </w:tcBorders>
          </w:tcPr>
          <w:p w14:paraId="010DE04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+5 AXIS DIRECTION</w:t>
            </w:r>
          </w:p>
        </w:tc>
        <w:tc>
          <w:tcPr>
            <w:tcW w:w="1973" w:type="dxa"/>
            <w:tcBorders>
              <w:top w:val="nil"/>
            </w:tcBorders>
          </w:tcPr>
          <w:p w14:paraId="0C62F21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6D05240" w14:textId="77777777" w:rsidTr="008D5CAD">
        <w:trPr>
          <w:trHeight w:val="20"/>
          <w:jc w:val="center"/>
        </w:trPr>
        <w:tc>
          <w:tcPr>
            <w:tcW w:w="1406" w:type="dxa"/>
          </w:tcPr>
          <w:p w14:paraId="581C87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032</w:t>
            </w:r>
          </w:p>
        </w:tc>
        <w:tc>
          <w:tcPr>
            <w:tcW w:w="2273" w:type="dxa"/>
          </w:tcPr>
          <w:p w14:paraId="5978682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-5</w:t>
            </w:r>
          </w:p>
        </w:tc>
        <w:tc>
          <w:tcPr>
            <w:tcW w:w="5677" w:type="dxa"/>
          </w:tcPr>
          <w:p w14:paraId="7B40B3B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-5 AXIS DIRECTION</w:t>
            </w:r>
          </w:p>
        </w:tc>
        <w:tc>
          <w:tcPr>
            <w:tcW w:w="1973" w:type="dxa"/>
          </w:tcPr>
          <w:p w14:paraId="7C3ACCD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DF41401" w14:textId="77777777" w:rsidTr="008D5CAD">
        <w:trPr>
          <w:trHeight w:val="20"/>
          <w:jc w:val="center"/>
        </w:trPr>
        <w:tc>
          <w:tcPr>
            <w:tcW w:w="1406" w:type="dxa"/>
          </w:tcPr>
          <w:p w14:paraId="30F069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033</w:t>
            </w:r>
          </w:p>
        </w:tc>
        <w:tc>
          <w:tcPr>
            <w:tcW w:w="2273" w:type="dxa"/>
          </w:tcPr>
          <w:p w14:paraId="121962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+6</w:t>
            </w:r>
          </w:p>
        </w:tc>
        <w:tc>
          <w:tcPr>
            <w:tcW w:w="5677" w:type="dxa"/>
          </w:tcPr>
          <w:p w14:paraId="72E0E89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+6 AXIS DIRECTION</w:t>
            </w:r>
          </w:p>
        </w:tc>
        <w:tc>
          <w:tcPr>
            <w:tcW w:w="1973" w:type="dxa"/>
          </w:tcPr>
          <w:p w14:paraId="3947437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9436843" w14:textId="77777777" w:rsidTr="008D5CAD">
        <w:trPr>
          <w:trHeight w:val="20"/>
          <w:jc w:val="center"/>
        </w:trPr>
        <w:tc>
          <w:tcPr>
            <w:tcW w:w="1406" w:type="dxa"/>
          </w:tcPr>
          <w:p w14:paraId="17B05A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034</w:t>
            </w:r>
          </w:p>
        </w:tc>
        <w:tc>
          <w:tcPr>
            <w:tcW w:w="2273" w:type="dxa"/>
          </w:tcPr>
          <w:p w14:paraId="637F8A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-6</w:t>
            </w:r>
          </w:p>
        </w:tc>
        <w:tc>
          <w:tcPr>
            <w:tcW w:w="5677" w:type="dxa"/>
          </w:tcPr>
          <w:p w14:paraId="2EF7AFA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-6 AXIS DIRECTION</w:t>
            </w:r>
          </w:p>
        </w:tc>
        <w:tc>
          <w:tcPr>
            <w:tcW w:w="1973" w:type="dxa"/>
          </w:tcPr>
          <w:p w14:paraId="6F1AFC0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ECD994F" w14:textId="77777777" w:rsidTr="008D5CAD">
        <w:trPr>
          <w:trHeight w:val="20"/>
          <w:jc w:val="center"/>
        </w:trPr>
        <w:tc>
          <w:tcPr>
            <w:tcW w:w="1406" w:type="dxa"/>
          </w:tcPr>
          <w:p w14:paraId="2A03DCB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035</w:t>
            </w:r>
          </w:p>
        </w:tc>
        <w:tc>
          <w:tcPr>
            <w:tcW w:w="2273" w:type="dxa"/>
          </w:tcPr>
          <w:p w14:paraId="7137DE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</w:tcPr>
          <w:p w14:paraId="07659C0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601EF5E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982B175" w14:textId="77777777" w:rsidTr="008D5CAD">
        <w:trPr>
          <w:trHeight w:val="20"/>
          <w:jc w:val="center"/>
        </w:trPr>
        <w:tc>
          <w:tcPr>
            <w:tcW w:w="1406" w:type="dxa"/>
          </w:tcPr>
          <w:p w14:paraId="507F2A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036</w:t>
            </w:r>
          </w:p>
        </w:tc>
        <w:tc>
          <w:tcPr>
            <w:tcW w:w="2273" w:type="dxa"/>
          </w:tcPr>
          <w:p w14:paraId="397F80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ESP</w:t>
            </w:r>
          </w:p>
        </w:tc>
        <w:tc>
          <w:tcPr>
            <w:tcW w:w="5677" w:type="dxa"/>
          </w:tcPr>
          <w:p w14:paraId="6B63A43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EMERGENCY STOP</w:t>
            </w:r>
          </w:p>
        </w:tc>
        <w:tc>
          <w:tcPr>
            <w:tcW w:w="1973" w:type="dxa"/>
          </w:tcPr>
          <w:p w14:paraId="68A0BD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F27C905" w14:textId="77777777" w:rsidTr="008D5CAD">
        <w:trPr>
          <w:trHeight w:val="20"/>
          <w:jc w:val="center"/>
        </w:trPr>
        <w:tc>
          <w:tcPr>
            <w:tcW w:w="1406" w:type="dxa"/>
          </w:tcPr>
          <w:p w14:paraId="25DEC5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037</w:t>
            </w:r>
          </w:p>
        </w:tc>
        <w:tc>
          <w:tcPr>
            <w:tcW w:w="2273" w:type="dxa"/>
          </w:tcPr>
          <w:p w14:paraId="6E550E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ERS</w:t>
            </w:r>
          </w:p>
        </w:tc>
        <w:tc>
          <w:tcPr>
            <w:tcW w:w="5677" w:type="dxa"/>
          </w:tcPr>
          <w:p w14:paraId="500B9E0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EXTERNAL RESET</w:t>
            </w:r>
          </w:p>
        </w:tc>
        <w:tc>
          <w:tcPr>
            <w:tcW w:w="1973" w:type="dxa"/>
          </w:tcPr>
          <w:p w14:paraId="68B9E8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F5950B3" w14:textId="77777777" w:rsidTr="008D5CAD">
        <w:trPr>
          <w:trHeight w:val="20"/>
          <w:jc w:val="center"/>
        </w:trPr>
        <w:tc>
          <w:tcPr>
            <w:tcW w:w="1406" w:type="dxa"/>
          </w:tcPr>
          <w:p w14:paraId="7457910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038</w:t>
            </w:r>
          </w:p>
        </w:tc>
        <w:tc>
          <w:tcPr>
            <w:tcW w:w="2273" w:type="dxa"/>
          </w:tcPr>
          <w:p w14:paraId="5E633C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FIN</w:t>
            </w:r>
          </w:p>
        </w:tc>
        <w:tc>
          <w:tcPr>
            <w:tcW w:w="5677" w:type="dxa"/>
          </w:tcPr>
          <w:p w14:paraId="200ADEA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gramStart"/>
            <w:r w:rsidRPr="008D5CAD">
              <w:rPr>
                <w:rFonts w:cs="Arial"/>
                <w:sz w:val="20"/>
                <w:szCs w:val="20"/>
              </w:rPr>
              <w:t>M,S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,T FINISH</w:t>
            </w:r>
          </w:p>
        </w:tc>
        <w:tc>
          <w:tcPr>
            <w:tcW w:w="1973" w:type="dxa"/>
          </w:tcPr>
          <w:p w14:paraId="5C0D8FF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A559813" w14:textId="77777777" w:rsidTr="008D5CAD">
        <w:trPr>
          <w:trHeight w:val="20"/>
          <w:jc w:val="center"/>
        </w:trPr>
        <w:tc>
          <w:tcPr>
            <w:tcW w:w="1406" w:type="dxa"/>
          </w:tcPr>
          <w:p w14:paraId="7079A5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039</w:t>
            </w:r>
          </w:p>
        </w:tc>
        <w:tc>
          <w:tcPr>
            <w:tcW w:w="2273" w:type="dxa"/>
          </w:tcPr>
          <w:p w14:paraId="05D16A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SPCMD</w:t>
            </w:r>
          </w:p>
        </w:tc>
        <w:tc>
          <w:tcPr>
            <w:tcW w:w="5677" w:type="dxa"/>
          </w:tcPr>
          <w:p w14:paraId="4DF1194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主軸旋轉中切換模式聽自動命令</w:t>
            </w:r>
          </w:p>
        </w:tc>
        <w:tc>
          <w:tcPr>
            <w:tcW w:w="1973" w:type="dxa"/>
          </w:tcPr>
          <w:p w14:paraId="3562CC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EC7A225" w14:textId="77777777" w:rsidTr="008D5CAD">
        <w:trPr>
          <w:trHeight w:val="20"/>
          <w:jc w:val="center"/>
        </w:trPr>
        <w:tc>
          <w:tcPr>
            <w:tcW w:w="1406" w:type="dxa"/>
          </w:tcPr>
          <w:p w14:paraId="30B7DED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040</w:t>
            </w:r>
          </w:p>
        </w:tc>
        <w:tc>
          <w:tcPr>
            <w:tcW w:w="2273" w:type="dxa"/>
          </w:tcPr>
          <w:p w14:paraId="18EC41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SBK</w:t>
            </w:r>
          </w:p>
        </w:tc>
        <w:tc>
          <w:tcPr>
            <w:tcW w:w="5677" w:type="dxa"/>
          </w:tcPr>
          <w:p w14:paraId="3A905D7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SINGLE BLOCK</w:t>
            </w:r>
          </w:p>
        </w:tc>
        <w:tc>
          <w:tcPr>
            <w:tcW w:w="1973" w:type="dxa"/>
          </w:tcPr>
          <w:p w14:paraId="4F5D711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872C3DC" w14:textId="77777777" w:rsidTr="008D5CAD">
        <w:trPr>
          <w:trHeight w:val="20"/>
          <w:jc w:val="center"/>
        </w:trPr>
        <w:tc>
          <w:tcPr>
            <w:tcW w:w="1406" w:type="dxa"/>
          </w:tcPr>
          <w:p w14:paraId="5BA440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041</w:t>
            </w:r>
          </w:p>
        </w:tc>
        <w:tc>
          <w:tcPr>
            <w:tcW w:w="2273" w:type="dxa"/>
          </w:tcPr>
          <w:p w14:paraId="4755FC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BDT</w:t>
            </w:r>
          </w:p>
        </w:tc>
        <w:tc>
          <w:tcPr>
            <w:tcW w:w="5677" w:type="dxa"/>
          </w:tcPr>
          <w:p w14:paraId="48BAAA3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OPTIONAL BLOCK SKIP</w:t>
            </w:r>
          </w:p>
        </w:tc>
        <w:tc>
          <w:tcPr>
            <w:tcW w:w="1973" w:type="dxa"/>
          </w:tcPr>
          <w:p w14:paraId="3C20FC1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627F456" w14:textId="77777777" w:rsidTr="008D5CAD">
        <w:trPr>
          <w:trHeight w:val="20"/>
          <w:jc w:val="center"/>
        </w:trPr>
        <w:tc>
          <w:tcPr>
            <w:tcW w:w="1406" w:type="dxa"/>
          </w:tcPr>
          <w:p w14:paraId="45D0A4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042</w:t>
            </w:r>
          </w:p>
        </w:tc>
        <w:tc>
          <w:tcPr>
            <w:tcW w:w="2273" w:type="dxa"/>
          </w:tcPr>
          <w:p w14:paraId="704EB95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DRN</w:t>
            </w:r>
          </w:p>
        </w:tc>
        <w:tc>
          <w:tcPr>
            <w:tcW w:w="5677" w:type="dxa"/>
          </w:tcPr>
          <w:p w14:paraId="172A18C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DRY RUN</w:t>
            </w:r>
          </w:p>
        </w:tc>
        <w:tc>
          <w:tcPr>
            <w:tcW w:w="1973" w:type="dxa"/>
          </w:tcPr>
          <w:p w14:paraId="450544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BE6E8C9" w14:textId="77777777" w:rsidTr="008D5CAD">
        <w:trPr>
          <w:trHeight w:val="20"/>
          <w:jc w:val="center"/>
        </w:trPr>
        <w:tc>
          <w:tcPr>
            <w:tcW w:w="1406" w:type="dxa"/>
          </w:tcPr>
          <w:p w14:paraId="75D58B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043</w:t>
            </w:r>
          </w:p>
        </w:tc>
        <w:tc>
          <w:tcPr>
            <w:tcW w:w="2273" w:type="dxa"/>
          </w:tcPr>
          <w:p w14:paraId="1C552B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MLK</w:t>
            </w:r>
          </w:p>
        </w:tc>
        <w:tc>
          <w:tcPr>
            <w:tcW w:w="5677" w:type="dxa"/>
          </w:tcPr>
          <w:p w14:paraId="0A66456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MACHINE LOCK</w:t>
            </w:r>
          </w:p>
        </w:tc>
        <w:tc>
          <w:tcPr>
            <w:tcW w:w="1973" w:type="dxa"/>
          </w:tcPr>
          <w:p w14:paraId="108225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3957C37" w14:textId="77777777" w:rsidTr="008D5CAD">
        <w:trPr>
          <w:trHeight w:val="20"/>
          <w:jc w:val="center"/>
        </w:trPr>
        <w:tc>
          <w:tcPr>
            <w:tcW w:w="1406" w:type="dxa"/>
          </w:tcPr>
          <w:p w14:paraId="147D56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044</w:t>
            </w:r>
          </w:p>
        </w:tc>
        <w:tc>
          <w:tcPr>
            <w:tcW w:w="2273" w:type="dxa"/>
          </w:tcPr>
          <w:p w14:paraId="275B85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OPS</w:t>
            </w:r>
          </w:p>
        </w:tc>
        <w:tc>
          <w:tcPr>
            <w:tcW w:w="5677" w:type="dxa"/>
          </w:tcPr>
          <w:p w14:paraId="7D0FB46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OPTIONAL STOP</w:t>
            </w:r>
          </w:p>
        </w:tc>
        <w:tc>
          <w:tcPr>
            <w:tcW w:w="1973" w:type="dxa"/>
          </w:tcPr>
          <w:p w14:paraId="5E88DD0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558D026" w14:textId="77777777" w:rsidTr="008D5CAD">
        <w:trPr>
          <w:trHeight w:val="20"/>
          <w:jc w:val="center"/>
        </w:trPr>
        <w:tc>
          <w:tcPr>
            <w:tcW w:w="1406" w:type="dxa"/>
          </w:tcPr>
          <w:p w14:paraId="58CB15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045</w:t>
            </w:r>
          </w:p>
        </w:tc>
        <w:tc>
          <w:tcPr>
            <w:tcW w:w="2273" w:type="dxa"/>
          </w:tcPr>
          <w:p w14:paraId="021079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ZNG</w:t>
            </w:r>
          </w:p>
        </w:tc>
        <w:tc>
          <w:tcPr>
            <w:tcW w:w="5677" w:type="dxa"/>
          </w:tcPr>
          <w:p w14:paraId="4D045D3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 AXIS CANCEL</w:t>
            </w:r>
          </w:p>
        </w:tc>
        <w:tc>
          <w:tcPr>
            <w:tcW w:w="1973" w:type="dxa"/>
          </w:tcPr>
          <w:p w14:paraId="3B7868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2D61AA" w14:textId="77777777" w:rsidTr="008D5CAD">
        <w:trPr>
          <w:trHeight w:val="20"/>
          <w:jc w:val="center"/>
        </w:trPr>
        <w:tc>
          <w:tcPr>
            <w:tcW w:w="1406" w:type="dxa"/>
          </w:tcPr>
          <w:p w14:paraId="0B35EF3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046</w:t>
            </w:r>
          </w:p>
        </w:tc>
        <w:tc>
          <w:tcPr>
            <w:tcW w:w="2273" w:type="dxa"/>
          </w:tcPr>
          <w:p w14:paraId="2F26C74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AFL</w:t>
            </w:r>
          </w:p>
        </w:tc>
        <w:tc>
          <w:tcPr>
            <w:tcW w:w="5677" w:type="dxa"/>
          </w:tcPr>
          <w:p w14:paraId="7DB8C94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AUXILIARY FUNCTION LOCK</w:t>
            </w:r>
          </w:p>
        </w:tc>
        <w:tc>
          <w:tcPr>
            <w:tcW w:w="1973" w:type="dxa"/>
          </w:tcPr>
          <w:p w14:paraId="350DE5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DEB7387" w14:textId="77777777" w:rsidTr="008D5CAD">
        <w:trPr>
          <w:trHeight w:val="20"/>
          <w:jc w:val="center"/>
        </w:trPr>
        <w:tc>
          <w:tcPr>
            <w:tcW w:w="1406" w:type="dxa"/>
          </w:tcPr>
          <w:p w14:paraId="75089D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047</w:t>
            </w:r>
          </w:p>
        </w:tc>
        <w:tc>
          <w:tcPr>
            <w:tcW w:w="2273" w:type="dxa"/>
          </w:tcPr>
          <w:p w14:paraId="668019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AF1</w:t>
            </w:r>
          </w:p>
        </w:tc>
        <w:tc>
          <w:tcPr>
            <w:tcW w:w="5677" w:type="dxa"/>
          </w:tcPr>
          <w:p w14:paraId="5B6ADD8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2DC29C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EFED0E" w14:textId="77777777" w:rsidTr="008D5CAD">
        <w:trPr>
          <w:trHeight w:val="20"/>
          <w:jc w:val="center"/>
        </w:trPr>
        <w:tc>
          <w:tcPr>
            <w:tcW w:w="1406" w:type="dxa"/>
          </w:tcPr>
          <w:p w14:paraId="6CBBD2F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048</w:t>
            </w:r>
          </w:p>
        </w:tc>
        <w:tc>
          <w:tcPr>
            <w:tcW w:w="2273" w:type="dxa"/>
          </w:tcPr>
          <w:p w14:paraId="7C992E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AF2</w:t>
            </w:r>
          </w:p>
        </w:tc>
        <w:tc>
          <w:tcPr>
            <w:tcW w:w="5677" w:type="dxa"/>
          </w:tcPr>
          <w:p w14:paraId="1B8CD26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0470AE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CE192BD" w14:textId="77777777" w:rsidTr="008D5CAD">
        <w:trPr>
          <w:trHeight w:val="20"/>
          <w:jc w:val="center"/>
        </w:trPr>
        <w:tc>
          <w:tcPr>
            <w:tcW w:w="1406" w:type="dxa"/>
          </w:tcPr>
          <w:p w14:paraId="1C661D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049</w:t>
            </w:r>
          </w:p>
        </w:tc>
        <w:tc>
          <w:tcPr>
            <w:tcW w:w="2273" w:type="dxa"/>
          </w:tcPr>
          <w:p w14:paraId="1484F69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4thNG</w:t>
            </w:r>
          </w:p>
        </w:tc>
        <w:tc>
          <w:tcPr>
            <w:tcW w:w="5677" w:type="dxa"/>
          </w:tcPr>
          <w:p w14:paraId="4BF48D3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7FDB58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97D5B2E" w14:textId="77777777" w:rsidTr="008D5CAD">
        <w:trPr>
          <w:trHeight w:val="20"/>
          <w:jc w:val="center"/>
        </w:trPr>
        <w:tc>
          <w:tcPr>
            <w:tcW w:w="1406" w:type="dxa"/>
          </w:tcPr>
          <w:p w14:paraId="14C70B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050</w:t>
            </w:r>
          </w:p>
        </w:tc>
        <w:tc>
          <w:tcPr>
            <w:tcW w:w="2273" w:type="dxa"/>
          </w:tcPr>
          <w:p w14:paraId="32FF69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+LX</w:t>
            </w:r>
          </w:p>
        </w:tc>
        <w:tc>
          <w:tcPr>
            <w:tcW w:w="5677" w:type="dxa"/>
          </w:tcPr>
          <w:p w14:paraId="0B72EEC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+X AXIS OT</w:t>
            </w:r>
          </w:p>
        </w:tc>
        <w:tc>
          <w:tcPr>
            <w:tcW w:w="1973" w:type="dxa"/>
          </w:tcPr>
          <w:p w14:paraId="533F967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544AD71" w14:textId="77777777" w:rsidTr="008D5CAD">
        <w:trPr>
          <w:trHeight w:val="20"/>
          <w:jc w:val="center"/>
        </w:trPr>
        <w:tc>
          <w:tcPr>
            <w:tcW w:w="1406" w:type="dxa"/>
          </w:tcPr>
          <w:p w14:paraId="691FD3C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051</w:t>
            </w:r>
          </w:p>
        </w:tc>
        <w:tc>
          <w:tcPr>
            <w:tcW w:w="2273" w:type="dxa"/>
          </w:tcPr>
          <w:p w14:paraId="050C01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-LX</w:t>
            </w:r>
          </w:p>
        </w:tc>
        <w:tc>
          <w:tcPr>
            <w:tcW w:w="5677" w:type="dxa"/>
          </w:tcPr>
          <w:p w14:paraId="38955E8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-X AXIS OT</w:t>
            </w:r>
          </w:p>
        </w:tc>
        <w:tc>
          <w:tcPr>
            <w:tcW w:w="1973" w:type="dxa"/>
          </w:tcPr>
          <w:p w14:paraId="555768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8C3B621" w14:textId="77777777" w:rsidTr="008D5CAD">
        <w:trPr>
          <w:trHeight w:val="20"/>
          <w:jc w:val="center"/>
        </w:trPr>
        <w:tc>
          <w:tcPr>
            <w:tcW w:w="1406" w:type="dxa"/>
          </w:tcPr>
          <w:p w14:paraId="06BE7D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052</w:t>
            </w:r>
          </w:p>
        </w:tc>
        <w:tc>
          <w:tcPr>
            <w:tcW w:w="2273" w:type="dxa"/>
          </w:tcPr>
          <w:p w14:paraId="54EBF7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+LY</w:t>
            </w:r>
          </w:p>
        </w:tc>
        <w:tc>
          <w:tcPr>
            <w:tcW w:w="5677" w:type="dxa"/>
          </w:tcPr>
          <w:p w14:paraId="7B8F9D9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+YAXIS OT</w:t>
            </w:r>
          </w:p>
        </w:tc>
        <w:tc>
          <w:tcPr>
            <w:tcW w:w="1973" w:type="dxa"/>
          </w:tcPr>
          <w:p w14:paraId="4F9D835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A1449AB" w14:textId="77777777" w:rsidTr="008D5CAD">
        <w:trPr>
          <w:trHeight w:val="20"/>
          <w:jc w:val="center"/>
        </w:trPr>
        <w:tc>
          <w:tcPr>
            <w:tcW w:w="1406" w:type="dxa"/>
          </w:tcPr>
          <w:p w14:paraId="372F0BE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053</w:t>
            </w:r>
          </w:p>
        </w:tc>
        <w:tc>
          <w:tcPr>
            <w:tcW w:w="2273" w:type="dxa"/>
          </w:tcPr>
          <w:p w14:paraId="22E920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-LY</w:t>
            </w:r>
          </w:p>
        </w:tc>
        <w:tc>
          <w:tcPr>
            <w:tcW w:w="5677" w:type="dxa"/>
          </w:tcPr>
          <w:p w14:paraId="649DDC9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-YAXIS OT</w:t>
            </w:r>
          </w:p>
        </w:tc>
        <w:tc>
          <w:tcPr>
            <w:tcW w:w="1973" w:type="dxa"/>
          </w:tcPr>
          <w:p w14:paraId="1723F90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5A0CD81" w14:textId="77777777" w:rsidTr="008D5CAD">
        <w:trPr>
          <w:trHeight w:val="20"/>
          <w:jc w:val="center"/>
        </w:trPr>
        <w:tc>
          <w:tcPr>
            <w:tcW w:w="1406" w:type="dxa"/>
          </w:tcPr>
          <w:p w14:paraId="575B08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054</w:t>
            </w:r>
          </w:p>
        </w:tc>
        <w:tc>
          <w:tcPr>
            <w:tcW w:w="2273" w:type="dxa"/>
          </w:tcPr>
          <w:p w14:paraId="5A69A43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+LZ</w:t>
            </w:r>
          </w:p>
        </w:tc>
        <w:tc>
          <w:tcPr>
            <w:tcW w:w="5677" w:type="dxa"/>
          </w:tcPr>
          <w:p w14:paraId="21CE1FD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+ZAXIS OT</w:t>
            </w:r>
          </w:p>
        </w:tc>
        <w:tc>
          <w:tcPr>
            <w:tcW w:w="1973" w:type="dxa"/>
          </w:tcPr>
          <w:p w14:paraId="7BA720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C3F8FF8" w14:textId="77777777" w:rsidTr="008D5CAD">
        <w:trPr>
          <w:trHeight w:val="20"/>
          <w:jc w:val="center"/>
        </w:trPr>
        <w:tc>
          <w:tcPr>
            <w:tcW w:w="1406" w:type="dxa"/>
          </w:tcPr>
          <w:p w14:paraId="14F8A0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055</w:t>
            </w:r>
          </w:p>
        </w:tc>
        <w:tc>
          <w:tcPr>
            <w:tcW w:w="2273" w:type="dxa"/>
          </w:tcPr>
          <w:p w14:paraId="213842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-LZ</w:t>
            </w:r>
          </w:p>
        </w:tc>
        <w:tc>
          <w:tcPr>
            <w:tcW w:w="5677" w:type="dxa"/>
          </w:tcPr>
          <w:p w14:paraId="06513B7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-ZAXIS OT</w:t>
            </w:r>
          </w:p>
        </w:tc>
        <w:tc>
          <w:tcPr>
            <w:tcW w:w="1973" w:type="dxa"/>
          </w:tcPr>
          <w:p w14:paraId="7563AF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AC2DA3E" w14:textId="77777777" w:rsidTr="008D5CAD">
        <w:trPr>
          <w:trHeight w:val="20"/>
          <w:jc w:val="center"/>
        </w:trPr>
        <w:tc>
          <w:tcPr>
            <w:tcW w:w="1406" w:type="dxa"/>
          </w:tcPr>
          <w:p w14:paraId="7D82D5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056</w:t>
            </w:r>
          </w:p>
        </w:tc>
        <w:tc>
          <w:tcPr>
            <w:tcW w:w="2273" w:type="dxa"/>
          </w:tcPr>
          <w:p w14:paraId="1F45FA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+L4</w:t>
            </w:r>
          </w:p>
        </w:tc>
        <w:tc>
          <w:tcPr>
            <w:tcW w:w="5677" w:type="dxa"/>
          </w:tcPr>
          <w:p w14:paraId="5A9B664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+4th AXIS OT</w:t>
            </w:r>
          </w:p>
        </w:tc>
        <w:tc>
          <w:tcPr>
            <w:tcW w:w="1973" w:type="dxa"/>
          </w:tcPr>
          <w:p w14:paraId="16B00B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7459358" w14:textId="77777777" w:rsidTr="008D5CAD">
        <w:trPr>
          <w:trHeight w:val="20"/>
          <w:jc w:val="center"/>
        </w:trPr>
        <w:tc>
          <w:tcPr>
            <w:tcW w:w="1406" w:type="dxa"/>
          </w:tcPr>
          <w:p w14:paraId="203B83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057</w:t>
            </w:r>
          </w:p>
        </w:tc>
        <w:tc>
          <w:tcPr>
            <w:tcW w:w="2273" w:type="dxa"/>
          </w:tcPr>
          <w:p w14:paraId="264390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-L4</w:t>
            </w:r>
          </w:p>
        </w:tc>
        <w:tc>
          <w:tcPr>
            <w:tcW w:w="5677" w:type="dxa"/>
          </w:tcPr>
          <w:p w14:paraId="0912EC5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-4th AXIS OT</w:t>
            </w:r>
          </w:p>
        </w:tc>
        <w:tc>
          <w:tcPr>
            <w:tcW w:w="1973" w:type="dxa"/>
          </w:tcPr>
          <w:p w14:paraId="36005EE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4FF259D" w14:textId="77777777" w:rsidTr="008D5CAD">
        <w:trPr>
          <w:trHeight w:val="20"/>
          <w:jc w:val="center"/>
        </w:trPr>
        <w:tc>
          <w:tcPr>
            <w:tcW w:w="1406" w:type="dxa"/>
          </w:tcPr>
          <w:p w14:paraId="53325F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058</w:t>
            </w:r>
          </w:p>
        </w:tc>
        <w:tc>
          <w:tcPr>
            <w:tcW w:w="2273" w:type="dxa"/>
          </w:tcPr>
          <w:p w14:paraId="4E7825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723F543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CNC_Storke_Limit2</w:t>
            </w:r>
          </w:p>
        </w:tc>
        <w:tc>
          <w:tcPr>
            <w:tcW w:w="1973" w:type="dxa"/>
          </w:tcPr>
          <w:p w14:paraId="028E37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1C2FFCE" w14:textId="77777777" w:rsidTr="008D5CAD">
        <w:trPr>
          <w:trHeight w:val="20"/>
          <w:jc w:val="center"/>
        </w:trPr>
        <w:tc>
          <w:tcPr>
            <w:tcW w:w="1406" w:type="dxa"/>
          </w:tcPr>
          <w:p w14:paraId="6B52BAB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059</w:t>
            </w:r>
          </w:p>
        </w:tc>
        <w:tc>
          <w:tcPr>
            <w:tcW w:w="2273" w:type="dxa"/>
          </w:tcPr>
          <w:p w14:paraId="5FD22F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1D625DD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CNC_InterLock_Sgl.x</w:t>
            </w:r>
            <w:proofErr w:type="spellEnd"/>
          </w:p>
        </w:tc>
        <w:tc>
          <w:tcPr>
            <w:tcW w:w="1973" w:type="dxa"/>
          </w:tcPr>
          <w:p w14:paraId="61B682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DE59414" w14:textId="77777777" w:rsidTr="008D5CAD">
        <w:trPr>
          <w:trHeight w:val="20"/>
          <w:jc w:val="center"/>
        </w:trPr>
        <w:tc>
          <w:tcPr>
            <w:tcW w:w="1406" w:type="dxa"/>
          </w:tcPr>
          <w:p w14:paraId="20DC459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060</w:t>
            </w:r>
          </w:p>
        </w:tc>
        <w:tc>
          <w:tcPr>
            <w:tcW w:w="2273" w:type="dxa"/>
          </w:tcPr>
          <w:p w14:paraId="3D65D3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06763AF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CNC_InterLock_Sgl.y</w:t>
            </w:r>
            <w:proofErr w:type="spellEnd"/>
          </w:p>
        </w:tc>
        <w:tc>
          <w:tcPr>
            <w:tcW w:w="1973" w:type="dxa"/>
          </w:tcPr>
          <w:p w14:paraId="00C0C22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2872938" w14:textId="77777777" w:rsidTr="008D5CAD">
        <w:trPr>
          <w:trHeight w:val="20"/>
          <w:jc w:val="center"/>
        </w:trPr>
        <w:tc>
          <w:tcPr>
            <w:tcW w:w="1406" w:type="dxa"/>
          </w:tcPr>
          <w:p w14:paraId="6B6EC6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061</w:t>
            </w:r>
          </w:p>
        </w:tc>
        <w:tc>
          <w:tcPr>
            <w:tcW w:w="2273" w:type="dxa"/>
          </w:tcPr>
          <w:p w14:paraId="13CC2A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1A7B5D5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CNC_InterLock_Sgl.z</w:t>
            </w:r>
            <w:proofErr w:type="spellEnd"/>
          </w:p>
        </w:tc>
        <w:tc>
          <w:tcPr>
            <w:tcW w:w="1973" w:type="dxa"/>
          </w:tcPr>
          <w:p w14:paraId="09B792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2C764AB" w14:textId="77777777" w:rsidTr="008D5CAD">
        <w:trPr>
          <w:trHeight w:val="20"/>
          <w:jc w:val="center"/>
        </w:trPr>
        <w:tc>
          <w:tcPr>
            <w:tcW w:w="1406" w:type="dxa"/>
          </w:tcPr>
          <w:p w14:paraId="764541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062</w:t>
            </w:r>
          </w:p>
        </w:tc>
        <w:tc>
          <w:tcPr>
            <w:tcW w:w="2273" w:type="dxa"/>
          </w:tcPr>
          <w:p w14:paraId="59E9FF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010091C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CNC_InterLock_Sgl.ch4</w:t>
            </w:r>
          </w:p>
        </w:tc>
        <w:tc>
          <w:tcPr>
            <w:tcW w:w="1973" w:type="dxa"/>
          </w:tcPr>
          <w:p w14:paraId="0DE5C5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DE6F62D" w14:textId="77777777" w:rsidTr="008D5CAD">
        <w:trPr>
          <w:trHeight w:val="20"/>
          <w:jc w:val="center"/>
        </w:trPr>
        <w:tc>
          <w:tcPr>
            <w:tcW w:w="1406" w:type="dxa"/>
          </w:tcPr>
          <w:p w14:paraId="766DBA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063</w:t>
            </w:r>
          </w:p>
        </w:tc>
        <w:tc>
          <w:tcPr>
            <w:tcW w:w="2273" w:type="dxa"/>
          </w:tcPr>
          <w:p w14:paraId="6A9939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13421A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CNC_follow_up</w:t>
            </w:r>
            <w:proofErr w:type="spellEnd"/>
          </w:p>
        </w:tc>
        <w:tc>
          <w:tcPr>
            <w:tcW w:w="1973" w:type="dxa"/>
          </w:tcPr>
          <w:p w14:paraId="69FDEF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69BBD87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nil"/>
            </w:tcBorders>
          </w:tcPr>
          <w:p w14:paraId="307F0B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064</w:t>
            </w:r>
          </w:p>
        </w:tc>
        <w:tc>
          <w:tcPr>
            <w:tcW w:w="2273" w:type="dxa"/>
            <w:tcBorders>
              <w:top w:val="nil"/>
            </w:tcBorders>
          </w:tcPr>
          <w:p w14:paraId="14F61BB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5677" w:type="dxa"/>
            <w:tcBorders>
              <w:top w:val="nil"/>
            </w:tcBorders>
          </w:tcPr>
          <w:p w14:paraId="4092D2F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gramStart"/>
            <w:r w:rsidRPr="008D5CAD">
              <w:rPr>
                <w:rFonts w:cs="Arial"/>
                <w:sz w:val="20"/>
                <w:szCs w:val="20"/>
              </w:rPr>
              <w:t>RESERVED ,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 xml:space="preserve"> FOR </w:t>
            </w:r>
            <w:proofErr w:type="spellStart"/>
            <w:r w:rsidRPr="008D5CAD">
              <w:rPr>
                <w:rFonts w:cs="Arial"/>
                <w:sz w:val="20"/>
                <w:szCs w:val="20"/>
              </w:rPr>
              <w:t>UERRO</w:t>
            </w:r>
            <w:r w:rsidRPr="008D5CAD">
              <w:rPr>
                <w:rFonts w:cs="Arial"/>
                <w:sz w:val="20"/>
                <w:szCs w:val="20"/>
              </w:rPr>
              <w:t>手動刀長量測功能</w:t>
            </w:r>
            <w:proofErr w:type="spellEnd"/>
          </w:p>
        </w:tc>
        <w:tc>
          <w:tcPr>
            <w:tcW w:w="1973" w:type="dxa"/>
            <w:tcBorders>
              <w:top w:val="nil"/>
            </w:tcBorders>
          </w:tcPr>
          <w:p w14:paraId="5BB415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17ADF82" w14:textId="77777777" w:rsidTr="008D5CAD">
        <w:trPr>
          <w:trHeight w:val="20"/>
          <w:jc w:val="center"/>
        </w:trPr>
        <w:tc>
          <w:tcPr>
            <w:tcW w:w="1406" w:type="dxa"/>
          </w:tcPr>
          <w:p w14:paraId="3FC2A7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065</w:t>
            </w:r>
          </w:p>
        </w:tc>
        <w:tc>
          <w:tcPr>
            <w:tcW w:w="2273" w:type="dxa"/>
          </w:tcPr>
          <w:p w14:paraId="299CFF9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*ITL</w:t>
            </w:r>
          </w:p>
        </w:tc>
        <w:tc>
          <w:tcPr>
            <w:tcW w:w="5677" w:type="dxa"/>
          </w:tcPr>
          <w:p w14:paraId="0705662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All Axes </w:t>
            </w:r>
            <w:proofErr w:type="spellStart"/>
            <w:r w:rsidRPr="008D5CAD">
              <w:rPr>
                <w:rFonts w:cs="Arial"/>
                <w:sz w:val="20"/>
                <w:szCs w:val="20"/>
              </w:rPr>
              <w:t>InterLock</w:t>
            </w:r>
            <w:proofErr w:type="spellEnd"/>
          </w:p>
        </w:tc>
        <w:tc>
          <w:tcPr>
            <w:tcW w:w="1973" w:type="dxa"/>
          </w:tcPr>
          <w:p w14:paraId="752B84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9A8ED12" w14:textId="77777777" w:rsidTr="008D5CAD">
        <w:trPr>
          <w:trHeight w:val="20"/>
          <w:jc w:val="center"/>
        </w:trPr>
        <w:tc>
          <w:tcPr>
            <w:tcW w:w="1406" w:type="dxa"/>
          </w:tcPr>
          <w:p w14:paraId="01DD4F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066</w:t>
            </w:r>
          </w:p>
        </w:tc>
        <w:tc>
          <w:tcPr>
            <w:tcW w:w="2273" w:type="dxa"/>
          </w:tcPr>
          <w:p w14:paraId="223AE4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*CSL</w:t>
            </w:r>
          </w:p>
        </w:tc>
        <w:tc>
          <w:tcPr>
            <w:tcW w:w="5677" w:type="dxa"/>
          </w:tcPr>
          <w:p w14:paraId="486A43E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Cutting Block </w:t>
            </w:r>
            <w:proofErr w:type="spellStart"/>
            <w:r w:rsidRPr="008D5CAD">
              <w:rPr>
                <w:rFonts w:cs="Arial"/>
                <w:sz w:val="20"/>
                <w:szCs w:val="20"/>
              </w:rPr>
              <w:t>Satrt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8D5CAD">
              <w:rPr>
                <w:rFonts w:cs="Arial"/>
                <w:sz w:val="20"/>
                <w:szCs w:val="20"/>
              </w:rPr>
              <w:t>InterLock</w:t>
            </w:r>
            <w:proofErr w:type="spellEnd"/>
          </w:p>
        </w:tc>
        <w:tc>
          <w:tcPr>
            <w:tcW w:w="1973" w:type="dxa"/>
          </w:tcPr>
          <w:p w14:paraId="2FBBFB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C41353F" w14:textId="77777777" w:rsidTr="008D5CAD">
        <w:trPr>
          <w:trHeight w:val="20"/>
          <w:jc w:val="center"/>
        </w:trPr>
        <w:tc>
          <w:tcPr>
            <w:tcW w:w="1406" w:type="dxa"/>
          </w:tcPr>
          <w:p w14:paraId="409BA4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067</w:t>
            </w:r>
          </w:p>
        </w:tc>
        <w:tc>
          <w:tcPr>
            <w:tcW w:w="2273" w:type="dxa"/>
          </w:tcPr>
          <w:p w14:paraId="2DF08E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*BSL</w:t>
            </w:r>
          </w:p>
        </w:tc>
        <w:tc>
          <w:tcPr>
            <w:tcW w:w="5677" w:type="dxa"/>
          </w:tcPr>
          <w:p w14:paraId="008D910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Block </w:t>
            </w:r>
            <w:proofErr w:type="spellStart"/>
            <w:r w:rsidRPr="008D5CAD">
              <w:rPr>
                <w:rFonts w:cs="Arial"/>
                <w:sz w:val="20"/>
                <w:szCs w:val="20"/>
              </w:rPr>
              <w:t>Satrt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8D5CAD">
              <w:rPr>
                <w:rFonts w:cs="Arial"/>
                <w:sz w:val="20"/>
                <w:szCs w:val="20"/>
              </w:rPr>
              <w:t>InterLock</w:t>
            </w:r>
            <w:proofErr w:type="spellEnd"/>
          </w:p>
        </w:tc>
        <w:tc>
          <w:tcPr>
            <w:tcW w:w="1973" w:type="dxa"/>
          </w:tcPr>
          <w:p w14:paraId="52009A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379D506" w14:textId="77777777" w:rsidTr="008D5CAD">
        <w:trPr>
          <w:trHeight w:val="20"/>
          <w:jc w:val="center"/>
        </w:trPr>
        <w:tc>
          <w:tcPr>
            <w:tcW w:w="1406" w:type="dxa"/>
          </w:tcPr>
          <w:p w14:paraId="6CA4A2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068</w:t>
            </w:r>
          </w:p>
        </w:tc>
        <w:tc>
          <w:tcPr>
            <w:tcW w:w="2273" w:type="dxa"/>
          </w:tcPr>
          <w:p w14:paraId="030C483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TLM</w:t>
            </w:r>
          </w:p>
        </w:tc>
        <w:tc>
          <w:tcPr>
            <w:tcW w:w="5677" w:type="dxa"/>
          </w:tcPr>
          <w:p w14:paraId="093BADF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LIMIT MANUAL</w:t>
            </w:r>
          </w:p>
        </w:tc>
        <w:tc>
          <w:tcPr>
            <w:tcW w:w="1973" w:type="dxa"/>
          </w:tcPr>
          <w:p w14:paraId="518DAE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A9A4FBE" w14:textId="77777777" w:rsidTr="008D5CAD">
        <w:trPr>
          <w:trHeight w:val="20"/>
          <w:jc w:val="center"/>
        </w:trPr>
        <w:tc>
          <w:tcPr>
            <w:tcW w:w="1406" w:type="dxa"/>
          </w:tcPr>
          <w:p w14:paraId="33EE31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069</w:t>
            </w:r>
          </w:p>
        </w:tc>
        <w:tc>
          <w:tcPr>
            <w:tcW w:w="2273" w:type="dxa"/>
          </w:tcPr>
          <w:p w14:paraId="53DCB2D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SKIP2</w:t>
            </w:r>
          </w:p>
        </w:tc>
        <w:tc>
          <w:tcPr>
            <w:tcW w:w="5677" w:type="dxa"/>
          </w:tcPr>
          <w:p w14:paraId="54C4AF6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LIMIT SKIP SIGNAL</w:t>
            </w:r>
          </w:p>
        </w:tc>
        <w:tc>
          <w:tcPr>
            <w:tcW w:w="1973" w:type="dxa"/>
          </w:tcPr>
          <w:p w14:paraId="1889D41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2B359DB" w14:textId="77777777" w:rsidTr="008D5CAD">
        <w:trPr>
          <w:trHeight w:val="20"/>
          <w:jc w:val="center"/>
        </w:trPr>
        <w:tc>
          <w:tcPr>
            <w:tcW w:w="1406" w:type="dxa"/>
          </w:tcPr>
          <w:p w14:paraId="0CF220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070</w:t>
            </w:r>
          </w:p>
        </w:tc>
        <w:tc>
          <w:tcPr>
            <w:tcW w:w="2273" w:type="dxa"/>
          </w:tcPr>
          <w:p w14:paraId="3FD9F2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DOGX</w:t>
            </w:r>
          </w:p>
        </w:tc>
        <w:tc>
          <w:tcPr>
            <w:tcW w:w="5677" w:type="dxa"/>
          </w:tcPr>
          <w:p w14:paraId="2743FB5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X AXIS DOG</w:t>
            </w:r>
          </w:p>
        </w:tc>
        <w:tc>
          <w:tcPr>
            <w:tcW w:w="1973" w:type="dxa"/>
          </w:tcPr>
          <w:p w14:paraId="760ED94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EtherCAT</w:t>
            </w:r>
            <w:proofErr w:type="spellEnd"/>
          </w:p>
        </w:tc>
      </w:tr>
      <w:tr w:rsidR="00AE098B" w:rsidRPr="008D5CAD" w14:paraId="10898F50" w14:textId="77777777" w:rsidTr="008D5CAD">
        <w:trPr>
          <w:trHeight w:val="20"/>
          <w:jc w:val="center"/>
        </w:trPr>
        <w:tc>
          <w:tcPr>
            <w:tcW w:w="1406" w:type="dxa"/>
          </w:tcPr>
          <w:p w14:paraId="258AFC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071</w:t>
            </w:r>
          </w:p>
        </w:tc>
        <w:tc>
          <w:tcPr>
            <w:tcW w:w="2273" w:type="dxa"/>
          </w:tcPr>
          <w:p w14:paraId="5FFA21F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DOGY</w:t>
            </w:r>
          </w:p>
        </w:tc>
        <w:tc>
          <w:tcPr>
            <w:tcW w:w="5677" w:type="dxa"/>
          </w:tcPr>
          <w:p w14:paraId="19F6011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Y AXIS DOG</w:t>
            </w:r>
          </w:p>
        </w:tc>
        <w:tc>
          <w:tcPr>
            <w:tcW w:w="1973" w:type="dxa"/>
          </w:tcPr>
          <w:p w14:paraId="0D9462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EtherCAT</w:t>
            </w:r>
            <w:proofErr w:type="spellEnd"/>
          </w:p>
        </w:tc>
      </w:tr>
      <w:tr w:rsidR="00AE098B" w:rsidRPr="008D5CAD" w14:paraId="3A075BEF" w14:textId="77777777" w:rsidTr="008D5CAD">
        <w:trPr>
          <w:trHeight w:val="20"/>
          <w:jc w:val="center"/>
        </w:trPr>
        <w:tc>
          <w:tcPr>
            <w:tcW w:w="1406" w:type="dxa"/>
          </w:tcPr>
          <w:p w14:paraId="084B98A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072</w:t>
            </w:r>
          </w:p>
        </w:tc>
        <w:tc>
          <w:tcPr>
            <w:tcW w:w="2273" w:type="dxa"/>
          </w:tcPr>
          <w:p w14:paraId="572CE9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DOGZ</w:t>
            </w:r>
          </w:p>
        </w:tc>
        <w:tc>
          <w:tcPr>
            <w:tcW w:w="5677" w:type="dxa"/>
          </w:tcPr>
          <w:p w14:paraId="7108DC1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 AXIS DOG</w:t>
            </w:r>
          </w:p>
        </w:tc>
        <w:tc>
          <w:tcPr>
            <w:tcW w:w="1973" w:type="dxa"/>
          </w:tcPr>
          <w:p w14:paraId="7BEFCF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EtherCAT</w:t>
            </w:r>
            <w:proofErr w:type="spellEnd"/>
          </w:p>
        </w:tc>
      </w:tr>
      <w:tr w:rsidR="00AE098B" w:rsidRPr="008D5CAD" w14:paraId="0C1D6867" w14:textId="77777777" w:rsidTr="008D5CAD">
        <w:trPr>
          <w:trHeight w:val="20"/>
          <w:jc w:val="center"/>
        </w:trPr>
        <w:tc>
          <w:tcPr>
            <w:tcW w:w="1406" w:type="dxa"/>
          </w:tcPr>
          <w:p w14:paraId="475EAE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073</w:t>
            </w:r>
          </w:p>
        </w:tc>
        <w:tc>
          <w:tcPr>
            <w:tcW w:w="2273" w:type="dxa"/>
          </w:tcPr>
          <w:p w14:paraId="165094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2C4DF5F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45E20D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EE88480" w14:textId="77777777" w:rsidTr="008D5CAD">
        <w:trPr>
          <w:trHeight w:val="20"/>
          <w:jc w:val="center"/>
        </w:trPr>
        <w:tc>
          <w:tcPr>
            <w:tcW w:w="1406" w:type="dxa"/>
          </w:tcPr>
          <w:p w14:paraId="5F3AF5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074</w:t>
            </w:r>
          </w:p>
        </w:tc>
        <w:tc>
          <w:tcPr>
            <w:tcW w:w="2273" w:type="dxa"/>
          </w:tcPr>
          <w:p w14:paraId="73ED325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6DB2320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683687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A1F7962" w14:textId="77777777" w:rsidTr="008D5CAD">
        <w:trPr>
          <w:trHeight w:val="20"/>
          <w:jc w:val="center"/>
        </w:trPr>
        <w:tc>
          <w:tcPr>
            <w:tcW w:w="1406" w:type="dxa"/>
          </w:tcPr>
          <w:p w14:paraId="092FD6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075</w:t>
            </w:r>
          </w:p>
        </w:tc>
        <w:tc>
          <w:tcPr>
            <w:tcW w:w="2273" w:type="dxa"/>
          </w:tcPr>
          <w:p w14:paraId="0B44C8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SVAX</w:t>
            </w:r>
          </w:p>
        </w:tc>
        <w:tc>
          <w:tcPr>
            <w:tcW w:w="5677" w:type="dxa"/>
          </w:tcPr>
          <w:p w14:paraId="68D0056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X AXIS SERVO ALARM</w:t>
            </w:r>
          </w:p>
        </w:tc>
        <w:tc>
          <w:tcPr>
            <w:tcW w:w="1973" w:type="dxa"/>
          </w:tcPr>
          <w:p w14:paraId="0F6BEAE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3C6D739" w14:textId="77777777" w:rsidTr="008D5CAD">
        <w:trPr>
          <w:trHeight w:val="20"/>
          <w:jc w:val="center"/>
        </w:trPr>
        <w:tc>
          <w:tcPr>
            <w:tcW w:w="1406" w:type="dxa"/>
          </w:tcPr>
          <w:p w14:paraId="648079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076</w:t>
            </w:r>
          </w:p>
        </w:tc>
        <w:tc>
          <w:tcPr>
            <w:tcW w:w="2273" w:type="dxa"/>
          </w:tcPr>
          <w:p w14:paraId="2FCD4EB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SVAY</w:t>
            </w:r>
          </w:p>
        </w:tc>
        <w:tc>
          <w:tcPr>
            <w:tcW w:w="5677" w:type="dxa"/>
          </w:tcPr>
          <w:p w14:paraId="72529B5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Y AXIS SERVO ALARM</w:t>
            </w:r>
          </w:p>
        </w:tc>
        <w:tc>
          <w:tcPr>
            <w:tcW w:w="1973" w:type="dxa"/>
          </w:tcPr>
          <w:p w14:paraId="661F8F3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A1B2A30" w14:textId="77777777" w:rsidTr="008D5CAD">
        <w:trPr>
          <w:trHeight w:val="20"/>
          <w:jc w:val="center"/>
        </w:trPr>
        <w:tc>
          <w:tcPr>
            <w:tcW w:w="1406" w:type="dxa"/>
          </w:tcPr>
          <w:p w14:paraId="5E3B8B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077</w:t>
            </w:r>
          </w:p>
        </w:tc>
        <w:tc>
          <w:tcPr>
            <w:tcW w:w="2273" w:type="dxa"/>
          </w:tcPr>
          <w:p w14:paraId="2D567B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SVAZ</w:t>
            </w:r>
          </w:p>
        </w:tc>
        <w:tc>
          <w:tcPr>
            <w:tcW w:w="5677" w:type="dxa"/>
          </w:tcPr>
          <w:p w14:paraId="69CC2AD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 AXIS SERVO ALARM</w:t>
            </w:r>
          </w:p>
        </w:tc>
        <w:tc>
          <w:tcPr>
            <w:tcW w:w="1973" w:type="dxa"/>
          </w:tcPr>
          <w:p w14:paraId="5894A8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AFF89BA" w14:textId="77777777" w:rsidTr="008D5CAD">
        <w:trPr>
          <w:trHeight w:val="20"/>
          <w:jc w:val="center"/>
        </w:trPr>
        <w:tc>
          <w:tcPr>
            <w:tcW w:w="1406" w:type="dxa"/>
          </w:tcPr>
          <w:p w14:paraId="5F2E5C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078</w:t>
            </w:r>
          </w:p>
        </w:tc>
        <w:tc>
          <w:tcPr>
            <w:tcW w:w="2273" w:type="dxa"/>
          </w:tcPr>
          <w:p w14:paraId="109094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SVA4</w:t>
            </w:r>
          </w:p>
        </w:tc>
        <w:tc>
          <w:tcPr>
            <w:tcW w:w="5677" w:type="dxa"/>
          </w:tcPr>
          <w:p w14:paraId="15AB8AF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4th AXIS SERVO ALARM</w:t>
            </w:r>
          </w:p>
        </w:tc>
        <w:tc>
          <w:tcPr>
            <w:tcW w:w="1973" w:type="dxa"/>
          </w:tcPr>
          <w:p w14:paraId="70FF3E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E8A4CEB" w14:textId="77777777" w:rsidTr="008D5CAD">
        <w:trPr>
          <w:trHeight w:val="20"/>
          <w:jc w:val="center"/>
        </w:trPr>
        <w:tc>
          <w:tcPr>
            <w:tcW w:w="1406" w:type="dxa"/>
          </w:tcPr>
          <w:p w14:paraId="085363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079</w:t>
            </w:r>
          </w:p>
        </w:tc>
        <w:tc>
          <w:tcPr>
            <w:tcW w:w="2273" w:type="dxa"/>
          </w:tcPr>
          <w:p w14:paraId="0214C2A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SVA5</w:t>
            </w:r>
          </w:p>
        </w:tc>
        <w:tc>
          <w:tcPr>
            <w:tcW w:w="5677" w:type="dxa"/>
          </w:tcPr>
          <w:p w14:paraId="717B95E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5th AXIS SERVO ALARM</w:t>
            </w:r>
          </w:p>
        </w:tc>
        <w:tc>
          <w:tcPr>
            <w:tcW w:w="1973" w:type="dxa"/>
          </w:tcPr>
          <w:p w14:paraId="2D3252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66DC108" w14:textId="77777777" w:rsidTr="008D5CAD">
        <w:trPr>
          <w:trHeight w:val="20"/>
          <w:jc w:val="center"/>
        </w:trPr>
        <w:tc>
          <w:tcPr>
            <w:tcW w:w="1406" w:type="dxa"/>
          </w:tcPr>
          <w:p w14:paraId="1AB5D44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080</w:t>
            </w:r>
          </w:p>
        </w:tc>
        <w:tc>
          <w:tcPr>
            <w:tcW w:w="2273" w:type="dxa"/>
          </w:tcPr>
          <w:p w14:paraId="4C9C5E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MAIN_HIGHGR</w:t>
            </w:r>
          </w:p>
        </w:tc>
        <w:tc>
          <w:tcPr>
            <w:tcW w:w="5677" w:type="dxa"/>
          </w:tcPr>
          <w:p w14:paraId="25F1EB4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HIGH GEAR</w:t>
            </w:r>
          </w:p>
        </w:tc>
        <w:tc>
          <w:tcPr>
            <w:tcW w:w="1973" w:type="dxa"/>
          </w:tcPr>
          <w:p w14:paraId="4CDD07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D11BBB" w14:textId="77777777" w:rsidTr="008D5CAD">
        <w:trPr>
          <w:trHeight w:val="20"/>
          <w:jc w:val="center"/>
        </w:trPr>
        <w:tc>
          <w:tcPr>
            <w:tcW w:w="1406" w:type="dxa"/>
          </w:tcPr>
          <w:p w14:paraId="4B9322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081</w:t>
            </w:r>
          </w:p>
        </w:tc>
        <w:tc>
          <w:tcPr>
            <w:tcW w:w="2273" w:type="dxa"/>
          </w:tcPr>
          <w:p w14:paraId="6695E2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1F31F9C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5B47F0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A3E2991" w14:textId="77777777" w:rsidTr="008D5CAD">
        <w:trPr>
          <w:trHeight w:val="20"/>
          <w:jc w:val="center"/>
        </w:trPr>
        <w:tc>
          <w:tcPr>
            <w:tcW w:w="1406" w:type="dxa"/>
          </w:tcPr>
          <w:p w14:paraId="7E21BC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082</w:t>
            </w:r>
          </w:p>
        </w:tc>
        <w:tc>
          <w:tcPr>
            <w:tcW w:w="2273" w:type="dxa"/>
          </w:tcPr>
          <w:p w14:paraId="6F3D3C9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1B4ABE9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1D7E1D7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AE66D46" w14:textId="77777777" w:rsidTr="008D5CAD">
        <w:trPr>
          <w:trHeight w:val="20"/>
          <w:jc w:val="center"/>
        </w:trPr>
        <w:tc>
          <w:tcPr>
            <w:tcW w:w="1406" w:type="dxa"/>
          </w:tcPr>
          <w:p w14:paraId="0DCD5B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083</w:t>
            </w:r>
          </w:p>
        </w:tc>
        <w:tc>
          <w:tcPr>
            <w:tcW w:w="2273" w:type="dxa"/>
          </w:tcPr>
          <w:p w14:paraId="1A3802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71C921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4C15C9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1C98345" w14:textId="77777777" w:rsidTr="008D5CAD">
        <w:trPr>
          <w:trHeight w:val="20"/>
          <w:jc w:val="center"/>
        </w:trPr>
        <w:tc>
          <w:tcPr>
            <w:tcW w:w="1406" w:type="dxa"/>
          </w:tcPr>
          <w:p w14:paraId="74FB13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084</w:t>
            </w:r>
          </w:p>
        </w:tc>
        <w:tc>
          <w:tcPr>
            <w:tcW w:w="2273" w:type="dxa"/>
          </w:tcPr>
          <w:p w14:paraId="5F2A3B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724BB65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5DA018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500D0B1" w14:textId="77777777" w:rsidTr="008D5CAD">
        <w:trPr>
          <w:trHeight w:val="20"/>
          <w:jc w:val="center"/>
        </w:trPr>
        <w:tc>
          <w:tcPr>
            <w:tcW w:w="1406" w:type="dxa"/>
          </w:tcPr>
          <w:p w14:paraId="0ABDE8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085</w:t>
            </w:r>
          </w:p>
        </w:tc>
        <w:tc>
          <w:tcPr>
            <w:tcW w:w="2273" w:type="dxa"/>
          </w:tcPr>
          <w:p w14:paraId="328D48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MAIN_ORT</w:t>
            </w:r>
          </w:p>
        </w:tc>
        <w:tc>
          <w:tcPr>
            <w:tcW w:w="5677" w:type="dxa"/>
          </w:tcPr>
          <w:p w14:paraId="712AB8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ORIENTATION</w:t>
            </w:r>
          </w:p>
        </w:tc>
        <w:tc>
          <w:tcPr>
            <w:tcW w:w="1973" w:type="dxa"/>
          </w:tcPr>
          <w:p w14:paraId="0EF3AB5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D9BD08E" w14:textId="77777777" w:rsidTr="008D5CAD">
        <w:trPr>
          <w:trHeight w:val="20"/>
          <w:jc w:val="center"/>
        </w:trPr>
        <w:tc>
          <w:tcPr>
            <w:tcW w:w="1406" w:type="dxa"/>
          </w:tcPr>
          <w:p w14:paraId="7B52F6F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086</w:t>
            </w:r>
          </w:p>
        </w:tc>
        <w:tc>
          <w:tcPr>
            <w:tcW w:w="2273" w:type="dxa"/>
          </w:tcPr>
          <w:p w14:paraId="38D8FA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7721514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54376E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588F2D9" w14:textId="77777777" w:rsidTr="008D5CAD">
        <w:trPr>
          <w:trHeight w:val="20"/>
          <w:jc w:val="center"/>
        </w:trPr>
        <w:tc>
          <w:tcPr>
            <w:tcW w:w="1406" w:type="dxa"/>
          </w:tcPr>
          <w:p w14:paraId="0D9CCF0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087</w:t>
            </w:r>
          </w:p>
        </w:tc>
        <w:tc>
          <w:tcPr>
            <w:tcW w:w="2273" w:type="dxa"/>
          </w:tcPr>
          <w:p w14:paraId="53BEE15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5CD7770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50FD6E9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846FA48" w14:textId="77777777" w:rsidTr="008D5CAD">
        <w:trPr>
          <w:trHeight w:val="20"/>
          <w:jc w:val="center"/>
        </w:trPr>
        <w:tc>
          <w:tcPr>
            <w:tcW w:w="1406" w:type="dxa"/>
          </w:tcPr>
          <w:p w14:paraId="11D92D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088</w:t>
            </w:r>
          </w:p>
        </w:tc>
        <w:tc>
          <w:tcPr>
            <w:tcW w:w="2273" w:type="dxa"/>
          </w:tcPr>
          <w:p w14:paraId="53BAEE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5677" w:type="dxa"/>
          </w:tcPr>
          <w:p w14:paraId="4564AF4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Reserverd</w:t>
            </w:r>
            <w:proofErr w:type="spellEnd"/>
          </w:p>
        </w:tc>
        <w:tc>
          <w:tcPr>
            <w:tcW w:w="1973" w:type="dxa"/>
          </w:tcPr>
          <w:p w14:paraId="42A53DF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7A96583" w14:textId="77777777" w:rsidTr="008D5CAD">
        <w:trPr>
          <w:trHeight w:val="20"/>
          <w:jc w:val="center"/>
        </w:trPr>
        <w:tc>
          <w:tcPr>
            <w:tcW w:w="1406" w:type="dxa"/>
          </w:tcPr>
          <w:p w14:paraId="35FC75E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089</w:t>
            </w:r>
          </w:p>
        </w:tc>
        <w:tc>
          <w:tcPr>
            <w:tcW w:w="2273" w:type="dxa"/>
          </w:tcPr>
          <w:p w14:paraId="3144A9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2250B3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CNC_Mirror_Image.x</w:t>
            </w:r>
            <w:proofErr w:type="spellEnd"/>
          </w:p>
        </w:tc>
        <w:tc>
          <w:tcPr>
            <w:tcW w:w="1973" w:type="dxa"/>
          </w:tcPr>
          <w:p w14:paraId="522B71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4CC8DB7" w14:textId="77777777" w:rsidTr="008D5CAD">
        <w:trPr>
          <w:trHeight w:val="20"/>
          <w:jc w:val="center"/>
        </w:trPr>
        <w:tc>
          <w:tcPr>
            <w:tcW w:w="1406" w:type="dxa"/>
          </w:tcPr>
          <w:p w14:paraId="68A833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090</w:t>
            </w:r>
          </w:p>
        </w:tc>
        <w:tc>
          <w:tcPr>
            <w:tcW w:w="2273" w:type="dxa"/>
          </w:tcPr>
          <w:p w14:paraId="17BFFD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B7FDF6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CNC_Mirror_Image.y</w:t>
            </w:r>
            <w:proofErr w:type="spellEnd"/>
          </w:p>
        </w:tc>
        <w:tc>
          <w:tcPr>
            <w:tcW w:w="1973" w:type="dxa"/>
          </w:tcPr>
          <w:p w14:paraId="33AA3C0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71D392C" w14:textId="77777777" w:rsidTr="008D5CAD">
        <w:trPr>
          <w:trHeight w:val="20"/>
          <w:jc w:val="center"/>
        </w:trPr>
        <w:tc>
          <w:tcPr>
            <w:tcW w:w="1406" w:type="dxa"/>
          </w:tcPr>
          <w:p w14:paraId="5665646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091</w:t>
            </w:r>
          </w:p>
        </w:tc>
        <w:tc>
          <w:tcPr>
            <w:tcW w:w="2273" w:type="dxa"/>
          </w:tcPr>
          <w:p w14:paraId="0ACA4C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0DF48F8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CNC_Mirror_Image.z</w:t>
            </w:r>
            <w:proofErr w:type="spellEnd"/>
          </w:p>
        </w:tc>
        <w:tc>
          <w:tcPr>
            <w:tcW w:w="1973" w:type="dxa"/>
          </w:tcPr>
          <w:p w14:paraId="7A324F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36280FD" w14:textId="77777777" w:rsidTr="008D5CAD">
        <w:trPr>
          <w:trHeight w:val="20"/>
          <w:jc w:val="center"/>
        </w:trPr>
        <w:tc>
          <w:tcPr>
            <w:tcW w:w="1406" w:type="dxa"/>
          </w:tcPr>
          <w:p w14:paraId="3727388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092</w:t>
            </w:r>
          </w:p>
        </w:tc>
        <w:tc>
          <w:tcPr>
            <w:tcW w:w="2273" w:type="dxa"/>
          </w:tcPr>
          <w:p w14:paraId="76AF9F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4A954D9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CNC_Mirror_Image.ch4</w:t>
            </w:r>
          </w:p>
        </w:tc>
        <w:tc>
          <w:tcPr>
            <w:tcW w:w="1973" w:type="dxa"/>
          </w:tcPr>
          <w:p w14:paraId="5CCF2F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CC457E1" w14:textId="77777777" w:rsidTr="008D5CAD">
        <w:trPr>
          <w:trHeight w:val="20"/>
          <w:jc w:val="center"/>
        </w:trPr>
        <w:tc>
          <w:tcPr>
            <w:tcW w:w="1406" w:type="dxa"/>
          </w:tcPr>
          <w:p w14:paraId="44FB33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093</w:t>
            </w:r>
          </w:p>
        </w:tc>
        <w:tc>
          <w:tcPr>
            <w:tcW w:w="2273" w:type="dxa"/>
          </w:tcPr>
          <w:p w14:paraId="73F04A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646B527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CNC_Mirror_Image.ch5</w:t>
            </w:r>
          </w:p>
        </w:tc>
        <w:tc>
          <w:tcPr>
            <w:tcW w:w="1973" w:type="dxa"/>
          </w:tcPr>
          <w:p w14:paraId="0447423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833E9CF" w14:textId="77777777" w:rsidTr="008D5CAD">
        <w:trPr>
          <w:trHeight w:val="20"/>
          <w:jc w:val="center"/>
        </w:trPr>
        <w:tc>
          <w:tcPr>
            <w:tcW w:w="1406" w:type="dxa"/>
          </w:tcPr>
          <w:p w14:paraId="536C1E0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094</w:t>
            </w:r>
          </w:p>
        </w:tc>
        <w:tc>
          <w:tcPr>
            <w:tcW w:w="2273" w:type="dxa"/>
          </w:tcPr>
          <w:p w14:paraId="75C9548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47BC924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CNC_Mirror_Image.ch6</w:t>
            </w:r>
          </w:p>
        </w:tc>
        <w:tc>
          <w:tcPr>
            <w:tcW w:w="1973" w:type="dxa"/>
          </w:tcPr>
          <w:p w14:paraId="2844F33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1DA7EF6" w14:textId="77777777" w:rsidTr="008D5CAD">
        <w:trPr>
          <w:trHeight w:val="20"/>
          <w:jc w:val="center"/>
        </w:trPr>
        <w:tc>
          <w:tcPr>
            <w:tcW w:w="1406" w:type="dxa"/>
          </w:tcPr>
          <w:p w14:paraId="7A9DA00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095</w:t>
            </w:r>
          </w:p>
        </w:tc>
        <w:tc>
          <w:tcPr>
            <w:tcW w:w="2273" w:type="dxa"/>
          </w:tcPr>
          <w:p w14:paraId="0C12550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AUTOGR</w:t>
            </w:r>
          </w:p>
        </w:tc>
        <w:tc>
          <w:tcPr>
            <w:tcW w:w="5677" w:type="dxa"/>
          </w:tcPr>
          <w:p w14:paraId="36542DC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AUTO GEAR FUNCTION</w:t>
            </w:r>
          </w:p>
        </w:tc>
        <w:tc>
          <w:tcPr>
            <w:tcW w:w="1973" w:type="dxa"/>
          </w:tcPr>
          <w:p w14:paraId="566D15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7E50A15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nil"/>
            </w:tcBorders>
          </w:tcPr>
          <w:p w14:paraId="264570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096</w:t>
            </w:r>
          </w:p>
        </w:tc>
        <w:tc>
          <w:tcPr>
            <w:tcW w:w="2273" w:type="dxa"/>
            <w:tcBorders>
              <w:top w:val="nil"/>
            </w:tcBorders>
          </w:tcPr>
          <w:p w14:paraId="5106E1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MANUDA</w:t>
            </w:r>
          </w:p>
        </w:tc>
        <w:tc>
          <w:tcPr>
            <w:tcW w:w="5677" w:type="dxa"/>
            <w:tcBorders>
              <w:top w:val="nil"/>
            </w:tcBorders>
          </w:tcPr>
          <w:p w14:paraId="0FFCBC8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Spindle DA output for manual mode</w:t>
            </w:r>
          </w:p>
        </w:tc>
        <w:tc>
          <w:tcPr>
            <w:tcW w:w="1973" w:type="dxa"/>
            <w:tcBorders>
              <w:top w:val="nil"/>
            </w:tcBorders>
          </w:tcPr>
          <w:p w14:paraId="6DD964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701D3DB" w14:textId="77777777" w:rsidTr="008D5CAD">
        <w:trPr>
          <w:trHeight w:val="20"/>
          <w:jc w:val="center"/>
        </w:trPr>
        <w:tc>
          <w:tcPr>
            <w:tcW w:w="1406" w:type="dxa"/>
          </w:tcPr>
          <w:p w14:paraId="38C0AB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097</w:t>
            </w:r>
          </w:p>
        </w:tc>
        <w:tc>
          <w:tcPr>
            <w:tcW w:w="2273" w:type="dxa"/>
          </w:tcPr>
          <w:p w14:paraId="528638A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MAIN_3RDGR</w:t>
            </w:r>
          </w:p>
        </w:tc>
        <w:tc>
          <w:tcPr>
            <w:tcW w:w="5677" w:type="dxa"/>
          </w:tcPr>
          <w:p w14:paraId="02392D3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3RD GEAR</w:t>
            </w:r>
          </w:p>
        </w:tc>
        <w:tc>
          <w:tcPr>
            <w:tcW w:w="1973" w:type="dxa"/>
          </w:tcPr>
          <w:p w14:paraId="6688BE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5DB5336" w14:textId="77777777" w:rsidTr="008D5CAD">
        <w:trPr>
          <w:trHeight w:val="20"/>
          <w:jc w:val="center"/>
        </w:trPr>
        <w:tc>
          <w:tcPr>
            <w:tcW w:w="1406" w:type="dxa"/>
          </w:tcPr>
          <w:p w14:paraId="0C2933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098</w:t>
            </w:r>
          </w:p>
        </w:tc>
        <w:tc>
          <w:tcPr>
            <w:tcW w:w="2273" w:type="dxa"/>
          </w:tcPr>
          <w:p w14:paraId="23A4DA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EN_TMONTLM</w:t>
            </w:r>
          </w:p>
        </w:tc>
        <w:tc>
          <w:tcPr>
            <w:tcW w:w="5677" w:type="dxa"/>
          </w:tcPr>
          <w:p w14:paraId="06564E3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 xml:space="preserve">Enable Torque </w:t>
            </w:r>
            <w:r w:rsidRPr="008D5CAD">
              <w:rPr>
                <w:rFonts w:cs="Arial"/>
                <w:sz w:val="20"/>
                <w:szCs w:val="20"/>
              </w:rPr>
              <w:t>Monitoring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on Tool Life Management</w:t>
            </w:r>
          </w:p>
        </w:tc>
        <w:tc>
          <w:tcPr>
            <w:tcW w:w="1973" w:type="dxa"/>
          </w:tcPr>
          <w:p w14:paraId="3803D3A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6AB3367" w14:textId="77777777" w:rsidTr="008D5CAD">
        <w:trPr>
          <w:trHeight w:val="20"/>
          <w:jc w:val="center"/>
        </w:trPr>
        <w:tc>
          <w:tcPr>
            <w:tcW w:w="1406" w:type="dxa"/>
          </w:tcPr>
          <w:p w14:paraId="4A13F22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099</w:t>
            </w:r>
          </w:p>
        </w:tc>
        <w:tc>
          <w:tcPr>
            <w:tcW w:w="2273" w:type="dxa"/>
          </w:tcPr>
          <w:p w14:paraId="7A3E344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F67C39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0AC806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CA7172E" w14:textId="77777777" w:rsidTr="008D5CAD">
        <w:trPr>
          <w:trHeight w:val="20"/>
          <w:jc w:val="center"/>
        </w:trPr>
        <w:tc>
          <w:tcPr>
            <w:tcW w:w="1406" w:type="dxa"/>
          </w:tcPr>
          <w:p w14:paraId="60DFCB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100</w:t>
            </w:r>
          </w:p>
        </w:tc>
        <w:tc>
          <w:tcPr>
            <w:tcW w:w="2273" w:type="dxa"/>
          </w:tcPr>
          <w:p w14:paraId="049E8D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UI0</w:t>
            </w:r>
          </w:p>
        </w:tc>
        <w:tc>
          <w:tcPr>
            <w:tcW w:w="5677" w:type="dxa"/>
          </w:tcPr>
          <w:p w14:paraId="5199CD0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0</w:t>
            </w:r>
          </w:p>
        </w:tc>
        <w:tc>
          <w:tcPr>
            <w:tcW w:w="1973" w:type="dxa"/>
          </w:tcPr>
          <w:p w14:paraId="145BB1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597E155" w14:textId="77777777" w:rsidTr="008D5CAD">
        <w:trPr>
          <w:trHeight w:val="20"/>
          <w:jc w:val="center"/>
        </w:trPr>
        <w:tc>
          <w:tcPr>
            <w:tcW w:w="1406" w:type="dxa"/>
          </w:tcPr>
          <w:p w14:paraId="513111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101</w:t>
            </w:r>
          </w:p>
        </w:tc>
        <w:tc>
          <w:tcPr>
            <w:tcW w:w="2273" w:type="dxa"/>
          </w:tcPr>
          <w:p w14:paraId="627A75B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UI1</w:t>
            </w:r>
          </w:p>
        </w:tc>
        <w:tc>
          <w:tcPr>
            <w:tcW w:w="5677" w:type="dxa"/>
          </w:tcPr>
          <w:p w14:paraId="0F03734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1</w:t>
            </w:r>
          </w:p>
        </w:tc>
        <w:tc>
          <w:tcPr>
            <w:tcW w:w="1973" w:type="dxa"/>
          </w:tcPr>
          <w:p w14:paraId="126A5D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1C0E371" w14:textId="77777777" w:rsidTr="008D5CAD">
        <w:trPr>
          <w:trHeight w:val="20"/>
          <w:jc w:val="center"/>
        </w:trPr>
        <w:tc>
          <w:tcPr>
            <w:tcW w:w="1406" w:type="dxa"/>
          </w:tcPr>
          <w:p w14:paraId="7EAC318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102</w:t>
            </w:r>
          </w:p>
        </w:tc>
        <w:tc>
          <w:tcPr>
            <w:tcW w:w="2273" w:type="dxa"/>
          </w:tcPr>
          <w:p w14:paraId="2EF5C6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UI2</w:t>
            </w:r>
          </w:p>
        </w:tc>
        <w:tc>
          <w:tcPr>
            <w:tcW w:w="5677" w:type="dxa"/>
          </w:tcPr>
          <w:p w14:paraId="25CC825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2</w:t>
            </w:r>
          </w:p>
        </w:tc>
        <w:tc>
          <w:tcPr>
            <w:tcW w:w="1973" w:type="dxa"/>
          </w:tcPr>
          <w:p w14:paraId="31B181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9EF72E2" w14:textId="77777777" w:rsidTr="008D5CAD">
        <w:trPr>
          <w:trHeight w:val="20"/>
          <w:jc w:val="center"/>
        </w:trPr>
        <w:tc>
          <w:tcPr>
            <w:tcW w:w="1406" w:type="dxa"/>
          </w:tcPr>
          <w:p w14:paraId="5FE209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103</w:t>
            </w:r>
          </w:p>
        </w:tc>
        <w:tc>
          <w:tcPr>
            <w:tcW w:w="2273" w:type="dxa"/>
          </w:tcPr>
          <w:p w14:paraId="7D901D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UI3</w:t>
            </w:r>
          </w:p>
        </w:tc>
        <w:tc>
          <w:tcPr>
            <w:tcW w:w="5677" w:type="dxa"/>
          </w:tcPr>
          <w:p w14:paraId="1CC96B6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3</w:t>
            </w:r>
          </w:p>
        </w:tc>
        <w:tc>
          <w:tcPr>
            <w:tcW w:w="1973" w:type="dxa"/>
          </w:tcPr>
          <w:p w14:paraId="762950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D0258ED" w14:textId="77777777" w:rsidTr="008D5CAD">
        <w:trPr>
          <w:trHeight w:val="20"/>
          <w:jc w:val="center"/>
        </w:trPr>
        <w:tc>
          <w:tcPr>
            <w:tcW w:w="1406" w:type="dxa"/>
          </w:tcPr>
          <w:p w14:paraId="621722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104</w:t>
            </w:r>
          </w:p>
        </w:tc>
        <w:tc>
          <w:tcPr>
            <w:tcW w:w="2273" w:type="dxa"/>
          </w:tcPr>
          <w:p w14:paraId="2C896B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UI4</w:t>
            </w:r>
          </w:p>
        </w:tc>
        <w:tc>
          <w:tcPr>
            <w:tcW w:w="5677" w:type="dxa"/>
          </w:tcPr>
          <w:p w14:paraId="2EF5C7A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4</w:t>
            </w:r>
          </w:p>
        </w:tc>
        <w:tc>
          <w:tcPr>
            <w:tcW w:w="1973" w:type="dxa"/>
          </w:tcPr>
          <w:p w14:paraId="25F96E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8B3D1A8" w14:textId="77777777" w:rsidTr="008D5CAD">
        <w:trPr>
          <w:trHeight w:val="20"/>
          <w:jc w:val="center"/>
        </w:trPr>
        <w:tc>
          <w:tcPr>
            <w:tcW w:w="1406" w:type="dxa"/>
          </w:tcPr>
          <w:p w14:paraId="0E1A68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105</w:t>
            </w:r>
          </w:p>
        </w:tc>
        <w:tc>
          <w:tcPr>
            <w:tcW w:w="2273" w:type="dxa"/>
          </w:tcPr>
          <w:p w14:paraId="2631298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UI5</w:t>
            </w:r>
          </w:p>
        </w:tc>
        <w:tc>
          <w:tcPr>
            <w:tcW w:w="5677" w:type="dxa"/>
          </w:tcPr>
          <w:p w14:paraId="4713C89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5</w:t>
            </w:r>
          </w:p>
        </w:tc>
        <w:tc>
          <w:tcPr>
            <w:tcW w:w="1973" w:type="dxa"/>
          </w:tcPr>
          <w:p w14:paraId="5D03DF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5D861FE" w14:textId="77777777" w:rsidTr="008D5CAD">
        <w:trPr>
          <w:trHeight w:val="20"/>
          <w:jc w:val="center"/>
        </w:trPr>
        <w:tc>
          <w:tcPr>
            <w:tcW w:w="1406" w:type="dxa"/>
          </w:tcPr>
          <w:p w14:paraId="257F0C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106</w:t>
            </w:r>
          </w:p>
        </w:tc>
        <w:tc>
          <w:tcPr>
            <w:tcW w:w="2273" w:type="dxa"/>
          </w:tcPr>
          <w:p w14:paraId="160D595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UI6</w:t>
            </w:r>
          </w:p>
        </w:tc>
        <w:tc>
          <w:tcPr>
            <w:tcW w:w="5677" w:type="dxa"/>
          </w:tcPr>
          <w:p w14:paraId="192935F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6</w:t>
            </w:r>
          </w:p>
        </w:tc>
        <w:tc>
          <w:tcPr>
            <w:tcW w:w="1973" w:type="dxa"/>
          </w:tcPr>
          <w:p w14:paraId="5D08635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D448613" w14:textId="77777777" w:rsidTr="008D5CAD">
        <w:trPr>
          <w:trHeight w:val="20"/>
          <w:jc w:val="center"/>
        </w:trPr>
        <w:tc>
          <w:tcPr>
            <w:tcW w:w="1406" w:type="dxa"/>
          </w:tcPr>
          <w:p w14:paraId="79340F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107</w:t>
            </w:r>
          </w:p>
        </w:tc>
        <w:tc>
          <w:tcPr>
            <w:tcW w:w="2273" w:type="dxa"/>
          </w:tcPr>
          <w:p w14:paraId="5D357E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UI7</w:t>
            </w:r>
          </w:p>
        </w:tc>
        <w:tc>
          <w:tcPr>
            <w:tcW w:w="5677" w:type="dxa"/>
          </w:tcPr>
          <w:p w14:paraId="68464EC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7</w:t>
            </w:r>
          </w:p>
        </w:tc>
        <w:tc>
          <w:tcPr>
            <w:tcW w:w="1973" w:type="dxa"/>
          </w:tcPr>
          <w:p w14:paraId="6C4926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6CE55ED" w14:textId="77777777" w:rsidTr="008D5CAD">
        <w:trPr>
          <w:trHeight w:val="20"/>
          <w:jc w:val="center"/>
        </w:trPr>
        <w:tc>
          <w:tcPr>
            <w:tcW w:w="1406" w:type="dxa"/>
          </w:tcPr>
          <w:p w14:paraId="58D875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108</w:t>
            </w:r>
          </w:p>
        </w:tc>
        <w:tc>
          <w:tcPr>
            <w:tcW w:w="2273" w:type="dxa"/>
          </w:tcPr>
          <w:p w14:paraId="0317C7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UI8</w:t>
            </w:r>
          </w:p>
        </w:tc>
        <w:tc>
          <w:tcPr>
            <w:tcW w:w="5677" w:type="dxa"/>
          </w:tcPr>
          <w:p w14:paraId="42441E1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8</w:t>
            </w:r>
          </w:p>
        </w:tc>
        <w:tc>
          <w:tcPr>
            <w:tcW w:w="1973" w:type="dxa"/>
          </w:tcPr>
          <w:p w14:paraId="4A4366D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C377FE" w14:textId="77777777" w:rsidTr="008D5CAD">
        <w:trPr>
          <w:trHeight w:val="20"/>
          <w:jc w:val="center"/>
        </w:trPr>
        <w:tc>
          <w:tcPr>
            <w:tcW w:w="1406" w:type="dxa"/>
          </w:tcPr>
          <w:p w14:paraId="04C321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109</w:t>
            </w:r>
          </w:p>
        </w:tc>
        <w:tc>
          <w:tcPr>
            <w:tcW w:w="2273" w:type="dxa"/>
          </w:tcPr>
          <w:p w14:paraId="4CEB81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UI9</w:t>
            </w:r>
          </w:p>
        </w:tc>
        <w:tc>
          <w:tcPr>
            <w:tcW w:w="5677" w:type="dxa"/>
          </w:tcPr>
          <w:p w14:paraId="01D6022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9</w:t>
            </w:r>
          </w:p>
        </w:tc>
        <w:tc>
          <w:tcPr>
            <w:tcW w:w="1973" w:type="dxa"/>
          </w:tcPr>
          <w:p w14:paraId="0A1E26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2D57B17" w14:textId="77777777" w:rsidTr="008D5CAD">
        <w:trPr>
          <w:trHeight w:val="20"/>
          <w:jc w:val="center"/>
        </w:trPr>
        <w:tc>
          <w:tcPr>
            <w:tcW w:w="1406" w:type="dxa"/>
          </w:tcPr>
          <w:p w14:paraId="02DF1C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110</w:t>
            </w:r>
          </w:p>
        </w:tc>
        <w:tc>
          <w:tcPr>
            <w:tcW w:w="2273" w:type="dxa"/>
          </w:tcPr>
          <w:p w14:paraId="44630D6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UI10</w:t>
            </w:r>
          </w:p>
        </w:tc>
        <w:tc>
          <w:tcPr>
            <w:tcW w:w="5677" w:type="dxa"/>
          </w:tcPr>
          <w:p w14:paraId="2706B87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10</w:t>
            </w:r>
          </w:p>
        </w:tc>
        <w:tc>
          <w:tcPr>
            <w:tcW w:w="1973" w:type="dxa"/>
          </w:tcPr>
          <w:p w14:paraId="47E04C2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85EEBBD" w14:textId="77777777" w:rsidTr="008D5CAD">
        <w:trPr>
          <w:trHeight w:val="20"/>
          <w:jc w:val="center"/>
        </w:trPr>
        <w:tc>
          <w:tcPr>
            <w:tcW w:w="1406" w:type="dxa"/>
          </w:tcPr>
          <w:p w14:paraId="52DFC0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111</w:t>
            </w:r>
          </w:p>
        </w:tc>
        <w:tc>
          <w:tcPr>
            <w:tcW w:w="2273" w:type="dxa"/>
          </w:tcPr>
          <w:p w14:paraId="6CE6E43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UI11</w:t>
            </w:r>
          </w:p>
        </w:tc>
        <w:tc>
          <w:tcPr>
            <w:tcW w:w="5677" w:type="dxa"/>
          </w:tcPr>
          <w:p w14:paraId="70CE7DD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11</w:t>
            </w:r>
          </w:p>
        </w:tc>
        <w:tc>
          <w:tcPr>
            <w:tcW w:w="1973" w:type="dxa"/>
          </w:tcPr>
          <w:p w14:paraId="3CBF0CE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05819AA" w14:textId="77777777" w:rsidTr="008D5CAD">
        <w:trPr>
          <w:trHeight w:val="20"/>
          <w:jc w:val="center"/>
        </w:trPr>
        <w:tc>
          <w:tcPr>
            <w:tcW w:w="1406" w:type="dxa"/>
          </w:tcPr>
          <w:p w14:paraId="3C8661C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112</w:t>
            </w:r>
          </w:p>
        </w:tc>
        <w:tc>
          <w:tcPr>
            <w:tcW w:w="2273" w:type="dxa"/>
          </w:tcPr>
          <w:p w14:paraId="0A61673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UI12</w:t>
            </w:r>
          </w:p>
        </w:tc>
        <w:tc>
          <w:tcPr>
            <w:tcW w:w="5677" w:type="dxa"/>
          </w:tcPr>
          <w:p w14:paraId="55C12F4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12</w:t>
            </w:r>
          </w:p>
        </w:tc>
        <w:tc>
          <w:tcPr>
            <w:tcW w:w="1973" w:type="dxa"/>
          </w:tcPr>
          <w:p w14:paraId="6F3F742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6BCF634" w14:textId="77777777" w:rsidTr="008D5CAD">
        <w:trPr>
          <w:trHeight w:val="20"/>
          <w:jc w:val="center"/>
        </w:trPr>
        <w:tc>
          <w:tcPr>
            <w:tcW w:w="1406" w:type="dxa"/>
          </w:tcPr>
          <w:p w14:paraId="7EDD87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113</w:t>
            </w:r>
          </w:p>
        </w:tc>
        <w:tc>
          <w:tcPr>
            <w:tcW w:w="2273" w:type="dxa"/>
          </w:tcPr>
          <w:p w14:paraId="13AE51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UI13</w:t>
            </w:r>
          </w:p>
        </w:tc>
        <w:tc>
          <w:tcPr>
            <w:tcW w:w="5677" w:type="dxa"/>
          </w:tcPr>
          <w:p w14:paraId="217A94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13</w:t>
            </w:r>
          </w:p>
        </w:tc>
        <w:tc>
          <w:tcPr>
            <w:tcW w:w="1973" w:type="dxa"/>
          </w:tcPr>
          <w:p w14:paraId="769E6C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7E1EF3E" w14:textId="77777777" w:rsidTr="008D5CAD">
        <w:trPr>
          <w:trHeight w:val="20"/>
          <w:jc w:val="center"/>
        </w:trPr>
        <w:tc>
          <w:tcPr>
            <w:tcW w:w="1406" w:type="dxa"/>
          </w:tcPr>
          <w:p w14:paraId="0A3E07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114</w:t>
            </w:r>
          </w:p>
        </w:tc>
        <w:tc>
          <w:tcPr>
            <w:tcW w:w="2273" w:type="dxa"/>
          </w:tcPr>
          <w:p w14:paraId="08ADC9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UI14</w:t>
            </w:r>
          </w:p>
        </w:tc>
        <w:tc>
          <w:tcPr>
            <w:tcW w:w="5677" w:type="dxa"/>
          </w:tcPr>
          <w:p w14:paraId="0E1B65E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14</w:t>
            </w:r>
          </w:p>
        </w:tc>
        <w:tc>
          <w:tcPr>
            <w:tcW w:w="1973" w:type="dxa"/>
          </w:tcPr>
          <w:p w14:paraId="4C21CD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C893775" w14:textId="77777777" w:rsidTr="008D5CAD">
        <w:trPr>
          <w:trHeight w:val="20"/>
          <w:jc w:val="center"/>
        </w:trPr>
        <w:tc>
          <w:tcPr>
            <w:tcW w:w="1406" w:type="dxa"/>
          </w:tcPr>
          <w:p w14:paraId="41A404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115</w:t>
            </w:r>
          </w:p>
        </w:tc>
        <w:tc>
          <w:tcPr>
            <w:tcW w:w="2273" w:type="dxa"/>
          </w:tcPr>
          <w:p w14:paraId="4C46C6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UI15</w:t>
            </w:r>
          </w:p>
        </w:tc>
        <w:tc>
          <w:tcPr>
            <w:tcW w:w="5677" w:type="dxa"/>
          </w:tcPr>
          <w:p w14:paraId="5229FCF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INPUT 15</w:t>
            </w:r>
          </w:p>
        </w:tc>
        <w:tc>
          <w:tcPr>
            <w:tcW w:w="1973" w:type="dxa"/>
          </w:tcPr>
          <w:p w14:paraId="2FDAEB7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0A1D389" w14:textId="77777777" w:rsidTr="008D5CAD">
        <w:trPr>
          <w:trHeight w:val="20"/>
          <w:jc w:val="center"/>
        </w:trPr>
        <w:tc>
          <w:tcPr>
            <w:tcW w:w="1406" w:type="dxa"/>
          </w:tcPr>
          <w:p w14:paraId="372178E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116</w:t>
            </w:r>
          </w:p>
        </w:tc>
        <w:tc>
          <w:tcPr>
            <w:tcW w:w="2273" w:type="dxa"/>
          </w:tcPr>
          <w:p w14:paraId="1A289B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MTC</w:t>
            </w:r>
          </w:p>
        </w:tc>
        <w:tc>
          <w:tcPr>
            <w:tcW w:w="5677" w:type="dxa"/>
          </w:tcPr>
          <w:p w14:paraId="22D3E69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MANUAL TOOL CHANGE</w:t>
            </w:r>
          </w:p>
        </w:tc>
        <w:tc>
          <w:tcPr>
            <w:tcW w:w="1973" w:type="dxa"/>
          </w:tcPr>
          <w:p w14:paraId="364282D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9F2DD44" w14:textId="77777777" w:rsidTr="008D5CAD">
        <w:trPr>
          <w:trHeight w:val="20"/>
          <w:jc w:val="center"/>
        </w:trPr>
        <w:tc>
          <w:tcPr>
            <w:tcW w:w="1406" w:type="dxa"/>
          </w:tcPr>
          <w:p w14:paraId="4B3D04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117</w:t>
            </w:r>
          </w:p>
        </w:tc>
        <w:tc>
          <w:tcPr>
            <w:tcW w:w="2273" w:type="dxa"/>
          </w:tcPr>
          <w:p w14:paraId="7EDF21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5118517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MILLING ON</w:t>
            </w:r>
          </w:p>
        </w:tc>
        <w:tc>
          <w:tcPr>
            <w:tcW w:w="1973" w:type="dxa"/>
          </w:tcPr>
          <w:p w14:paraId="2CFABB5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ABF0E40" w14:textId="77777777" w:rsidTr="008D5CAD">
        <w:trPr>
          <w:trHeight w:val="20"/>
          <w:jc w:val="center"/>
        </w:trPr>
        <w:tc>
          <w:tcPr>
            <w:tcW w:w="1406" w:type="dxa"/>
          </w:tcPr>
          <w:p w14:paraId="651F44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118</w:t>
            </w:r>
          </w:p>
        </w:tc>
        <w:tc>
          <w:tcPr>
            <w:tcW w:w="2273" w:type="dxa"/>
          </w:tcPr>
          <w:p w14:paraId="7B95E7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MAIN_MIDGR</w:t>
            </w:r>
          </w:p>
        </w:tc>
        <w:tc>
          <w:tcPr>
            <w:tcW w:w="5677" w:type="dxa"/>
          </w:tcPr>
          <w:p w14:paraId="40CD09E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MIDDLE GEAR</w:t>
            </w:r>
          </w:p>
        </w:tc>
        <w:tc>
          <w:tcPr>
            <w:tcW w:w="1973" w:type="dxa"/>
          </w:tcPr>
          <w:p w14:paraId="1500CC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E277C67" w14:textId="77777777" w:rsidTr="008D5CAD">
        <w:trPr>
          <w:trHeight w:val="20"/>
          <w:jc w:val="center"/>
        </w:trPr>
        <w:tc>
          <w:tcPr>
            <w:tcW w:w="1406" w:type="dxa"/>
          </w:tcPr>
          <w:p w14:paraId="6E9285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119</w:t>
            </w:r>
          </w:p>
        </w:tc>
        <w:tc>
          <w:tcPr>
            <w:tcW w:w="2273" w:type="dxa"/>
          </w:tcPr>
          <w:p w14:paraId="061052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ZP2ZDC</w:t>
            </w:r>
          </w:p>
        </w:tc>
        <w:tc>
          <w:tcPr>
            <w:tcW w:w="5677" w:type="dxa"/>
          </w:tcPr>
          <w:p w14:paraId="3B2BABB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ZP2Z DOWN CANCEL</w:t>
            </w:r>
          </w:p>
        </w:tc>
        <w:tc>
          <w:tcPr>
            <w:tcW w:w="1973" w:type="dxa"/>
          </w:tcPr>
          <w:p w14:paraId="156711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3A12158" w14:textId="77777777" w:rsidTr="008D5CAD">
        <w:trPr>
          <w:trHeight w:val="20"/>
          <w:jc w:val="center"/>
        </w:trPr>
        <w:tc>
          <w:tcPr>
            <w:tcW w:w="1406" w:type="dxa"/>
          </w:tcPr>
          <w:p w14:paraId="3BDC43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120</w:t>
            </w:r>
          </w:p>
        </w:tc>
        <w:tc>
          <w:tcPr>
            <w:tcW w:w="2273" w:type="dxa"/>
          </w:tcPr>
          <w:p w14:paraId="0C2794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6579AAF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 AXIS GO</w:t>
            </w:r>
          </w:p>
        </w:tc>
        <w:tc>
          <w:tcPr>
            <w:tcW w:w="1973" w:type="dxa"/>
          </w:tcPr>
          <w:p w14:paraId="07A017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9E077DE" w14:textId="77777777" w:rsidTr="008D5CAD">
        <w:trPr>
          <w:trHeight w:val="20"/>
          <w:jc w:val="center"/>
        </w:trPr>
        <w:tc>
          <w:tcPr>
            <w:tcW w:w="1406" w:type="dxa"/>
          </w:tcPr>
          <w:p w14:paraId="7788FB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121</w:t>
            </w:r>
          </w:p>
        </w:tc>
        <w:tc>
          <w:tcPr>
            <w:tcW w:w="2273" w:type="dxa"/>
          </w:tcPr>
          <w:p w14:paraId="5D2D98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MAIN_LOWGR</w:t>
            </w:r>
          </w:p>
        </w:tc>
        <w:tc>
          <w:tcPr>
            <w:tcW w:w="5677" w:type="dxa"/>
          </w:tcPr>
          <w:p w14:paraId="392D80B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LOW GEAR</w:t>
            </w:r>
          </w:p>
        </w:tc>
        <w:tc>
          <w:tcPr>
            <w:tcW w:w="1973" w:type="dxa"/>
          </w:tcPr>
          <w:p w14:paraId="21B077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043B33C" w14:textId="77777777" w:rsidTr="008D5CAD">
        <w:trPr>
          <w:trHeight w:val="20"/>
          <w:jc w:val="center"/>
        </w:trPr>
        <w:tc>
          <w:tcPr>
            <w:tcW w:w="1406" w:type="dxa"/>
          </w:tcPr>
          <w:p w14:paraId="036338E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122</w:t>
            </w:r>
          </w:p>
        </w:tc>
        <w:tc>
          <w:tcPr>
            <w:tcW w:w="2273" w:type="dxa"/>
          </w:tcPr>
          <w:p w14:paraId="108A7A5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APPR</w:t>
            </w:r>
          </w:p>
        </w:tc>
        <w:tc>
          <w:tcPr>
            <w:tcW w:w="5677" w:type="dxa"/>
          </w:tcPr>
          <w:p w14:paraId="2B842A9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APPROACH</w:t>
            </w:r>
          </w:p>
        </w:tc>
        <w:tc>
          <w:tcPr>
            <w:tcW w:w="1973" w:type="dxa"/>
          </w:tcPr>
          <w:p w14:paraId="08625A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18DB314" w14:textId="77777777" w:rsidTr="008D5CAD">
        <w:trPr>
          <w:trHeight w:val="20"/>
          <w:jc w:val="center"/>
        </w:trPr>
        <w:tc>
          <w:tcPr>
            <w:tcW w:w="1406" w:type="dxa"/>
          </w:tcPr>
          <w:p w14:paraId="003FE9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123</w:t>
            </w:r>
          </w:p>
        </w:tc>
        <w:tc>
          <w:tcPr>
            <w:tcW w:w="2273" w:type="dxa"/>
          </w:tcPr>
          <w:p w14:paraId="2EEAD2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GUIDE</w:t>
            </w:r>
          </w:p>
        </w:tc>
        <w:tc>
          <w:tcPr>
            <w:tcW w:w="5677" w:type="dxa"/>
          </w:tcPr>
          <w:p w14:paraId="0191421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GUIDANCE</w:t>
            </w:r>
          </w:p>
        </w:tc>
        <w:tc>
          <w:tcPr>
            <w:tcW w:w="1973" w:type="dxa"/>
          </w:tcPr>
          <w:p w14:paraId="3CA2185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113ABD7" w14:textId="77777777" w:rsidTr="008D5CAD">
        <w:trPr>
          <w:trHeight w:val="20"/>
          <w:jc w:val="center"/>
        </w:trPr>
        <w:tc>
          <w:tcPr>
            <w:tcW w:w="1406" w:type="dxa"/>
          </w:tcPr>
          <w:p w14:paraId="241BDEE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124</w:t>
            </w:r>
          </w:p>
        </w:tc>
        <w:tc>
          <w:tcPr>
            <w:tcW w:w="2273" w:type="dxa"/>
          </w:tcPr>
          <w:p w14:paraId="5C433F8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SRAMW</w:t>
            </w:r>
          </w:p>
        </w:tc>
        <w:tc>
          <w:tcPr>
            <w:tcW w:w="5677" w:type="dxa"/>
          </w:tcPr>
          <w:p w14:paraId="1AE9D2D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SRAM WRITE</w:t>
            </w:r>
          </w:p>
        </w:tc>
        <w:tc>
          <w:tcPr>
            <w:tcW w:w="1973" w:type="dxa"/>
          </w:tcPr>
          <w:p w14:paraId="1749B0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F8C4B86" w14:textId="77777777" w:rsidTr="008D5CAD">
        <w:trPr>
          <w:trHeight w:val="20"/>
          <w:jc w:val="center"/>
        </w:trPr>
        <w:tc>
          <w:tcPr>
            <w:tcW w:w="1406" w:type="dxa"/>
          </w:tcPr>
          <w:p w14:paraId="6AB4137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125</w:t>
            </w:r>
          </w:p>
        </w:tc>
        <w:tc>
          <w:tcPr>
            <w:tcW w:w="2273" w:type="dxa"/>
          </w:tcPr>
          <w:p w14:paraId="195CD8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MAIN_RIGTAP</w:t>
            </w:r>
          </w:p>
        </w:tc>
        <w:tc>
          <w:tcPr>
            <w:tcW w:w="5677" w:type="dxa"/>
          </w:tcPr>
          <w:p w14:paraId="19E721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RIGID TAPPING</w:t>
            </w:r>
          </w:p>
        </w:tc>
        <w:tc>
          <w:tcPr>
            <w:tcW w:w="1973" w:type="dxa"/>
          </w:tcPr>
          <w:p w14:paraId="52F5EC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7015D50" w14:textId="77777777" w:rsidTr="008D5CAD">
        <w:trPr>
          <w:trHeight w:val="20"/>
          <w:jc w:val="center"/>
        </w:trPr>
        <w:tc>
          <w:tcPr>
            <w:tcW w:w="1406" w:type="dxa"/>
          </w:tcPr>
          <w:p w14:paraId="043A35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126</w:t>
            </w:r>
          </w:p>
        </w:tc>
        <w:tc>
          <w:tcPr>
            <w:tcW w:w="2273" w:type="dxa"/>
          </w:tcPr>
          <w:p w14:paraId="48302AA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MAIN_ORTS</w:t>
            </w:r>
          </w:p>
        </w:tc>
        <w:tc>
          <w:tcPr>
            <w:tcW w:w="5677" w:type="dxa"/>
          </w:tcPr>
          <w:p w14:paraId="7AE0652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ORIENTATION SENSOR</w:t>
            </w:r>
          </w:p>
        </w:tc>
        <w:tc>
          <w:tcPr>
            <w:tcW w:w="1973" w:type="dxa"/>
          </w:tcPr>
          <w:p w14:paraId="0D95CD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3B8724B" w14:textId="77777777" w:rsidTr="008D5CAD">
        <w:trPr>
          <w:trHeight w:val="20"/>
          <w:jc w:val="center"/>
        </w:trPr>
        <w:tc>
          <w:tcPr>
            <w:tcW w:w="1406" w:type="dxa"/>
          </w:tcPr>
          <w:p w14:paraId="1A65A7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150</w:t>
            </w:r>
          </w:p>
        </w:tc>
        <w:tc>
          <w:tcPr>
            <w:tcW w:w="2273" w:type="dxa"/>
          </w:tcPr>
          <w:p w14:paraId="48DC45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MAIN_CF2CF</w:t>
            </w:r>
          </w:p>
        </w:tc>
        <w:tc>
          <w:tcPr>
            <w:tcW w:w="5677" w:type="dxa"/>
          </w:tcPr>
          <w:p w14:paraId="455A3EF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CS/</w:t>
            </w:r>
            <w:r w:rsidRPr="008D5CAD">
              <w:rPr>
                <w:rFonts w:cs="Arial"/>
                <w:sz w:val="20"/>
                <w:szCs w:val="20"/>
              </w:rPr>
              <w:t>CF AXIS CHANGE TO C AXIS FINISH</w:t>
            </w:r>
          </w:p>
        </w:tc>
        <w:tc>
          <w:tcPr>
            <w:tcW w:w="1973" w:type="dxa"/>
          </w:tcPr>
          <w:p w14:paraId="322F17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14DB54F" w14:textId="77777777" w:rsidTr="008D5CAD">
        <w:trPr>
          <w:trHeight w:val="20"/>
          <w:jc w:val="center"/>
        </w:trPr>
        <w:tc>
          <w:tcPr>
            <w:tcW w:w="1406" w:type="dxa"/>
          </w:tcPr>
          <w:p w14:paraId="66058D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151</w:t>
            </w:r>
          </w:p>
        </w:tc>
        <w:tc>
          <w:tcPr>
            <w:tcW w:w="2273" w:type="dxa"/>
          </w:tcPr>
          <w:p w14:paraId="7E07A5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立車版本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066D277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CF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軸模式，第四軸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SERVO ON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信號</w:t>
            </w:r>
          </w:p>
        </w:tc>
        <w:tc>
          <w:tcPr>
            <w:tcW w:w="1973" w:type="dxa"/>
          </w:tcPr>
          <w:p w14:paraId="248EB1F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2119198" w14:textId="77777777" w:rsidTr="008D5CAD">
        <w:trPr>
          <w:trHeight w:val="20"/>
          <w:jc w:val="center"/>
        </w:trPr>
        <w:tc>
          <w:tcPr>
            <w:tcW w:w="1406" w:type="dxa"/>
          </w:tcPr>
          <w:p w14:paraId="6D315F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152</w:t>
            </w:r>
          </w:p>
        </w:tc>
        <w:tc>
          <w:tcPr>
            <w:tcW w:w="2273" w:type="dxa"/>
          </w:tcPr>
          <w:p w14:paraId="1A1A6C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+L5</w:t>
            </w:r>
          </w:p>
        </w:tc>
        <w:tc>
          <w:tcPr>
            <w:tcW w:w="5677" w:type="dxa"/>
          </w:tcPr>
          <w:p w14:paraId="02C5D32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+5th AXIS OT</w:t>
            </w:r>
          </w:p>
        </w:tc>
        <w:tc>
          <w:tcPr>
            <w:tcW w:w="1973" w:type="dxa"/>
          </w:tcPr>
          <w:p w14:paraId="7A4131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AC67E64" w14:textId="77777777" w:rsidTr="008D5CAD">
        <w:trPr>
          <w:trHeight w:val="20"/>
          <w:jc w:val="center"/>
        </w:trPr>
        <w:tc>
          <w:tcPr>
            <w:tcW w:w="1406" w:type="dxa"/>
          </w:tcPr>
          <w:p w14:paraId="670B35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153</w:t>
            </w:r>
          </w:p>
        </w:tc>
        <w:tc>
          <w:tcPr>
            <w:tcW w:w="2273" w:type="dxa"/>
          </w:tcPr>
          <w:p w14:paraId="341B110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-L5</w:t>
            </w:r>
          </w:p>
        </w:tc>
        <w:tc>
          <w:tcPr>
            <w:tcW w:w="5677" w:type="dxa"/>
          </w:tcPr>
          <w:p w14:paraId="0D68E51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-5th AXIS OT</w:t>
            </w:r>
          </w:p>
        </w:tc>
        <w:tc>
          <w:tcPr>
            <w:tcW w:w="1973" w:type="dxa"/>
          </w:tcPr>
          <w:p w14:paraId="0C28F8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FB28FF8" w14:textId="77777777" w:rsidTr="008D5CAD">
        <w:trPr>
          <w:trHeight w:val="20"/>
          <w:jc w:val="center"/>
        </w:trPr>
        <w:tc>
          <w:tcPr>
            <w:tcW w:w="1406" w:type="dxa"/>
          </w:tcPr>
          <w:p w14:paraId="4BEB8F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154</w:t>
            </w:r>
          </w:p>
        </w:tc>
        <w:tc>
          <w:tcPr>
            <w:tcW w:w="2273" w:type="dxa"/>
          </w:tcPr>
          <w:p w14:paraId="26E1A5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+L6</w:t>
            </w:r>
          </w:p>
        </w:tc>
        <w:tc>
          <w:tcPr>
            <w:tcW w:w="5677" w:type="dxa"/>
          </w:tcPr>
          <w:p w14:paraId="399D5A8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+6th AXIS OT</w:t>
            </w:r>
          </w:p>
        </w:tc>
        <w:tc>
          <w:tcPr>
            <w:tcW w:w="1973" w:type="dxa"/>
          </w:tcPr>
          <w:p w14:paraId="64A7AD5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272EF6D" w14:textId="77777777" w:rsidTr="008D5CAD">
        <w:trPr>
          <w:trHeight w:val="20"/>
          <w:jc w:val="center"/>
        </w:trPr>
        <w:tc>
          <w:tcPr>
            <w:tcW w:w="1406" w:type="dxa"/>
          </w:tcPr>
          <w:p w14:paraId="5049E60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155</w:t>
            </w:r>
          </w:p>
        </w:tc>
        <w:tc>
          <w:tcPr>
            <w:tcW w:w="2273" w:type="dxa"/>
          </w:tcPr>
          <w:p w14:paraId="3E095DB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-L6</w:t>
            </w:r>
          </w:p>
        </w:tc>
        <w:tc>
          <w:tcPr>
            <w:tcW w:w="5677" w:type="dxa"/>
          </w:tcPr>
          <w:p w14:paraId="085D663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-6th AXIS OT</w:t>
            </w:r>
          </w:p>
        </w:tc>
        <w:tc>
          <w:tcPr>
            <w:tcW w:w="1973" w:type="dxa"/>
          </w:tcPr>
          <w:p w14:paraId="0227F87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FD87A2F" w14:textId="77777777" w:rsidTr="008D5CAD">
        <w:trPr>
          <w:trHeight w:val="20"/>
          <w:jc w:val="center"/>
        </w:trPr>
        <w:tc>
          <w:tcPr>
            <w:tcW w:w="1406" w:type="dxa"/>
          </w:tcPr>
          <w:p w14:paraId="1E5803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156</w:t>
            </w:r>
          </w:p>
        </w:tc>
        <w:tc>
          <w:tcPr>
            <w:tcW w:w="2273" w:type="dxa"/>
          </w:tcPr>
          <w:p w14:paraId="3187C9A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4150FFB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CNC_InterLock_Sgl.ch5</w:t>
            </w:r>
          </w:p>
        </w:tc>
        <w:tc>
          <w:tcPr>
            <w:tcW w:w="1973" w:type="dxa"/>
          </w:tcPr>
          <w:p w14:paraId="5B6DD6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8EAFB7B" w14:textId="77777777" w:rsidTr="008D5CAD">
        <w:trPr>
          <w:trHeight w:val="20"/>
          <w:jc w:val="center"/>
        </w:trPr>
        <w:tc>
          <w:tcPr>
            <w:tcW w:w="1406" w:type="dxa"/>
          </w:tcPr>
          <w:p w14:paraId="4ED422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157</w:t>
            </w:r>
          </w:p>
        </w:tc>
        <w:tc>
          <w:tcPr>
            <w:tcW w:w="2273" w:type="dxa"/>
          </w:tcPr>
          <w:p w14:paraId="3B46437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1197280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CNC_InterLock_Sgl.ch6</w:t>
            </w:r>
          </w:p>
        </w:tc>
        <w:tc>
          <w:tcPr>
            <w:tcW w:w="1973" w:type="dxa"/>
          </w:tcPr>
          <w:p w14:paraId="6EE6D7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134C7A8" w14:textId="77777777" w:rsidTr="008D5CAD">
        <w:trPr>
          <w:trHeight w:val="20"/>
          <w:jc w:val="center"/>
        </w:trPr>
        <w:tc>
          <w:tcPr>
            <w:tcW w:w="1406" w:type="dxa"/>
          </w:tcPr>
          <w:p w14:paraId="59BE55F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158</w:t>
            </w:r>
          </w:p>
        </w:tc>
        <w:tc>
          <w:tcPr>
            <w:tcW w:w="2273" w:type="dxa"/>
          </w:tcPr>
          <w:p w14:paraId="75F45B4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SVA6</w:t>
            </w:r>
          </w:p>
        </w:tc>
        <w:tc>
          <w:tcPr>
            <w:tcW w:w="5677" w:type="dxa"/>
          </w:tcPr>
          <w:p w14:paraId="3A5F041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6th AXIS SERVO ALARM</w:t>
            </w:r>
          </w:p>
        </w:tc>
        <w:tc>
          <w:tcPr>
            <w:tcW w:w="1973" w:type="dxa"/>
          </w:tcPr>
          <w:p w14:paraId="6A2BE6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EC72C46" w14:textId="77777777" w:rsidTr="008D5CAD">
        <w:trPr>
          <w:trHeight w:val="20"/>
          <w:jc w:val="center"/>
        </w:trPr>
        <w:tc>
          <w:tcPr>
            <w:tcW w:w="1406" w:type="dxa"/>
          </w:tcPr>
          <w:p w14:paraId="50DC57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159</w:t>
            </w:r>
          </w:p>
        </w:tc>
        <w:tc>
          <w:tcPr>
            <w:tcW w:w="2273" w:type="dxa"/>
          </w:tcPr>
          <w:p w14:paraId="30239F5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61A48F3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01171D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DBBDBD2" w14:textId="77777777" w:rsidTr="008D5CAD">
        <w:trPr>
          <w:trHeight w:val="20"/>
          <w:jc w:val="center"/>
        </w:trPr>
        <w:tc>
          <w:tcPr>
            <w:tcW w:w="1406" w:type="dxa"/>
          </w:tcPr>
          <w:p w14:paraId="69FA6CF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160</w:t>
            </w:r>
          </w:p>
        </w:tc>
        <w:tc>
          <w:tcPr>
            <w:tcW w:w="2273" w:type="dxa"/>
          </w:tcPr>
          <w:p w14:paraId="47334EE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MAIN_SPD1</w:t>
            </w:r>
          </w:p>
        </w:tc>
        <w:tc>
          <w:tcPr>
            <w:tcW w:w="5677" w:type="dxa"/>
          </w:tcPr>
          <w:p w14:paraId="16676BA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1 IS SELECTED</w:t>
            </w:r>
          </w:p>
        </w:tc>
        <w:tc>
          <w:tcPr>
            <w:tcW w:w="1973" w:type="dxa"/>
          </w:tcPr>
          <w:p w14:paraId="1898EC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36EFD15" w14:textId="77777777" w:rsidTr="008D5CAD">
        <w:trPr>
          <w:trHeight w:val="20"/>
          <w:jc w:val="center"/>
        </w:trPr>
        <w:tc>
          <w:tcPr>
            <w:tcW w:w="1406" w:type="dxa"/>
          </w:tcPr>
          <w:p w14:paraId="6AECEB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161</w:t>
            </w:r>
          </w:p>
        </w:tc>
        <w:tc>
          <w:tcPr>
            <w:tcW w:w="2273" w:type="dxa"/>
          </w:tcPr>
          <w:p w14:paraId="1E17EE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MILL_SPD2</w:t>
            </w:r>
          </w:p>
        </w:tc>
        <w:tc>
          <w:tcPr>
            <w:tcW w:w="5677" w:type="dxa"/>
          </w:tcPr>
          <w:p w14:paraId="172795A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MILL SPINDLE 2 IS SELECTED</w:t>
            </w:r>
          </w:p>
        </w:tc>
        <w:tc>
          <w:tcPr>
            <w:tcW w:w="1973" w:type="dxa"/>
          </w:tcPr>
          <w:p w14:paraId="64A4055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9F20632" w14:textId="77777777" w:rsidTr="008D5CAD">
        <w:trPr>
          <w:trHeight w:val="20"/>
          <w:jc w:val="center"/>
        </w:trPr>
        <w:tc>
          <w:tcPr>
            <w:tcW w:w="1406" w:type="dxa"/>
          </w:tcPr>
          <w:p w14:paraId="53EFD3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162</w:t>
            </w:r>
          </w:p>
        </w:tc>
        <w:tc>
          <w:tcPr>
            <w:tcW w:w="2273" w:type="dxa"/>
          </w:tcPr>
          <w:p w14:paraId="329F98D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EPOC</w:t>
            </w:r>
          </w:p>
        </w:tc>
        <w:tc>
          <w:tcPr>
            <w:tcW w:w="5677" w:type="dxa"/>
          </w:tcPr>
          <w:p w14:paraId="2FB6EB2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External Power Off Command</w:t>
            </w:r>
          </w:p>
        </w:tc>
        <w:tc>
          <w:tcPr>
            <w:tcW w:w="1973" w:type="dxa"/>
          </w:tcPr>
          <w:p w14:paraId="17685E3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2E52430" w14:textId="77777777" w:rsidTr="008D5CAD">
        <w:trPr>
          <w:trHeight w:val="20"/>
          <w:jc w:val="center"/>
        </w:trPr>
        <w:tc>
          <w:tcPr>
            <w:tcW w:w="1406" w:type="dxa"/>
          </w:tcPr>
          <w:p w14:paraId="74E46C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163</w:t>
            </w:r>
          </w:p>
        </w:tc>
        <w:tc>
          <w:tcPr>
            <w:tcW w:w="2273" w:type="dxa"/>
          </w:tcPr>
          <w:p w14:paraId="7A2FD1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1784858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TailStock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Pin On</w:t>
            </w:r>
          </w:p>
        </w:tc>
        <w:tc>
          <w:tcPr>
            <w:tcW w:w="1973" w:type="dxa"/>
          </w:tcPr>
          <w:p w14:paraId="52041D4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C3811DD" w14:textId="77777777" w:rsidTr="008D5CAD">
        <w:trPr>
          <w:trHeight w:val="20"/>
          <w:jc w:val="center"/>
        </w:trPr>
        <w:tc>
          <w:tcPr>
            <w:tcW w:w="1406" w:type="dxa"/>
          </w:tcPr>
          <w:p w14:paraId="2BA9F9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164</w:t>
            </w:r>
          </w:p>
        </w:tc>
        <w:tc>
          <w:tcPr>
            <w:tcW w:w="2273" w:type="dxa"/>
          </w:tcPr>
          <w:p w14:paraId="32DBB9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263F88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TailStock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Center On</w:t>
            </w:r>
          </w:p>
        </w:tc>
        <w:tc>
          <w:tcPr>
            <w:tcW w:w="1973" w:type="dxa"/>
          </w:tcPr>
          <w:p w14:paraId="4041827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E64FEDD" w14:textId="77777777" w:rsidTr="008D5CAD">
        <w:trPr>
          <w:trHeight w:val="20"/>
          <w:jc w:val="center"/>
        </w:trPr>
        <w:tc>
          <w:tcPr>
            <w:tcW w:w="1406" w:type="dxa"/>
          </w:tcPr>
          <w:p w14:paraId="7E1208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165</w:t>
            </w:r>
          </w:p>
        </w:tc>
        <w:tc>
          <w:tcPr>
            <w:tcW w:w="2273" w:type="dxa"/>
          </w:tcPr>
          <w:p w14:paraId="14EE3E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SRFTC</w:t>
            </w:r>
          </w:p>
        </w:tc>
        <w:tc>
          <w:tcPr>
            <w:tcW w:w="5677" w:type="dxa"/>
          </w:tcPr>
          <w:p w14:paraId="12F0CC4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Spindle Run for Tool Change</w:t>
            </w:r>
          </w:p>
        </w:tc>
        <w:tc>
          <w:tcPr>
            <w:tcW w:w="1973" w:type="dxa"/>
          </w:tcPr>
          <w:p w14:paraId="3AD8E8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CF6E648" w14:textId="77777777" w:rsidTr="008D5CAD">
        <w:trPr>
          <w:trHeight w:val="20"/>
          <w:jc w:val="center"/>
        </w:trPr>
        <w:tc>
          <w:tcPr>
            <w:tcW w:w="1406" w:type="dxa"/>
          </w:tcPr>
          <w:p w14:paraId="73922F3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166</w:t>
            </w:r>
          </w:p>
        </w:tc>
        <w:tc>
          <w:tcPr>
            <w:tcW w:w="2273" w:type="dxa"/>
          </w:tcPr>
          <w:p w14:paraId="4A2A1D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4CA8A3D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X Axis GO HOME COMMAND</w:t>
            </w:r>
          </w:p>
        </w:tc>
        <w:tc>
          <w:tcPr>
            <w:tcW w:w="1973" w:type="dxa"/>
          </w:tcPr>
          <w:p w14:paraId="7CA1F9B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9EA8C30" w14:textId="77777777" w:rsidTr="008D5CAD">
        <w:trPr>
          <w:trHeight w:val="20"/>
          <w:jc w:val="center"/>
        </w:trPr>
        <w:tc>
          <w:tcPr>
            <w:tcW w:w="1406" w:type="dxa"/>
          </w:tcPr>
          <w:p w14:paraId="56ED468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167</w:t>
            </w:r>
          </w:p>
        </w:tc>
        <w:tc>
          <w:tcPr>
            <w:tcW w:w="2273" w:type="dxa"/>
          </w:tcPr>
          <w:p w14:paraId="67B771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039B470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Y Axis GO HOME COMMAND</w:t>
            </w:r>
          </w:p>
        </w:tc>
        <w:tc>
          <w:tcPr>
            <w:tcW w:w="1973" w:type="dxa"/>
          </w:tcPr>
          <w:p w14:paraId="76FFAF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8B394FC" w14:textId="77777777" w:rsidTr="008D5CAD">
        <w:trPr>
          <w:trHeight w:val="20"/>
          <w:jc w:val="center"/>
        </w:trPr>
        <w:tc>
          <w:tcPr>
            <w:tcW w:w="1406" w:type="dxa"/>
          </w:tcPr>
          <w:p w14:paraId="4610F5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168</w:t>
            </w:r>
          </w:p>
        </w:tc>
        <w:tc>
          <w:tcPr>
            <w:tcW w:w="2273" w:type="dxa"/>
          </w:tcPr>
          <w:p w14:paraId="13B8C7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2BBA13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X Axis GO HOME FIRST</w:t>
            </w:r>
          </w:p>
        </w:tc>
        <w:tc>
          <w:tcPr>
            <w:tcW w:w="1973" w:type="dxa"/>
          </w:tcPr>
          <w:p w14:paraId="63239F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646F787" w14:textId="77777777" w:rsidTr="008D5CAD">
        <w:trPr>
          <w:trHeight w:val="20"/>
          <w:jc w:val="center"/>
        </w:trPr>
        <w:tc>
          <w:tcPr>
            <w:tcW w:w="1406" w:type="dxa"/>
          </w:tcPr>
          <w:p w14:paraId="4C676F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169</w:t>
            </w:r>
          </w:p>
        </w:tc>
        <w:tc>
          <w:tcPr>
            <w:tcW w:w="2273" w:type="dxa"/>
          </w:tcPr>
          <w:p w14:paraId="37296C7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MAIN_CUTCHK</w:t>
            </w:r>
          </w:p>
        </w:tc>
        <w:tc>
          <w:tcPr>
            <w:tcW w:w="5677" w:type="dxa"/>
          </w:tcPr>
          <w:p w14:paraId="4B327428" w14:textId="77777777" w:rsidR="00AE098B" w:rsidRPr="008D5CAD" w:rsidRDefault="00AE098B" w:rsidP="008D5CAD">
            <w:pPr>
              <w:snapToGrid w:val="0"/>
              <w:spacing w:after="0" w:line="240" w:lineRule="auto"/>
              <w:ind w:left="100" w:hangingChars="50" w:hanging="10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Cancel Check MAIN spindle speed arrival when it is G00 command</w:t>
            </w:r>
          </w:p>
        </w:tc>
        <w:tc>
          <w:tcPr>
            <w:tcW w:w="1973" w:type="dxa"/>
          </w:tcPr>
          <w:p w14:paraId="699F10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47B06EB" w14:textId="77777777" w:rsidTr="008D5CAD">
        <w:trPr>
          <w:trHeight w:val="20"/>
          <w:jc w:val="center"/>
        </w:trPr>
        <w:tc>
          <w:tcPr>
            <w:tcW w:w="1406" w:type="dxa"/>
          </w:tcPr>
          <w:p w14:paraId="3B92B1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170</w:t>
            </w:r>
          </w:p>
        </w:tc>
        <w:tc>
          <w:tcPr>
            <w:tcW w:w="2273" w:type="dxa"/>
          </w:tcPr>
          <w:p w14:paraId="05A357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MCGSPD1</w:t>
            </w:r>
          </w:p>
        </w:tc>
        <w:tc>
          <w:tcPr>
            <w:tcW w:w="5677" w:type="dxa"/>
          </w:tcPr>
          <w:p w14:paraId="666C082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Manual Change Gear of Spindle 1</w:t>
            </w:r>
          </w:p>
        </w:tc>
        <w:tc>
          <w:tcPr>
            <w:tcW w:w="1973" w:type="dxa"/>
          </w:tcPr>
          <w:p w14:paraId="598167E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C6C8B2F" w14:textId="77777777" w:rsidTr="008D5CAD">
        <w:trPr>
          <w:trHeight w:val="20"/>
          <w:jc w:val="center"/>
        </w:trPr>
        <w:tc>
          <w:tcPr>
            <w:tcW w:w="1406" w:type="dxa"/>
          </w:tcPr>
          <w:p w14:paraId="0EC5399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171</w:t>
            </w:r>
          </w:p>
        </w:tc>
        <w:tc>
          <w:tcPr>
            <w:tcW w:w="2273" w:type="dxa"/>
          </w:tcPr>
          <w:p w14:paraId="3F3F35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M19_Servo.ON</w:t>
            </w:r>
          </w:p>
        </w:tc>
        <w:tc>
          <w:tcPr>
            <w:tcW w:w="5677" w:type="dxa"/>
          </w:tcPr>
          <w:p w14:paraId="7707067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第一主軸伺服</w:t>
            </w:r>
            <w:r w:rsidRPr="008D5CAD">
              <w:rPr>
                <w:rFonts w:eastAsia="微軟正黑體" w:cs="微軟正黑體" w:hint="eastAsia"/>
                <w:sz w:val="20"/>
                <w:szCs w:val="20"/>
              </w:rPr>
              <w:t>啟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</w:rPr>
              <w:t>動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Servo on </w:t>
            </w:r>
          </w:p>
        </w:tc>
        <w:tc>
          <w:tcPr>
            <w:tcW w:w="1973" w:type="dxa"/>
          </w:tcPr>
          <w:p w14:paraId="6390287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EC99D4B" w14:textId="77777777" w:rsidTr="008D5CAD">
        <w:trPr>
          <w:trHeight w:val="20"/>
          <w:jc w:val="center"/>
        </w:trPr>
        <w:tc>
          <w:tcPr>
            <w:tcW w:w="1406" w:type="dxa"/>
          </w:tcPr>
          <w:p w14:paraId="5B2467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172</w:t>
            </w:r>
          </w:p>
        </w:tc>
        <w:tc>
          <w:tcPr>
            <w:tcW w:w="2273" w:type="dxa"/>
          </w:tcPr>
          <w:p w14:paraId="1EB232D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M19Command</w:t>
            </w:r>
          </w:p>
        </w:tc>
        <w:tc>
          <w:tcPr>
            <w:tcW w:w="5677" w:type="dxa"/>
          </w:tcPr>
          <w:p w14:paraId="3554ADC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第一主軸開始定位流程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Start flow</w:t>
            </w:r>
          </w:p>
        </w:tc>
        <w:tc>
          <w:tcPr>
            <w:tcW w:w="1973" w:type="dxa"/>
          </w:tcPr>
          <w:p w14:paraId="0C9C99E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E977314" w14:textId="77777777" w:rsidTr="008D5CAD">
        <w:trPr>
          <w:trHeight w:val="20"/>
          <w:jc w:val="center"/>
        </w:trPr>
        <w:tc>
          <w:tcPr>
            <w:tcW w:w="1406" w:type="dxa"/>
          </w:tcPr>
          <w:p w14:paraId="47A426A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173</w:t>
            </w:r>
          </w:p>
        </w:tc>
        <w:tc>
          <w:tcPr>
            <w:tcW w:w="2273" w:type="dxa"/>
          </w:tcPr>
          <w:p w14:paraId="7F6CB25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手動正轉</w:t>
            </w:r>
            <w:proofErr w:type="spellEnd"/>
          </w:p>
        </w:tc>
        <w:tc>
          <w:tcPr>
            <w:tcW w:w="5677" w:type="dxa"/>
          </w:tcPr>
          <w:p w14:paraId="0803426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/>
                <w:sz w:val="20"/>
                <w:szCs w:val="20"/>
                <w:lang w:eastAsia="zh-TW"/>
              </w:rPr>
              <w:t>當輸入為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+-10v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時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正轉訊號</w:t>
            </w:r>
          </w:p>
        </w:tc>
        <w:tc>
          <w:tcPr>
            <w:tcW w:w="1973" w:type="dxa"/>
          </w:tcPr>
          <w:p w14:paraId="001707E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3583DD8" w14:textId="77777777" w:rsidTr="008D5CAD">
        <w:trPr>
          <w:trHeight w:val="20"/>
          <w:jc w:val="center"/>
        </w:trPr>
        <w:tc>
          <w:tcPr>
            <w:tcW w:w="1406" w:type="dxa"/>
          </w:tcPr>
          <w:p w14:paraId="63267C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174</w:t>
            </w:r>
          </w:p>
        </w:tc>
        <w:tc>
          <w:tcPr>
            <w:tcW w:w="2273" w:type="dxa"/>
          </w:tcPr>
          <w:p w14:paraId="567B08F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手動反轉</w:t>
            </w:r>
            <w:proofErr w:type="spellEnd"/>
          </w:p>
        </w:tc>
        <w:tc>
          <w:tcPr>
            <w:tcW w:w="5677" w:type="dxa"/>
          </w:tcPr>
          <w:p w14:paraId="491359B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/>
                <w:sz w:val="20"/>
                <w:szCs w:val="20"/>
                <w:lang w:eastAsia="zh-TW"/>
              </w:rPr>
              <w:t>當輸入為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+-10v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時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反轉訊號</w:t>
            </w:r>
          </w:p>
        </w:tc>
        <w:tc>
          <w:tcPr>
            <w:tcW w:w="1973" w:type="dxa"/>
          </w:tcPr>
          <w:p w14:paraId="0666DD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06A6C30" w14:textId="77777777" w:rsidTr="008D5CAD">
        <w:trPr>
          <w:trHeight w:val="20"/>
          <w:jc w:val="center"/>
        </w:trPr>
        <w:tc>
          <w:tcPr>
            <w:tcW w:w="1406" w:type="dxa"/>
          </w:tcPr>
          <w:p w14:paraId="5B4953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175</w:t>
            </w:r>
          </w:p>
        </w:tc>
        <w:tc>
          <w:tcPr>
            <w:tcW w:w="2273" w:type="dxa"/>
          </w:tcPr>
          <w:p w14:paraId="271BBC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M29_Servo.ON</w:t>
            </w:r>
          </w:p>
        </w:tc>
        <w:tc>
          <w:tcPr>
            <w:tcW w:w="5677" w:type="dxa"/>
          </w:tcPr>
          <w:p w14:paraId="6E2AFEC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第二主軸伺服</w:t>
            </w:r>
            <w:r w:rsidRPr="008D5CAD">
              <w:rPr>
                <w:rFonts w:eastAsia="微軟正黑體" w:cs="微軟正黑體" w:hint="eastAsia"/>
                <w:sz w:val="20"/>
                <w:szCs w:val="20"/>
              </w:rPr>
              <w:t>啟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</w:rPr>
              <w:t>動</w:t>
            </w:r>
            <w:r w:rsidRPr="008D5CAD">
              <w:rPr>
                <w:rFonts w:cs="Arial"/>
                <w:sz w:val="20"/>
                <w:szCs w:val="20"/>
              </w:rPr>
              <w:t>Servo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on  </w:t>
            </w:r>
          </w:p>
        </w:tc>
        <w:tc>
          <w:tcPr>
            <w:tcW w:w="1973" w:type="dxa"/>
          </w:tcPr>
          <w:p w14:paraId="027DD5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A6C15F1" w14:textId="77777777" w:rsidTr="008D5CAD">
        <w:trPr>
          <w:trHeight w:val="20"/>
          <w:jc w:val="center"/>
        </w:trPr>
        <w:tc>
          <w:tcPr>
            <w:tcW w:w="1406" w:type="dxa"/>
          </w:tcPr>
          <w:p w14:paraId="7DC53D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176</w:t>
            </w:r>
          </w:p>
        </w:tc>
        <w:tc>
          <w:tcPr>
            <w:tcW w:w="2273" w:type="dxa"/>
          </w:tcPr>
          <w:p w14:paraId="12E507A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M29Command</w:t>
            </w:r>
          </w:p>
        </w:tc>
        <w:tc>
          <w:tcPr>
            <w:tcW w:w="5677" w:type="dxa"/>
          </w:tcPr>
          <w:p w14:paraId="7762B29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第二主軸開始定位流程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Start flow</w:t>
            </w:r>
          </w:p>
        </w:tc>
        <w:tc>
          <w:tcPr>
            <w:tcW w:w="1973" w:type="dxa"/>
          </w:tcPr>
          <w:p w14:paraId="2069EB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3F28CAA" w14:textId="77777777" w:rsidTr="008D5CAD">
        <w:trPr>
          <w:trHeight w:val="20"/>
          <w:jc w:val="center"/>
        </w:trPr>
        <w:tc>
          <w:tcPr>
            <w:tcW w:w="1406" w:type="dxa"/>
          </w:tcPr>
          <w:p w14:paraId="3F92707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177</w:t>
            </w:r>
          </w:p>
        </w:tc>
        <w:tc>
          <w:tcPr>
            <w:tcW w:w="2273" w:type="dxa"/>
          </w:tcPr>
          <w:p w14:paraId="6FF0EAE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MAIN_DigiSVon</w:t>
            </w:r>
            <w:proofErr w:type="spellEnd"/>
          </w:p>
        </w:tc>
        <w:tc>
          <w:tcPr>
            <w:tcW w:w="5677" w:type="dxa"/>
          </w:tcPr>
          <w:p w14:paraId="08718FA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全數位主軸</w:t>
            </w:r>
            <w:r w:rsidRPr="008D5CAD">
              <w:rPr>
                <w:rFonts w:cs="Arial"/>
                <w:sz w:val="20"/>
                <w:szCs w:val="20"/>
              </w:rPr>
              <w:t>Servo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On</w:t>
            </w:r>
            <w:proofErr w:type="gramEnd"/>
          </w:p>
        </w:tc>
        <w:tc>
          <w:tcPr>
            <w:tcW w:w="1973" w:type="dxa"/>
          </w:tcPr>
          <w:p w14:paraId="07A159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5D9641C" w14:textId="77777777" w:rsidTr="008D5CAD">
        <w:trPr>
          <w:trHeight w:val="20"/>
          <w:jc w:val="center"/>
        </w:trPr>
        <w:tc>
          <w:tcPr>
            <w:tcW w:w="1406" w:type="dxa"/>
          </w:tcPr>
          <w:p w14:paraId="1B0B2C7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178</w:t>
            </w:r>
          </w:p>
        </w:tc>
        <w:tc>
          <w:tcPr>
            <w:tcW w:w="2273" w:type="dxa"/>
          </w:tcPr>
          <w:p w14:paraId="16B517B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MILL_DigiSVon</w:t>
            </w:r>
            <w:proofErr w:type="spellEnd"/>
          </w:p>
        </w:tc>
        <w:tc>
          <w:tcPr>
            <w:tcW w:w="5677" w:type="dxa"/>
          </w:tcPr>
          <w:p w14:paraId="3C5A819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全數位銑削主軸</w:t>
            </w:r>
            <w:r w:rsidRPr="008D5CAD">
              <w:rPr>
                <w:rFonts w:cs="Arial"/>
                <w:sz w:val="20"/>
                <w:szCs w:val="20"/>
              </w:rPr>
              <w:t>Servo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On</w:t>
            </w:r>
            <w:proofErr w:type="gramEnd"/>
          </w:p>
        </w:tc>
        <w:tc>
          <w:tcPr>
            <w:tcW w:w="1973" w:type="dxa"/>
          </w:tcPr>
          <w:p w14:paraId="772A891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ABBB5EE" w14:textId="77777777" w:rsidTr="008D5CAD">
        <w:trPr>
          <w:trHeight w:val="20"/>
          <w:jc w:val="center"/>
        </w:trPr>
        <w:tc>
          <w:tcPr>
            <w:tcW w:w="1406" w:type="dxa"/>
          </w:tcPr>
          <w:p w14:paraId="6FE267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179</w:t>
            </w:r>
          </w:p>
        </w:tc>
        <w:tc>
          <w:tcPr>
            <w:tcW w:w="2273" w:type="dxa"/>
          </w:tcPr>
          <w:p w14:paraId="5BAF57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Dy_BK_ON</w:t>
            </w:r>
            <w:proofErr w:type="spellEnd"/>
          </w:p>
        </w:tc>
        <w:tc>
          <w:tcPr>
            <w:tcW w:w="5677" w:type="dxa"/>
          </w:tcPr>
          <w:p w14:paraId="70BF571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/>
                <w:sz w:val="20"/>
                <w:szCs w:val="20"/>
                <w:lang w:eastAsia="zh-TW"/>
              </w:rPr>
              <w:t>軸向煞車信號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煞車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-&gt;ON)</w:t>
            </w:r>
          </w:p>
        </w:tc>
        <w:tc>
          <w:tcPr>
            <w:tcW w:w="1973" w:type="dxa"/>
          </w:tcPr>
          <w:p w14:paraId="777C685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A572404" w14:textId="77777777" w:rsidTr="008D5CAD">
        <w:trPr>
          <w:trHeight w:val="20"/>
          <w:jc w:val="center"/>
        </w:trPr>
        <w:tc>
          <w:tcPr>
            <w:tcW w:w="1406" w:type="dxa"/>
          </w:tcPr>
          <w:p w14:paraId="0E3F740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180</w:t>
            </w:r>
          </w:p>
        </w:tc>
        <w:tc>
          <w:tcPr>
            <w:tcW w:w="2273" w:type="dxa"/>
          </w:tcPr>
          <w:p w14:paraId="33541C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Mill_Reverse</w:t>
            </w:r>
            <w:proofErr w:type="spellEnd"/>
          </w:p>
        </w:tc>
        <w:tc>
          <w:tcPr>
            <w:tcW w:w="5677" w:type="dxa"/>
          </w:tcPr>
          <w:p w14:paraId="3CC3CAF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銑削軸命令反向</w:t>
            </w:r>
            <w:proofErr w:type="spellEnd"/>
          </w:p>
        </w:tc>
        <w:tc>
          <w:tcPr>
            <w:tcW w:w="1973" w:type="dxa"/>
          </w:tcPr>
          <w:p w14:paraId="3E4EA6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D5731BA" w14:textId="77777777" w:rsidTr="008D5CAD">
        <w:trPr>
          <w:trHeight w:val="20"/>
          <w:jc w:val="center"/>
        </w:trPr>
        <w:tc>
          <w:tcPr>
            <w:tcW w:w="1406" w:type="dxa"/>
          </w:tcPr>
          <w:p w14:paraId="2C0D96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181</w:t>
            </w:r>
          </w:p>
        </w:tc>
        <w:tc>
          <w:tcPr>
            <w:tcW w:w="2273" w:type="dxa"/>
          </w:tcPr>
          <w:p w14:paraId="204B00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>_LOWGR</w:t>
            </w:r>
            <w:proofErr w:type="spellEnd"/>
          </w:p>
        </w:tc>
        <w:tc>
          <w:tcPr>
            <w:tcW w:w="5677" w:type="dxa"/>
          </w:tcPr>
          <w:p w14:paraId="784DDFE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SPINDLE LOW GEAR</w:t>
            </w:r>
          </w:p>
        </w:tc>
        <w:tc>
          <w:tcPr>
            <w:tcW w:w="1973" w:type="dxa"/>
          </w:tcPr>
          <w:p w14:paraId="5E9320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83EAB74" w14:textId="77777777" w:rsidTr="008D5CAD">
        <w:trPr>
          <w:trHeight w:val="20"/>
          <w:jc w:val="center"/>
        </w:trPr>
        <w:tc>
          <w:tcPr>
            <w:tcW w:w="1406" w:type="dxa"/>
          </w:tcPr>
          <w:p w14:paraId="251B8E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182</w:t>
            </w:r>
          </w:p>
        </w:tc>
        <w:tc>
          <w:tcPr>
            <w:tcW w:w="2273" w:type="dxa"/>
          </w:tcPr>
          <w:p w14:paraId="2D3F4D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_MIDGR</w:t>
            </w:r>
          </w:p>
        </w:tc>
        <w:tc>
          <w:tcPr>
            <w:tcW w:w="5677" w:type="dxa"/>
          </w:tcPr>
          <w:p w14:paraId="708B842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SPINDLE MIDDLE GEAR</w:t>
            </w:r>
          </w:p>
        </w:tc>
        <w:tc>
          <w:tcPr>
            <w:tcW w:w="1973" w:type="dxa"/>
          </w:tcPr>
          <w:p w14:paraId="335AAA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F5439B2" w14:textId="77777777" w:rsidTr="008D5CAD">
        <w:trPr>
          <w:trHeight w:val="20"/>
          <w:jc w:val="center"/>
        </w:trPr>
        <w:tc>
          <w:tcPr>
            <w:tcW w:w="1406" w:type="dxa"/>
          </w:tcPr>
          <w:p w14:paraId="574462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183</w:t>
            </w:r>
          </w:p>
        </w:tc>
        <w:tc>
          <w:tcPr>
            <w:tcW w:w="2273" w:type="dxa"/>
          </w:tcPr>
          <w:p w14:paraId="758B33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_3RDGR</w:t>
            </w:r>
          </w:p>
        </w:tc>
        <w:tc>
          <w:tcPr>
            <w:tcW w:w="5677" w:type="dxa"/>
          </w:tcPr>
          <w:p w14:paraId="7844E5A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SPINDLE 3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RD</w:t>
            </w:r>
            <w:r w:rsidRPr="008D5CAD">
              <w:rPr>
                <w:rFonts w:cs="Arial"/>
                <w:sz w:val="20"/>
                <w:szCs w:val="20"/>
              </w:rPr>
              <w:t xml:space="preserve"> GEAR</w:t>
            </w:r>
          </w:p>
        </w:tc>
        <w:tc>
          <w:tcPr>
            <w:tcW w:w="1973" w:type="dxa"/>
          </w:tcPr>
          <w:p w14:paraId="062C5F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500B142" w14:textId="77777777" w:rsidTr="008D5CAD">
        <w:trPr>
          <w:trHeight w:val="20"/>
          <w:jc w:val="center"/>
        </w:trPr>
        <w:tc>
          <w:tcPr>
            <w:tcW w:w="1406" w:type="dxa"/>
          </w:tcPr>
          <w:p w14:paraId="0D364E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184</w:t>
            </w:r>
          </w:p>
        </w:tc>
        <w:tc>
          <w:tcPr>
            <w:tcW w:w="2273" w:type="dxa"/>
          </w:tcPr>
          <w:p w14:paraId="777294B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_HIGHGR</w:t>
            </w:r>
          </w:p>
        </w:tc>
        <w:tc>
          <w:tcPr>
            <w:tcW w:w="5677" w:type="dxa"/>
          </w:tcPr>
          <w:p w14:paraId="01BFBC0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SPINDLE HIGH GEAR</w:t>
            </w:r>
          </w:p>
        </w:tc>
        <w:tc>
          <w:tcPr>
            <w:tcW w:w="1973" w:type="dxa"/>
          </w:tcPr>
          <w:p w14:paraId="339CE4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EF4F9D3" w14:textId="77777777" w:rsidTr="008D5CAD">
        <w:trPr>
          <w:trHeight w:val="20"/>
          <w:jc w:val="center"/>
        </w:trPr>
        <w:tc>
          <w:tcPr>
            <w:tcW w:w="1406" w:type="dxa"/>
          </w:tcPr>
          <w:p w14:paraId="269D061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187</w:t>
            </w:r>
          </w:p>
        </w:tc>
        <w:tc>
          <w:tcPr>
            <w:tcW w:w="2273" w:type="dxa"/>
          </w:tcPr>
          <w:p w14:paraId="70FFADB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MCG</w:t>
            </w: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>SPD</w:t>
            </w:r>
            <w:proofErr w:type="spellEnd"/>
          </w:p>
        </w:tc>
        <w:tc>
          <w:tcPr>
            <w:tcW w:w="5677" w:type="dxa"/>
          </w:tcPr>
          <w:p w14:paraId="1BB948D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Manual Change Gear of </w:t>
            </w: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Spindle </w:t>
            </w:r>
          </w:p>
        </w:tc>
        <w:tc>
          <w:tcPr>
            <w:tcW w:w="1973" w:type="dxa"/>
          </w:tcPr>
          <w:p w14:paraId="2E2CFD0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708C309" w14:textId="77777777" w:rsidTr="008D5CAD">
        <w:trPr>
          <w:trHeight w:val="20"/>
          <w:jc w:val="center"/>
        </w:trPr>
        <w:tc>
          <w:tcPr>
            <w:tcW w:w="1406" w:type="dxa"/>
          </w:tcPr>
          <w:p w14:paraId="6720D12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190</w:t>
            </w:r>
          </w:p>
        </w:tc>
        <w:tc>
          <w:tcPr>
            <w:tcW w:w="2273" w:type="dxa"/>
          </w:tcPr>
          <w:p w14:paraId="71053D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SP_ORI_TC</w:t>
            </w:r>
          </w:p>
        </w:tc>
        <w:tc>
          <w:tcPr>
            <w:tcW w:w="5677" w:type="dxa"/>
          </w:tcPr>
          <w:p w14:paraId="710EB02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 Orientation Tool Change</w:t>
            </w:r>
          </w:p>
        </w:tc>
        <w:tc>
          <w:tcPr>
            <w:tcW w:w="1973" w:type="dxa"/>
          </w:tcPr>
          <w:p w14:paraId="5B87E2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6577C51" w14:textId="77777777" w:rsidTr="008D5CAD">
        <w:trPr>
          <w:trHeight w:val="20"/>
          <w:jc w:val="center"/>
        </w:trPr>
        <w:tc>
          <w:tcPr>
            <w:tcW w:w="1406" w:type="dxa"/>
          </w:tcPr>
          <w:p w14:paraId="762ED9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191</w:t>
            </w:r>
          </w:p>
        </w:tc>
        <w:tc>
          <w:tcPr>
            <w:tcW w:w="2273" w:type="dxa"/>
          </w:tcPr>
          <w:p w14:paraId="7E6599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SP1_JOG</w:t>
            </w:r>
          </w:p>
        </w:tc>
        <w:tc>
          <w:tcPr>
            <w:tcW w:w="5677" w:type="dxa"/>
          </w:tcPr>
          <w:p w14:paraId="1AB55D7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主軸吋動</w:t>
            </w:r>
            <w:proofErr w:type="spellEnd"/>
          </w:p>
        </w:tc>
        <w:tc>
          <w:tcPr>
            <w:tcW w:w="1973" w:type="dxa"/>
          </w:tcPr>
          <w:p w14:paraId="3ACF1B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EA802A7" w14:textId="77777777" w:rsidTr="008D5CAD">
        <w:trPr>
          <w:trHeight w:val="20"/>
          <w:jc w:val="center"/>
        </w:trPr>
        <w:tc>
          <w:tcPr>
            <w:tcW w:w="1406" w:type="dxa"/>
          </w:tcPr>
          <w:p w14:paraId="5549085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193</w:t>
            </w:r>
          </w:p>
        </w:tc>
        <w:tc>
          <w:tcPr>
            <w:tcW w:w="2273" w:type="dxa"/>
          </w:tcPr>
          <w:p w14:paraId="6DD2C8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SP2_JOG</w:t>
            </w:r>
          </w:p>
        </w:tc>
        <w:tc>
          <w:tcPr>
            <w:tcW w:w="5677" w:type="dxa"/>
          </w:tcPr>
          <w:p w14:paraId="4A73109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銑銷軸吋動</w:t>
            </w:r>
            <w:proofErr w:type="spellEnd"/>
          </w:p>
        </w:tc>
        <w:tc>
          <w:tcPr>
            <w:tcW w:w="1973" w:type="dxa"/>
          </w:tcPr>
          <w:p w14:paraId="3B4FC7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D47B587" w14:textId="77777777" w:rsidTr="008D5CAD">
        <w:trPr>
          <w:trHeight w:val="20"/>
          <w:jc w:val="center"/>
        </w:trPr>
        <w:tc>
          <w:tcPr>
            <w:tcW w:w="1406" w:type="dxa"/>
          </w:tcPr>
          <w:p w14:paraId="0E7ABF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195</w:t>
            </w:r>
          </w:p>
        </w:tc>
        <w:tc>
          <w:tcPr>
            <w:tcW w:w="2273" w:type="dxa"/>
          </w:tcPr>
          <w:p w14:paraId="16237E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SP3_JOG</w:t>
            </w:r>
          </w:p>
        </w:tc>
        <w:tc>
          <w:tcPr>
            <w:tcW w:w="5677" w:type="dxa"/>
          </w:tcPr>
          <w:p w14:paraId="6AB1882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副主軸吋動</w:t>
            </w:r>
            <w:proofErr w:type="spellEnd"/>
          </w:p>
        </w:tc>
        <w:tc>
          <w:tcPr>
            <w:tcW w:w="1973" w:type="dxa"/>
          </w:tcPr>
          <w:p w14:paraId="37C0DF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7C389DC" w14:textId="77777777" w:rsidTr="008D5CAD">
        <w:trPr>
          <w:trHeight w:val="20"/>
          <w:jc w:val="center"/>
        </w:trPr>
        <w:tc>
          <w:tcPr>
            <w:tcW w:w="1406" w:type="dxa"/>
          </w:tcPr>
          <w:p w14:paraId="430BFB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200</w:t>
            </w:r>
          </w:p>
        </w:tc>
        <w:tc>
          <w:tcPr>
            <w:tcW w:w="2273" w:type="dxa"/>
          </w:tcPr>
          <w:p w14:paraId="3DCD4F2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SK_ST</w:t>
            </w:r>
          </w:p>
        </w:tc>
        <w:tc>
          <w:tcPr>
            <w:tcW w:w="5677" w:type="dxa"/>
          </w:tcPr>
          <w:p w14:paraId="086255A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Cycle Start Light On</w:t>
            </w:r>
          </w:p>
        </w:tc>
        <w:tc>
          <w:tcPr>
            <w:tcW w:w="1973" w:type="dxa"/>
          </w:tcPr>
          <w:p w14:paraId="3F7C89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EA09B56" w14:textId="77777777" w:rsidTr="008D5CAD">
        <w:trPr>
          <w:trHeight w:val="20"/>
          <w:jc w:val="center"/>
        </w:trPr>
        <w:tc>
          <w:tcPr>
            <w:tcW w:w="1406" w:type="dxa"/>
          </w:tcPr>
          <w:p w14:paraId="138C8B1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201</w:t>
            </w:r>
          </w:p>
        </w:tc>
        <w:tc>
          <w:tcPr>
            <w:tcW w:w="2273" w:type="dxa"/>
          </w:tcPr>
          <w:p w14:paraId="11C01CB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SK_HOLD</w:t>
            </w:r>
          </w:p>
        </w:tc>
        <w:tc>
          <w:tcPr>
            <w:tcW w:w="5677" w:type="dxa"/>
          </w:tcPr>
          <w:p w14:paraId="12195C0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Hold Light On</w:t>
            </w:r>
          </w:p>
        </w:tc>
        <w:tc>
          <w:tcPr>
            <w:tcW w:w="1973" w:type="dxa"/>
          </w:tcPr>
          <w:p w14:paraId="71ECA5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798F718" w14:textId="77777777" w:rsidTr="008D5CAD">
        <w:trPr>
          <w:trHeight w:val="20"/>
          <w:jc w:val="center"/>
        </w:trPr>
        <w:tc>
          <w:tcPr>
            <w:tcW w:w="1406" w:type="dxa"/>
          </w:tcPr>
          <w:p w14:paraId="1273F63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202</w:t>
            </w:r>
          </w:p>
        </w:tc>
        <w:tc>
          <w:tcPr>
            <w:tcW w:w="2273" w:type="dxa"/>
          </w:tcPr>
          <w:p w14:paraId="05B8F91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SK_RESET</w:t>
            </w:r>
          </w:p>
        </w:tc>
        <w:tc>
          <w:tcPr>
            <w:tcW w:w="5677" w:type="dxa"/>
          </w:tcPr>
          <w:p w14:paraId="2437C24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Reset Light On</w:t>
            </w:r>
          </w:p>
        </w:tc>
        <w:tc>
          <w:tcPr>
            <w:tcW w:w="1973" w:type="dxa"/>
          </w:tcPr>
          <w:p w14:paraId="0A2564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2E6782F" w14:textId="77777777" w:rsidTr="008D5CAD">
        <w:trPr>
          <w:trHeight w:val="20"/>
          <w:jc w:val="center"/>
        </w:trPr>
        <w:tc>
          <w:tcPr>
            <w:tcW w:w="1406" w:type="dxa"/>
          </w:tcPr>
          <w:p w14:paraId="224C3FC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203</w:t>
            </w:r>
          </w:p>
        </w:tc>
        <w:tc>
          <w:tcPr>
            <w:tcW w:w="2273" w:type="dxa"/>
          </w:tcPr>
          <w:p w14:paraId="6237193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76CE689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678EF8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8647655" w14:textId="77777777" w:rsidTr="008D5CAD">
        <w:trPr>
          <w:trHeight w:val="20"/>
          <w:jc w:val="center"/>
        </w:trPr>
        <w:tc>
          <w:tcPr>
            <w:tcW w:w="1406" w:type="dxa"/>
          </w:tcPr>
          <w:p w14:paraId="0E9D88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204</w:t>
            </w:r>
          </w:p>
        </w:tc>
        <w:tc>
          <w:tcPr>
            <w:tcW w:w="2273" w:type="dxa"/>
          </w:tcPr>
          <w:p w14:paraId="4C8B7AC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1DF23F6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7176DF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4D8436C" w14:textId="77777777" w:rsidTr="008D5CAD">
        <w:trPr>
          <w:trHeight w:val="20"/>
          <w:jc w:val="center"/>
        </w:trPr>
        <w:tc>
          <w:tcPr>
            <w:tcW w:w="1406" w:type="dxa"/>
            <w:tcBorders>
              <w:bottom w:val="single" w:sz="4" w:space="0" w:color="auto"/>
            </w:tcBorders>
          </w:tcPr>
          <w:p w14:paraId="411CA2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205</w:t>
            </w:r>
          </w:p>
        </w:tc>
        <w:tc>
          <w:tcPr>
            <w:tcW w:w="2273" w:type="dxa"/>
            <w:tcBorders>
              <w:bottom w:val="single" w:sz="4" w:space="0" w:color="auto"/>
            </w:tcBorders>
          </w:tcPr>
          <w:p w14:paraId="02A138E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SK_POWER</w:t>
            </w:r>
          </w:p>
        </w:tc>
        <w:tc>
          <w:tcPr>
            <w:tcW w:w="5677" w:type="dxa"/>
            <w:tcBorders>
              <w:bottom w:val="single" w:sz="4" w:space="0" w:color="auto"/>
            </w:tcBorders>
          </w:tcPr>
          <w:p w14:paraId="7E11B5D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Power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14:paraId="087AA9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81BB973" w14:textId="77777777" w:rsidTr="008D5CAD">
        <w:trPr>
          <w:trHeight w:val="20"/>
          <w:jc w:val="center"/>
        </w:trPr>
        <w:tc>
          <w:tcPr>
            <w:tcW w:w="1406" w:type="dxa"/>
          </w:tcPr>
          <w:p w14:paraId="579F71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206</w:t>
            </w:r>
          </w:p>
        </w:tc>
        <w:tc>
          <w:tcPr>
            <w:tcW w:w="2273" w:type="dxa"/>
          </w:tcPr>
          <w:p w14:paraId="1ACD8CB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SK_LIGHT</w:t>
            </w:r>
          </w:p>
        </w:tc>
        <w:tc>
          <w:tcPr>
            <w:tcW w:w="5677" w:type="dxa"/>
          </w:tcPr>
          <w:p w14:paraId="5A9B8F8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Lighting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CDE52D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D6207C6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</w:tcBorders>
          </w:tcPr>
          <w:p w14:paraId="7AA639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207</w:t>
            </w:r>
          </w:p>
        </w:tc>
        <w:tc>
          <w:tcPr>
            <w:tcW w:w="2273" w:type="dxa"/>
            <w:tcBorders>
              <w:top w:val="single" w:sz="4" w:space="0" w:color="auto"/>
            </w:tcBorders>
          </w:tcPr>
          <w:p w14:paraId="560B3DC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SK_AIR</w:t>
            </w:r>
          </w:p>
        </w:tc>
        <w:tc>
          <w:tcPr>
            <w:tcW w:w="5677" w:type="dxa"/>
            <w:tcBorders>
              <w:top w:val="single" w:sz="4" w:space="0" w:color="auto"/>
            </w:tcBorders>
          </w:tcPr>
          <w:p w14:paraId="084DF53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Air Coolant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</w:tcBorders>
          </w:tcPr>
          <w:p w14:paraId="31C493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E4D4249" w14:textId="77777777" w:rsidTr="008D5CAD">
        <w:trPr>
          <w:trHeight w:val="20"/>
          <w:jc w:val="center"/>
        </w:trPr>
        <w:tc>
          <w:tcPr>
            <w:tcW w:w="1406" w:type="dxa"/>
          </w:tcPr>
          <w:p w14:paraId="14D10C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208</w:t>
            </w:r>
          </w:p>
        </w:tc>
        <w:tc>
          <w:tcPr>
            <w:tcW w:w="2273" w:type="dxa"/>
          </w:tcPr>
          <w:p w14:paraId="32C80F6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SK_SHOWER</w:t>
            </w:r>
          </w:p>
        </w:tc>
        <w:tc>
          <w:tcPr>
            <w:tcW w:w="5677" w:type="dxa"/>
          </w:tcPr>
          <w:p w14:paraId="4003197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Shower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51F3BA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04B0AC9" w14:textId="77777777" w:rsidTr="008D5CAD">
        <w:trPr>
          <w:trHeight w:val="20"/>
          <w:jc w:val="center"/>
        </w:trPr>
        <w:tc>
          <w:tcPr>
            <w:tcW w:w="1406" w:type="dxa"/>
          </w:tcPr>
          <w:p w14:paraId="44F4B04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209</w:t>
            </w:r>
          </w:p>
        </w:tc>
        <w:tc>
          <w:tcPr>
            <w:tcW w:w="2273" w:type="dxa"/>
          </w:tcPr>
          <w:p w14:paraId="7A1B71C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SK_FLUSH</w:t>
            </w:r>
          </w:p>
        </w:tc>
        <w:tc>
          <w:tcPr>
            <w:tcW w:w="5677" w:type="dxa"/>
          </w:tcPr>
          <w:p w14:paraId="09E7CA6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Flushing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C4CFB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0278657" w14:textId="77777777" w:rsidTr="008D5CAD">
        <w:trPr>
          <w:trHeight w:val="20"/>
          <w:jc w:val="center"/>
        </w:trPr>
        <w:tc>
          <w:tcPr>
            <w:tcW w:w="1406" w:type="dxa"/>
          </w:tcPr>
          <w:p w14:paraId="69E9AD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210</w:t>
            </w:r>
          </w:p>
        </w:tc>
        <w:tc>
          <w:tcPr>
            <w:tcW w:w="2273" w:type="dxa"/>
          </w:tcPr>
          <w:p w14:paraId="44A41C0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SK_CTS</w:t>
            </w:r>
          </w:p>
        </w:tc>
        <w:tc>
          <w:tcPr>
            <w:tcW w:w="5677" w:type="dxa"/>
          </w:tcPr>
          <w:p w14:paraId="66D47CE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刀具中心出水</w:t>
            </w:r>
            <w:r w:rsidRPr="008D5CAD">
              <w:rPr>
                <w:sz w:val="20"/>
                <w:szCs w:val="20"/>
              </w:rPr>
              <w:t>Light On(</w:t>
            </w:r>
            <w:proofErr w:type="spellStart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00C993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7B06520" w14:textId="77777777" w:rsidTr="008D5CAD">
        <w:trPr>
          <w:trHeight w:val="20"/>
          <w:jc w:val="center"/>
        </w:trPr>
        <w:tc>
          <w:tcPr>
            <w:tcW w:w="1406" w:type="dxa"/>
          </w:tcPr>
          <w:p w14:paraId="1759A7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211</w:t>
            </w:r>
          </w:p>
        </w:tc>
        <w:tc>
          <w:tcPr>
            <w:tcW w:w="2273" w:type="dxa"/>
          </w:tcPr>
          <w:p w14:paraId="658918E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SK_DOOR</w:t>
            </w:r>
          </w:p>
        </w:tc>
        <w:tc>
          <w:tcPr>
            <w:tcW w:w="5677" w:type="dxa"/>
          </w:tcPr>
          <w:p w14:paraId="578C62E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Door Open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3FBB18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BD9328E" w14:textId="77777777" w:rsidTr="008D5CAD">
        <w:trPr>
          <w:trHeight w:val="20"/>
          <w:jc w:val="center"/>
        </w:trPr>
        <w:tc>
          <w:tcPr>
            <w:tcW w:w="1406" w:type="dxa"/>
          </w:tcPr>
          <w:p w14:paraId="152430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212</w:t>
            </w:r>
          </w:p>
        </w:tc>
        <w:tc>
          <w:tcPr>
            <w:tcW w:w="2273" w:type="dxa"/>
          </w:tcPr>
          <w:p w14:paraId="2853474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SK_SBK</w:t>
            </w:r>
          </w:p>
        </w:tc>
        <w:tc>
          <w:tcPr>
            <w:tcW w:w="5677" w:type="dxa"/>
          </w:tcPr>
          <w:p w14:paraId="1DE1196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Single Block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5F982BE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B67C519" w14:textId="77777777" w:rsidTr="008D5CAD">
        <w:trPr>
          <w:trHeight w:val="20"/>
          <w:jc w:val="center"/>
        </w:trPr>
        <w:tc>
          <w:tcPr>
            <w:tcW w:w="1406" w:type="dxa"/>
          </w:tcPr>
          <w:p w14:paraId="067552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213</w:t>
            </w:r>
          </w:p>
        </w:tc>
        <w:tc>
          <w:tcPr>
            <w:tcW w:w="2273" w:type="dxa"/>
          </w:tcPr>
          <w:p w14:paraId="5DDE1AB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SK_OSP</w:t>
            </w:r>
          </w:p>
        </w:tc>
        <w:tc>
          <w:tcPr>
            <w:tcW w:w="5677" w:type="dxa"/>
          </w:tcPr>
          <w:p w14:paraId="2CB3587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Option Stop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775678D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F805838" w14:textId="77777777" w:rsidTr="008D5CAD">
        <w:trPr>
          <w:trHeight w:val="20"/>
          <w:jc w:val="center"/>
        </w:trPr>
        <w:tc>
          <w:tcPr>
            <w:tcW w:w="1406" w:type="dxa"/>
          </w:tcPr>
          <w:p w14:paraId="670132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214</w:t>
            </w:r>
          </w:p>
        </w:tc>
        <w:tc>
          <w:tcPr>
            <w:tcW w:w="2273" w:type="dxa"/>
          </w:tcPr>
          <w:p w14:paraId="33E8867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SK_BDT</w:t>
            </w:r>
          </w:p>
        </w:tc>
        <w:tc>
          <w:tcPr>
            <w:tcW w:w="5677" w:type="dxa"/>
          </w:tcPr>
          <w:p w14:paraId="7A7A5F5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Option Block Skip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43A943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5723042" w14:textId="77777777" w:rsidTr="008D5CAD">
        <w:trPr>
          <w:trHeight w:val="20"/>
          <w:jc w:val="center"/>
        </w:trPr>
        <w:tc>
          <w:tcPr>
            <w:tcW w:w="1406" w:type="dxa"/>
          </w:tcPr>
          <w:p w14:paraId="09C54E6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215</w:t>
            </w:r>
          </w:p>
        </w:tc>
        <w:tc>
          <w:tcPr>
            <w:tcW w:w="2273" w:type="dxa"/>
          </w:tcPr>
          <w:p w14:paraId="715CF0F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SK_MLK</w:t>
            </w:r>
          </w:p>
        </w:tc>
        <w:tc>
          <w:tcPr>
            <w:tcW w:w="5677" w:type="dxa"/>
          </w:tcPr>
          <w:p w14:paraId="1595657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Machine Lock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F62340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82DAF2F" w14:textId="77777777" w:rsidTr="008D5CAD">
        <w:trPr>
          <w:trHeight w:val="20"/>
          <w:jc w:val="center"/>
        </w:trPr>
        <w:tc>
          <w:tcPr>
            <w:tcW w:w="1406" w:type="dxa"/>
          </w:tcPr>
          <w:p w14:paraId="58B20D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216</w:t>
            </w:r>
          </w:p>
        </w:tc>
        <w:tc>
          <w:tcPr>
            <w:tcW w:w="2273" w:type="dxa"/>
          </w:tcPr>
          <w:p w14:paraId="41B4F4B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SK_Z MLK</w:t>
            </w:r>
          </w:p>
        </w:tc>
        <w:tc>
          <w:tcPr>
            <w:tcW w:w="5677" w:type="dxa"/>
          </w:tcPr>
          <w:p w14:paraId="561D4E6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 w:rsidRPr="008D5CAD">
              <w:rPr>
                <w:sz w:val="20"/>
                <w:szCs w:val="20"/>
              </w:rPr>
              <w:t>Z.Cancel</w:t>
            </w:r>
            <w:proofErr w:type="spellEnd"/>
            <w:proofErr w:type="gramEnd"/>
            <w:r w:rsidRPr="008D5CAD">
              <w:rPr>
                <w:sz w:val="20"/>
                <w:szCs w:val="20"/>
              </w:rPr>
              <w:t xml:space="preserve"> Light On(</w:t>
            </w:r>
            <w:proofErr w:type="spellStart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3D5670A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B6D2566" w14:textId="77777777" w:rsidTr="008D5CAD">
        <w:trPr>
          <w:trHeight w:val="20"/>
          <w:jc w:val="center"/>
        </w:trPr>
        <w:tc>
          <w:tcPr>
            <w:tcW w:w="1406" w:type="dxa"/>
          </w:tcPr>
          <w:p w14:paraId="4BA66E1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217</w:t>
            </w:r>
          </w:p>
        </w:tc>
        <w:tc>
          <w:tcPr>
            <w:tcW w:w="2273" w:type="dxa"/>
          </w:tcPr>
          <w:p w14:paraId="4ADA8E9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SK_MST //</w:t>
            </w:r>
          </w:p>
        </w:tc>
        <w:tc>
          <w:tcPr>
            <w:tcW w:w="5677" w:type="dxa"/>
          </w:tcPr>
          <w:p w14:paraId="3D9E45E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M.S.T Lock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7BED58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CAE2FA8" w14:textId="77777777" w:rsidTr="008D5CAD">
        <w:trPr>
          <w:trHeight w:val="20"/>
          <w:jc w:val="center"/>
        </w:trPr>
        <w:tc>
          <w:tcPr>
            <w:tcW w:w="1406" w:type="dxa"/>
          </w:tcPr>
          <w:p w14:paraId="054093E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218</w:t>
            </w:r>
          </w:p>
        </w:tc>
        <w:tc>
          <w:tcPr>
            <w:tcW w:w="2273" w:type="dxa"/>
          </w:tcPr>
          <w:p w14:paraId="197689D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SK_DRN</w:t>
            </w:r>
          </w:p>
        </w:tc>
        <w:tc>
          <w:tcPr>
            <w:tcW w:w="5677" w:type="dxa"/>
          </w:tcPr>
          <w:p w14:paraId="7393BCA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Dry Run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05BA07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A0D837E" w14:textId="77777777" w:rsidTr="008D5CAD">
        <w:trPr>
          <w:trHeight w:val="20"/>
          <w:jc w:val="center"/>
        </w:trPr>
        <w:tc>
          <w:tcPr>
            <w:tcW w:w="1406" w:type="dxa"/>
          </w:tcPr>
          <w:p w14:paraId="51670C0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219</w:t>
            </w:r>
          </w:p>
        </w:tc>
        <w:tc>
          <w:tcPr>
            <w:tcW w:w="2273" w:type="dxa"/>
          </w:tcPr>
          <w:p w14:paraId="7944899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SK_MPG DRN</w:t>
            </w:r>
          </w:p>
        </w:tc>
        <w:tc>
          <w:tcPr>
            <w:tcW w:w="5677" w:type="dxa"/>
          </w:tcPr>
          <w:p w14:paraId="555FFA3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MPG Dry Run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5E0DFF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5D09A9C" w14:textId="77777777" w:rsidTr="008D5CAD">
        <w:trPr>
          <w:trHeight w:val="20"/>
          <w:jc w:val="center"/>
        </w:trPr>
        <w:tc>
          <w:tcPr>
            <w:tcW w:w="1406" w:type="dxa"/>
          </w:tcPr>
          <w:p w14:paraId="537A52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220</w:t>
            </w:r>
          </w:p>
        </w:tc>
        <w:tc>
          <w:tcPr>
            <w:tcW w:w="2273" w:type="dxa"/>
          </w:tcPr>
          <w:p w14:paraId="16C5E27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SK_ATC</w:t>
            </w:r>
          </w:p>
        </w:tc>
        <w:tc>
          <w:tcPr>
            <w:tcW w:w="5677" w:type="dxa"/>
          </w:tcPr>
          <w:p w14:paraId="408D26E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Tool Change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021B21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5A0AA89" w14:textId="77777777" w:rsidTr="008D5CAD">
        <w:trPr>
          <w:trHeight w:val="20"/>
          <w:jc w:val="center"/>
        </w:trPr>
        <w:tc>
          <w:tcPr>
            <w:tcW w:w="1406" w:type="dxa"/>
          </w:tcPr>
          <w:p w14:paraId="0EC842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221</w:t>
            </w:r>
          </w:p>
        </w:tc>
        <w:tc>
          <w:tcPr>
            <w:tcW w:w="2273" w:type="dxa"/>
          </w:tcPr>
          <w:p w14:paraId="339F40E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SK_ORT</w:t>
            </w:r>
          </w:p>
        </w:tc>
        <w:tc>
          <w:tcPr>
            <w:tcW w:w="5677" w:type="dxa"/>
          </w:tcPr>
          <w:p w14:paraId="7F89396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Spindle Orientation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4E6CF9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9B441F7" w14:textId="77777777" w:rsidTr="008D5CAD">
        <w:trPr>
          <w:trHeight w:val="20"/>
          <w:jc w:val="center"/>
        </w:trPr>
        <w:tc>
          <w:tcPr>
            <w:tcW w:w="1406" w:type="dxa"/>
          </w:tcPr>
          <w:p w14:paraId="3FBB2C8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222</w:t>
            </w:r>
          </w:p>
        </w:tc>
        <w:tc>
          <w:tcPr>
            <w:tcW w:w="2273" w:type="dxa"/>
          </w:tcPr>
          <w:p w14:paraId="0AA7F9F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92CE75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7AB415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AC7F308" w14:textId="77777777" w:rsidTr="008D5CAD">
        <w:trPr>
          <w:trHeight w:val="20"/>
          <w:jc w:val="center"/>
        </w:trPr>
        <w:tc>
          <w:tcPr>
            <w:tcW w:w="1406" w:type="dxa"/>
          </w:tcPr>
          <w:p w14:paraId="435396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223</w:t>
            </w:r>
          </w:p>
        </w:tc>
        <w:tc>
          <w:tcPr>
            <w:tcW w:w="2273" w:type="dxa"/>
          </w:tcPr>
          <w:p w14:paraId="78BF549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F1D72D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7CB3B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8EA9ED7" w14:textId="77777777" w:rsidTr="008D5CAD">
        <w:trPr>
          <w:trHeight w:val="20"/>
          <w:jc w:val="center"/>
        </w:trPr>
        <w:tc>
          <w:tcPr>
            <w:tcW w:w="1406" w:type="dxa"/>
          </w:tcPr>
          <w:p w14:paraId="03C3494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224</w:t>
            </w:r>
          </w:p>
        </w:tc>
        <w:tc>
          <w:tcPr>
            <w:tcW w:w="2273" w:type="dxa"/>
          </w:tcPr>
          <w:p w14:paraId="75DE2A2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704682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2F1C3A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C8D8E89" w14:textId="77777777" w:rsidTr="008D5CAD">
        <w:trPr>
          <w:trHeight w:val="20"/>
          <w:jc w:val="center"/>
        </w:trPr>
        <w:tc>
          <w:tcPr>
            <w:tcW w:w="1406" w:type="dxa"/>
          </w:tcPr>
          <w:p w14:paraId="0BDC93D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225</w:t>
            </w:r>
          </w:p>
        </w:tc>
        <w:tc>
          <w:tcPr>
            <w:tcW w:w="2273" w:type="dxa"/>
          </w:tcPr>
          <w:p w14:paraId="281FA07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05C433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E8B2E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8910074" w14:textId="77777777" w:rsidTr="008D5CAD">
        <w:trPr>
          <w:trHeight w:val="20"/>
          <w:jc w:val="center"/>
        </w:trPr>
        <w:tc>
          <w:tcPr>
            <w:tcW w:w="1406" w:type="dxa"/>
          </w:tcPr>
          <w:p w14:paraId="6DA1F1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226</w:t>
            </w:r>
          </w:p>
        </w:tc>
        <w:tc>
          <w:tcPr>
            <w:tcW w:w="2273" w:type="dxa"/>
          </w:tcPr>
          <w:p w14:paraId="78B0985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29D0F9B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5109305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4166484" w14:textId="77777777" w:rsidTr="008D5CAD">
        <w:trPr>
          <w:trHeight w:val="20"/>
          <w:jc w:val="center"/>
        </w:trPr>
        <w:tc>
          <w:tcPr>
            <w:tcW w:w="1406" w:type="dxa"/>
          </w:tcPr>
          <w:p w14:paraId="1DCB43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227</w:t>
            </w:r>
          </w:p>
        </w:tc>
        <w:tc>
          <w:tcPr>
            <w:tcW w:w="2273" w:type="dxa"/>
          </w:tcPr>
          <w:p w14:paraId="19E850E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075510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2FB1D3C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2AA60B0" w14:textId="77777777" w:rsidTr="008D5CAD">
        <w:trPr>
          <w:trHeight w:val="20"/>
          <w:jc w:val="center"/>
        </w:trPr>
        <w:tc>
          <w:tcPr>
            <w:tcW w:w="1406" w:type="dxa"/>
          </w:tcPr>
          <w:p w14:paraId="7A1AFE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228</w:t>
            </w:r>
          </w:p>
        </w:tc>
        <w:tc>
          <w:tcPr>
            <w:tcW w:w="2273" w:type="dxa"/>
          </w:tcPr>
          <w:p w14:paraId="78A31F5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24F5289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6C22EB5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7E06A2C" w14:textId="77777777" w:rsidTr="008D5CAD">
        <w:trPr>
          <w:trHeight w:val="20"/>
          <w:jc w:val="center"/>
        </w:trPr>
        <w:tc>
          <w:tcPr>
            <w:tcW w:w="1406" w:type="dxa"/>
          </w:tcPr>
          <w:p w14:paraId="2D4C06E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229</w:t>
            </w:r>
          </w:p>
        </w:tc>
        <w:tc>
          <w:tcPr>
            <w:tcW w:w="2273" w:type="dxa"/>
          </w:tcPr>
          <w:p w14:paraId="58B1598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26C578A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0B3416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933744E" w14:textId="77777777" w:rsidTr="008D5CAD">
        <w:trPr>
          <w:trHeight w:val="20"/>
          <w:jc w:val="center"/>
        </w:trPr>
        <w:tc>
          <w:tcPr>
            <w:tcW w:w="1406" w:type="dxa"/>
          </w:tcPr>
          <w:p w14:paraId="775619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230</w:t>
            </w:r>
          </w:p>
        </w:tc>
        <w:tc>
          <w:tcPr>
            <w:tcW w:w="2273" w:type="dxa"/>
          </w:tcPr>
          <w:p w14:paraId="3D29214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DEF274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AC240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7390F56" w14:textId="77777777" w:rsidTr="008D5CAD">
        <w:trPr>
          <w:trHeight w:val="20"/>
          <w:jc w:val="center"/>
        </w:trPr>
        <w:tc>
          <w:tcPr>
            <w:tcW w:w="1406" w:type="dxa"/>
          </w:tcPr>
          <w:p w14:paraId="2601C3A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231</w:t>
            </w:r>
          </w:p>
        </w:tc>
        <w:tc>
          <w:tcPr>
            <w:tcW w:w="2273" w:type="dxa"/>
          </w:tcPr>
          <w:p w14:paraId="2CBCC0E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0413DD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1EDB4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274553F" w14:textId="77777777" w:rsidTr="008D5CAD">
        <w:trPr>
          <w:trHeight w:val="20"/>
          <w:jc w:val="center"/>
        </w:trPr>
        <w:tc>
          <w:tcPr>
            <w:tcW w:w="1406" w:type="dxa"/>
          </w:tcPr>
          <w:p w14:paraId="430E42D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232</w:t>
            </w:r>
          </w:p>
        </w:tc>
        <w:tc>
          <w:tcPr>
            <w:tcW w:w="2273" w:type="dxa"/>
          </w:tcPr>
          <w:p w14:paraId="152606F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SK_FEED 100%</w:t>
            </w:r>
          </w:p>
        </w:tc>
        <w:tc>
          <w:tcPr>
            <w:tcW w:w="5677" w:type="dxa"/>
          </w:tcPr>
          <w:p w14:paraId="6EE6370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Feed Overrate 100%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0D9E6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BB17BAC" w14:textId="77777777" w:rsidTr="008D5CAD">
        <w:trPr>
          <w:trHeight w:val="20"/>
          <w:jc w:val="center"/>
        </w:trPr>
        <w:tc>
          <w:tcPr>
            <w:tcW w:w="1406" w:type="dxa"/>
          </w:tcPr>
          <w:p w14:paraId="13F6FA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233</w:t>
            </w:r>
          </w:p>
        </w:tc>
        <w:tc>
          <w:tcPr>
            <w:tcW w:w="2273" w:type="dxa"/>
          </w:tcPr>
          <w:p w14:paraId="050044B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7658194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2CCFD1D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700CF0A" w14:textId="77777777" w:rsidTr="008D5CAD">
        <w:trPr>
          <w:trHeight w:val="20"/>
          <w:jc w:val="center"/>
        </w:trPr>
        <w:tc>
          <w:tcPr>
            <w:tcW w:w="1406" w:type="dxa"/>
          </w:tcPr>
          <w:p w14:paraId="22E23E2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234</w:t>
            </w:r>
          </w:p>
        </w:tc>
        <w:tc>
          <w:tcPr>
            <w:tcW w:w="2273" w:type="dxa"/>
          </w:tcPr>
          <w:p w14:paraId="5C77B27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7705631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24B6E1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C51B23E" w14:textId="77777777" w:rsidTr="008D5CAD">
        <w:trPr>
          <w:trHeight w:val="20"/>
          <w:jc w:val="center"/>
        </w:trPr>
        <w:tc>
          <w:tcPr>
            <w:tcW w:w="1406" w:type="dxa"/>
          </w:tcPr>
          <w:p w14:paraId="15135F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235</w:t>
            </w:r>
          </w:p>
        </w:tc>
        <w:tc>
          <w:tcPr>
            <w:tcW w:w="2273" w:type="dxa"/>
          </w:tcPr>
          <w:p w14:paraId="2335BDE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SK_RAPID 100%</w:t>
            </w:r>
          </w:p>
        </w:tc>
        <w:tc>
          <w:tcPr>
            <w:tcW w:w="5677" w:type="dxa"/>
          </w:tcPr>
          <w:p w14:paraId="5FC1ED0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Rapid 100%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2DAEF74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A928823" w14:textId="77777777" w:rsidTr="008D5CAD">
        <w:trPr>
          <w:trHeight w:val="20"/>
          <w:jc w:val="center"/>
        </w:trPr>
        <w:tc>
          <w:tcPr>
            <w:tcW w:w="1406" w:type="dxa"/>
            <w:tcBorders>
              <w:bottom w:val="single" w:sz="4" w:space="0" w:color="auto"/>
            </w:tcBorders>
          </w:tcPr>
          <w:p w14:paraId="552FBE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236</w:t>
            </w:r>
          </w:p>
        </w:tc>
        <w:tc>
          <w:tcPr>
            <w:tcW w:w="2273" w:type="dxa"/>
            <w:tcBorders>
              <w:bottom w:val="single" w:sz="4" w:space="0" w:color="auto"/>
            </w:tcBorders>
          </w:tcPr>
          <w:p w14:paraId="23B0F29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  <w:tcBorders>
              <w:bottom w:val="single" w:sz="4" w:space="0" w:color="auto"/>
            </w:tcBorders>
          </w:tcPr>
          <w:p w14:paraId="56585FD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  <w:tcBorders>
              <w:bottom w:val="single" w:sz="4" w:space="0" w:color="auto"/>
            </w:tcBorders>
          </w:tcPr>
          <w:p w14:paraId="176220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76E9441" w14:textId="77777777" w:rsidTr="008D5CAD">
        <w:trPr>
          <w:trHeight w:val="20"/>
          <w:jc w:val="center"/>
        </w:trPr>
        <w:tc>
          <w:tcPr>
            <w:tcW w:w="1406" w:type="dxa"/>
          </w:tcPr>
          <w:p w14:paraId="527D6A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237</w:t>
            </w:r>
          </w:p>
        </w:tc>
        <w:tc>
          <w:tcPr>
            <w:tcW w:w="2273" w:type="dxa"/>
          </w:tcPr>
          <w:p w14:paraId="30751EE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182EF43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5C5A835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57AFBAB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</w:tcBorders>
          </w:tcPr>
          <w:p w14:paraId="083A32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238</w:t>
            </w:r>
          </w:p>
        </w:tc>
        <w:tc>
          <w:tcPr>
            <w:tcW w:w="2273" w:type="dxa"/>
            <w:tcBorders>
              <w:top w:val="single" w:sz="4" w:space="0" w:color="auto"/>
            </w:tcBorders>
          </w:tcPr>
          <w:p w14:paraId="3BB7892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SK_SP 100%</w:t>
            </w:r>
          </w:p>
        </w:tc>
        <w:tc>
          <w:tcPr>
            <w:tcW w:w="5677" w:type="dxa"/>
            <w:tcBorders>
              <w:top w:val="single" w:sz="4" w:space="0" w:color="auto"/>
            </w:tcBorders>
          </w:tcPr>
          <w:p w14:paraId="0B15FA6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Spindle overrate 100%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</w:tcBorders>
          </w:tcPr>
          <w:p w14:paraId="653536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ED359B1" w14:textId="77777777" w:rsidTr="008D5CAD">
        <w:trPr>
          <w:trHeight w:val="20"/>
          <w:jc w:val="center"/>
        </w:trPr>
        <w:tc>
          <w:tcPr>
            <w:tcW w:w="1406" w:type="dxa"/>
          </w:tcPr>
          <w:p w14:paraId="1A15A24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239</w:t>
            </w:r>
          </w:p>
        </w:tc>
        <w:tc>
          <w:tcPr>
            <w:tcW w:w="2273" w:type="dxa"/>
          </w:tcPr>
          <w:p w14:paraId="4AFFE28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SK_MPG*1</w:t>
            </w:r>
          </w:p>
        </w:tc>
        <w:tc>
          <w:tcPr>
            <w:tcW w:w="5677" w:type="dxa"/>
          </w:tcPr>
          <w:p w14:paraId="55A303C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MPG Override X1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69D3D65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3F81EC3" w14:textId="77777777" w:rsidTr="008D5CAD">
        <w:trPr>
          <w:trHeight w:val="20"/>
          <w:jc w:val="center"/>
        </w:trPr>
        <w:tc>
          <w:tcPr>
            <w:tcW w:w="1406" w:type="dxa"/>
          </w:tcPr>
          <w:p w14:paraId="0D24C6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240</w:t>
            </w:r>
          </w:p>
        </w:tc>
        <w:tc>
          <w:tcPr>
            <w:tcW w:w="2273" w:type="dxa"/>
          </w:tcPr>
          <w:p w14:paraId="56CF9A9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SK_MPG*10</w:t>
            </w:r>
          </w:p>
        </w:tc>
        <w:tc>
          <w:tcPr>
            <w:tcW w:w="5677" w:type="dxa"/>
          </w:tcPr>
          <w:p w14:paraId="756AB54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MPG Override X10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9BA1D0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4F1D367" w14:textId="77777777" w:rsidTr="008D5CAD">
        <w:trPr>
          <w:trHeight w:val="20"/>
          <w:jc w:val="center"/>
        </w:trPr>
        <w:tc>
          <w:tcPr>
            <w:tcW w:w="1406" w:type="dxa"/>
          </w:tcPr>
          <w:p w14:paraId="30C0DF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241</w:t>
            </w:r>
          </w:p>
        </w:tc>
        <w:tc>
          <w:tcPr>
            <w:tcW w:w="2273" w:type="dxa"/>
          </w:tcPr>
          <w:p w14:paraId="7248487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SK_MPG*100</w:t>
            </w:r>
          </w:p>
        </w:tc>
        <w:tc>
          <w:tcPr>
            <w:tcW w:w="5677" w:type="dxa"/>
          </w:tcPr>
          <w:p w14:paraId="5A10DE5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MPG Override X100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542E72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BA0E56C" w14:textId="77777777" w:rsidTr="008D5CAD">
        <w:trPr>
          <w:trHeight w:val="20"/>
          <w:jc w:val="center"/>
        </w:trPr>
        <w:tc>
          <w:tcPr>
            <w:tcW w:w="1406" w:type="dxa"/>
          </w:tcPr>
          <w:p w14:paraId="1C47E2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242</w:t>
            </w:r>
          </w:p>
        </w:tc>
        <w:tc>
          <w:tcPr>
            <w:tcW w:w="2273" w:type="dxa"/>
          </w:tcPr>
          <w:p w14:paraId="0CCDBD3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-X</w:t>
            </w:r>
          </w:p>
        </w:tc>
        <w:tc>
          <w:tcPr>
            <w:tcW w:w="5677" w:type="dxa"/>
          </w:tcPr>
          <w:p w14:paraId="4BDFA29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-X Axis Direction</w:t>
            </w:r>
          </w:p>
        </w:tc>
        <w:tc>
          <w:tcPr>
            <w:tcW w:w="1973" w:type="dxa"/>
          </w:tcPr>
          <w:p w14:paraId="5D6D77F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A3EE044" w14:textId="77777777" w:rsidTr="008D5CAD">
        <w:trPr>
          <w:trHeight w:val="20"/>
          <w:jc w:val="center"/>
        </w:trPr>
        <w:tc>
          <w:tcPr>
            <w:tcW w:w="1406" w:type="dxa"/>
          </w:tcPr>
          <w:p w14:paraId="768E49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243</w:t>
            </w:r>
          </w:p>
        </w:tc>
        <w:tc>
          <w:tcPr>
            <w:tcW w:w="2273" w:type="dxa"/>
          </w:tcPr>
          <w:p w14:paraId="4B98829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+X</w:t>
            </w:r>
          </w:p>
        </w:tc>
        <w:tc>
          <w:tcPr>
            <w:tcW w:w="5677" w:type="dxa"/>
          </w:tcPr>
          <w:p w14:paraId="34D650E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+X Axis Direction</w:t>
            </w:r>
          </w:p>
        </w:tc>
        <w:tc>
          <w:tcPr>
            <w:tcW w:w="1973" w:type="dxa"/>
          </w:tcPr>
          <w:p w14:paraId="1CEA0E9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EC0306F" w14:textId="77777777" w:rsidTr="008D5CAD">
        <w:trPr>
          <w:trHeight w:val="20"/>
          <w:jc w:val="center"/>
        </w:trPr>
        <w:tc>
          <w:tcPr>
            <w:tcW w:w="1406" w:type="dxa"/>
          </w:tcPr>
          <w:p w14:paraId="392E84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244</w:t>
            </w:r>
          </w:p>
        </w:tc>
        <w:tc>
          <w:tcPr>
            <w:tcW w:w="2273" w:type="dxa"/>
          </w:tcPr>
          <w:p w14:paraId="48B0DA8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-Y</w:t>
            </w:r>
          </w:p>
        </w:tc>
        <w:tc>
          <w:tcPr>
            <w:tcW w:w="5677" w:type="dxa"/>
          </w:tcPr>
          <w:p w14:paraId="43BBD66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-Y Axis Direction</w:t>
            </w:r>
          </w:p>
        </w:tc>
        <w:tc>
          <w:tcPr>
            <w:tcW w:w="1973" w:type="dxa"/>
          </w:tcPr>
          <w:p w14:paraId="181D7FE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6E5AA25" w14:textId="77777777" w:rsidTr="008D5CAD">
        <w:trPr>
          <w:trHeight w:val="20"/>
          <w:jc w:val="center"/>
        </w:trPr>
        <w:tc>
          <w:tcPr>
            <w:tcW w:w="1406" w:type="dxa"/>
          </w:tcPr>
          <w:p w14:paraId="6E0EED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245</w:t>
            </w:r>
          </w:p>
        </w:tc>
        <w:tc>
          <w:tcPr>
            <w:tcW w:w="2273" w:type="dxa"/>
          </w:tcPr>
          <w:p w14:paraId="4DC0565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+Y</w:t>
            </w:r>
          </w:p>
        </w:tc>
        <w:tc>
          <w:tcPr>
            <w:tcW w:w="5677" w:type="dxa"/>
          </w:tcPr>
          <w:p w14:paraId="66BD41D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+Y Axis Direction</w:t>
            </w:r>
          </w:p>
        </w:tc>
        <w:tc>
          <w:tcPr>
            <w:tcW w:w="1973" w:type="dxa"/>
          </w:tcPr>
          <w:p w14:paraId="0592AC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A39E88A" w14:textId="77777777" w:rsidTr="008D5CAD">
        <w:trPr>
          <w:trHeight w:val="20"/>
          <w:jc w:val="center"/>
        </w:trPr>
        <w:tc>
          <w:tcPr>
            <w:tcW w:w="1406" w:type="dxa"/>
          </w:tcPr>
          <w:p w14:paraId="13BD4A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246</w:t>
            </w:r>
          </w:p>
        </w:tc>
        <w:tc>
          <w:tcPr>
            <w:tcW w:w="2273" w:type="dxa"/>
          </w:tcPr>
          <w:p w14:paraId="5FDCEA2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-Z</w:t>
            </w:r>
          </w:p>
        </w:tc>
        <w:tc>
          <w:tcPr>
            <w:tcW w:w="5677" w:type="dxa"/>
          </w:tcPr>
          <w:p w14:paraId="39108B2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-Z Axis Direction</w:t>
            </w:r>
          </w:p>
        </w:tc>
        <w:tc>
          <w:tcPr>
            <w:tcW w:w="1973" w:type="dxa"/>
          </w:tcPr>
          <w:p w14:paraId="4AB62F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092DDCE" w14:textId="77777777" w:rsidTr="008D5CAD">
        <w:trPr>
          <w:trHeight w:val="20"/>
          <w:jc w:val="center"/>
        </w:trPr>
        <w:tc>
          <w:tcPr>
            <w:tcW w:w="1406" w:type="dxa"/>
          </w:tcPr>
          <w:p w14:paraId="2A9AC5C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247</w:t>
            </w:r>
          </w:p>
        </w:tc>
        <w:tc>
          <w:tcPr>
            <w:tcW w:w="2273" w:type="dxa"/>
          </w:tcPr>
          <w:p w14:paraId="0EA266B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+Z</w:t>
            </w:r>
          </w:p>
        </w:tc>
        <w:tc>
          <w:tcPr>
            <w:tcW w:w="5677" w:type="dxa"/>
          </w:tcPr>
          <w:p w14:paraId="074B6B4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+Z Axis Direction</w:t>
            </w:r>
          </w:p>
        </w:tc>
        <w:tc>
          <w:tcPr>
            <w:tcW w:w="1973" w:type="dxa"/>
          </w:tcPr>
          <w:p w14:paraId="735E37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BB96E30" w14:textId="77777777" w:rsidTr="008D5CAD">
        <w:trPr>
          <w:trHeight w:val="20"/>
          <w:jc w:val="center"/>
        </w:trPr>
        <w:tc>
          <w:tcPr>
            <w:tcW w:w="1406" w:type="dxa"/>
          </w:tcPr>
          <w:p w14:paraId="1D53CF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248</w:t>
            </w:r>
          </w:p>
        </w:tc>
        <w:tc>
          <w:tcPr>
            <w:tcW w:w="2273" w:type="dxa"/>
          </w:tcPr>
          <w:p w14:paraId="3345726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-4</w:t>
            </w:r>
          </w:p>
        </w:tc>
        <w:tc>
          <w:tcPr>
            <w:tcW w:w="5677" w:type="dxa"/>
          </w:tcPr>
          <w:p w14:paraId="0A43ABA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-4 Axis Direction</w:t>
            </w:r>
          </w:p>
        </w:tc>
        <w:tc>
          <w:tcPr>
            <w:tcW w:w="1973" w:type="dxa"/>
          </w:tcPr>
          <w:p w14:paraId="611E1FD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CD523F2" w14:textId="77777777" w:rsidTr="008D5CAD">
        <w:trPr>
          <w:trHeight w:val="20"/>
          <w:jc w:val="center"/>
        </w:trPr>
        <w:tc>
          <w:tcPr>
            <w:tcW w:w="1406" w:type="dxa"/>
          </w:tcPr>
          <w:p w14:paraId="73C5043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249</w:t>
            </w:r>
          </w:p>
        </w:tc>
        <w:tc>
          <w:tcPr>
            <w:tcW w:w="2273" w:type="dxa"/>
          </w:tcPr>
          <w:p w14:paraId="683EED6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+4</w:t>
            </w:r>
          </w:p>
        </w:tc>
        <w:tc>
          <w:tcPr>
            <w:tcW w:w="5677" w:type="dxa"/>
          </w:tcPr>
          <w:p w14:paraId="51271A6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+4 Axis Direction</w:t>
            </w:r>
          </w:p>
        </w:tc>
        <w:tc>
          <w:tcPr>
            <w:tcW w:w="1973" w:type="dxa"/>
          </w:tcPr>
          <w:p w14:paraId="642DD1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1EAEFCF" w14:textId="77777777" w:rsidTr="008D5CAD">
        <w:trPr>
          <w:trHeight w:val="20"/>
          <w:jc w:val="center"/>
        </w:trPr>
        <w:tc>
          <w:tcPr>
            <w:tcW w:w="1406" w:type="dxa"/>
          </w:tcPr>
          <w:p w14:paraId="27D0C9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250</w:t>
            </w:r>
          </w:p>
        </w:tc>
        <w:tc>
          <w:tcPr>
            <w:tcW w:w="2273" w:type="dxa"/>
          </w:tcPr>
          <w:p w14:paraId="0FC6F59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-5</w:t>
            </w:r>
          </w:p>
        </w:tc>
        <w:tc>
          <w:tcPr>
            <w:tcW w:w="5677" w:type="dxa"/>
          </w:tcPr>
          <w:p w14:paraId="5EC7CC2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-5 Axis Direction</w:t>
            </w:r>
          </w:p>
        </w:tc>
        <w:tc>
          <w:tcPr>
            <w:tcW w:w="1973" w:type="dxa"/>
          </w:tcPr>
          <w:p w14:paraId="31EF3C5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D16A5B7" w14:textId="77777777" w:rsidTr="008D5CAD">
        <w:trPr>
          <w:trHeight w:val="20"/>
          <w:jc w:val="center"/>
        </w:trPr>
        <w:tc>
          <w:tcPr>
            <w:tcW w:w="1406" w:type="dxa"/>
          </w:tcPr>
          <w:p w14:paraId="6CFEAA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251</w:t>
            </w:r>
          </w:p>
        </w:tc>
        <w:tc>
          <w:tcPr>
            <w:tcW w:w="2273" w:type="dxa"/>
          </w:tcPr>
          <w:p w14:paraId="00F2C77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+5</w:t>
            </w:r>
          </w:p>
        </w:tc>
        <w:tc>
          <w:tcPr>
            <w:tcW w:w="5677" w:type="dxa"/>
          </w:tcPr>
          <w:p w14:paraId="7CDAD70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+5 Axis Direction</w:t>
            </w:r>
          </w:p>
        </w:tc>
        <w:tc>
          <w:tcPr>
            <w:tcW w:w="1973" w:type="dxa"/>
          </w:tcPr>
          <w:p w14:paraId="727712B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18F35D4" w14:textId="77777777" w:rsidTr="008D5CAD">
        <w:trPr>
          <w:trHeight w:val="20"/>
          <w:jc w:val="center"/>
        </w:trPr>
        <w:tc>
          <w:tcPr>
            <w:tcW w:w="1406" w:type="dxa"/>
          </w:tcPr>
          <w:p w14:paraId="48E03B3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252</w:t>
            </w:r>
          </w:p>
        </w:tc>
        <w:tc>
          <w:tcPr>
            <w:tcW w:w="2273" w:type="dxa"/>
          </w:tcPr>
          <w:p w14:paraId="5D4C8FB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D33089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9DCAA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3B630D7" w14:textId="77777777" w:rsidTr="008D5CAD">
        <w:trPr>
          <w:trHeight w:val="20"/>
          <w:jc w:val="center"/>
        </w:trPr>
        <w:tc>
          <w:tcPr>
            <w:tcW w:w="1406" w:type="dxa"/>
          </w:tcPr>
          <w:p w14:paraId="1E10FB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253</w:t>
            </w:r>
          </w:p>
        </w:tc>
        <w:tc>
          <w:tcPr>
            <w:tcW w:w="2273" w:type="dxa"/>
          </w:tcPr>
          <w:p w14:paraId="0C7C177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F9BE4E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6AA840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05366C8" w14:textId="77777777" w:rsidTr="008D5CAD">
        <w:trPr>
          <w:trHeight w:val="20"/>
          <w:jc w:val="center"/>
        </w:trPr>
        <w:tc>
          <w:tcPr>
            <w:tcW w:w="1406" w:type="dxa"/>
          </w:tcPr>
          <w:p w14:paraId="0F7C94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254</w:t>
            </w:r>
          </w:p>
        </w:tc>
        <w:tc>
          <w:tcPr>
            <w:tcW w:w="2273" w:type="dxa"/>
          </w:tcPr>
          <w:p w14:paraId="395AD28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C4AD2C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D8487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4E58DD1" w14:textId="77777777" w:rsidTr="008D5CAD">
        <w:trPr>
          <w:trHeight w:val="20"/>
          <w:jc w:val="center"/>
        </w:trPr>
        <w:tc>
          <w:tcPr>
            <w:tcW w:w="1406" w:type="dxa"/>
          </w:tcPr>
          <w:p w14:paraId="0A9ACA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255</w:t>
            </w:r>
          </w:p>
        </w:tc>
        <w:tc>
          <w:tcPr>
            <w:tcW w:w="2273" w:type="dxa"/>
          </w:tcPr>
          <w:p w14:paraId="6F647F2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7D70092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E1D4B7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A02C833" w14:textId="77777777" w:rsidTr="008D5CAD">
        <w:trPr>
          <w:trHeight w:val="20"/>
          <w:jc w:val="center"/>
        </w:trPr>
        <w:tc>
          <w:tcPr>
            <w:tcW w:w="1406" w:type="dxa"/>
          </w:tcPr>
          <w:p w14:paraId="057E667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256</w:t>
            </w:r>
          </w:p>
        </w:tc>
        <w:tc>
          <w:tcPr>
            <w:tcW w:w="2273" w:type="dxa"/>
          </w:tcPr>
          <w:p w14:paraId="5D2EA1E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105E23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39C5881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CD82730" w14:textId="77777777" w:rsidTr="008D5CAD">
        <w:trPr>
          <w:trHeight w:val="20"/>
          <w:jc w:val="center"/>
        </w:trPr>
        <w:tc>
          <w:tcPr>
            <w:tcW w:w="1406" w:type="dxa"/>
          </w:tcPr>
          <w:p w14:paraId="07C731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257</w:t>
            </w:r>
          </w:p>
        </w:tc>
        <w:tc>
          <w:tcPr>
            <w:tcW w:w="2273" w:type="dxa"/>
          </w:tcPr>
          <w:p w14:paraId="7FBB62E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2CF76B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7C0A29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BEBC0A8" w14:textId="77777777" w:rsidTr="008D5CAD">
        <w:trPr>
          <w:trHeight w:val="20"/>
          <w:jc w:val="center"/>
        </w:trPr>
        <w:tc>
          <w:tcPr>
            <w:tcW w:w="1406" w:type="dxa"/>
          </w:tcPr>
          <w:p w14:paraId="7B6414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258</w:t>
            </w:r>
          </w:p>
        </w:tc>
        <w:tc>
          <w:tcPr>
            <w:tcW w:w="2273" w:type="dxa"/>
          </w:tcPr>
          <w:p w14:paraId="496FCDE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13B9F3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756E7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D9E5062" w14:textId="77777777" w:rsidTr="008D5CAD">
        <w:trPr>
          <w:trHeight w:val="20"/>
          <w:jc w:val="center"/>
        </w:trPr>
        <w:tc>
          <w:tcPr>
            <w:tcW w:w="1406" w:type="dxa"/>
          </w:tcPr>
          <w:p w14:paraId="4E4AD7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259</w:t>
            </w:r>
          </w:p>
        </w:tc>
        <w:tc>
          <w:tcPr>
            <w:tcW w:w="2273" w:type="dxa"/>
          </w:tcPr>
          <w:p w14:paraId="28376E1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7187BEC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7FAF92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C5176E7" w14:textId="77777777" w:rsidTr="008D5CAD">
        <w:trPr>
          <w:trHeight w:val="20"/>
          <w:jc w:val="center"/>
        </w:trPr>
        <w:tc>
          <w:tcPr>
            <w:tcW w:w="1406" w:type="dxa"/>
          </w:tcPr>
          <w:p w14:paraId="0D7E77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260</w:t>
            </w:r>
          </w:p>
        </w:tc>
        <w:tc>
          <w:tcPr>
            <w:tcW w:w="2273" w:type="dxa"/>
          </w:tcPr>
          <w:p w14:paraId="47C3CFE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3E0C50C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798487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735127D" w14:textId="77777777" w:rsidTr="008D5CAD">
        <w:trPr>
          <w:trHeight w:val="20"/>
          <w:jc w:val="center"/>
        </w:trPr>
        <w:tc>
          <w:tcPr>
            <w:tcW w:w="1406" w:type="dxa"/>
          </w:tcPr>
          <w:p w14:paraId="0C4B62C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261</w:t>
            </w:r>
          </w:p>
        </w:tc>
        <w:tc>
          <w:tcPr>
            <w:tcW w:w="2273" w:type="dxa"/>
          </w:tcPr>
          <w:p w14:paraId="4319EEB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4E7F50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61B065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46A44ED" w14:textId="77777777" w:rsidTr="008D5CAD">
        <w:trPr>
          <w:trHeight w:val="20"/>
          <w:jc w:val="center"/>
        </w:trPr>
        <w:tc>
          <w:tcPr>
            <w:tcW w:w="1406" w:type="dxa"/>
          </w:tcPr>
          <w:p w14:paraId="5A1322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262</w:t>
            </w:r>
          </w:p>
        </w:tc>
        <w:tc>
          <w:tcPr>
            <w:tcW w:w="2273" w:type="dxa"/>
          </w:tcPr>
          <w:p w14:paraId="2B26E5F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E515D1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626D41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D4154CB" w14:textId="77777777" w:rsidTr="008D5CAD">
        <w:trPr>
          <w:trHeight w:val="20"/>
          <w:jc w:val="center"/>
        </w:trPr>
        <w:tc>
          <w:tcPr>
            <w:tcW w:w="1406" w:type="dxa"/>
          </w:tcPr>
          <w:p w14:paraId="4BE2E8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263</w:t>
            </w:r>
          </w:p>
        </w:tc>
        <w:tc>
          <w:tcPr>
            <w:tcW w:w="2273" w:type="dxa"/>
          </w:tcPr>
          <w:p w14:paraId="5B0F9C9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0F7901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3460B6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7B24A42" w14:textId="77777777" w:rsidTr="008D5CAD">
        <w:trPr>
          <w:trHeight w:val="20"/>
          <w:jc w:val="center"/>
        </w:trPr>
        <w:tc>
          <w:tcPr>
            <w:tcW w:w="1406" w:type="dxa"/>
          </w:tcPr>
          <w:p w14:paraId="4E5EE5D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264</w:t>
            </w:r>
          </w:p>
        </w:tc>
        <w:tc>
          <w:tcPr>
            <w:tcW w:w="2273" w:type="dxa"/>
          </w:tcPr>
          <w:p w14:paraId="29A5707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4AD8072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5C983E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BC004DE" w14:textId="77777777" w:rsidTr="008D5CAD">
        <w:trPr>
          <w:trHeight w:val="20"/>
          <w:jc w:val="center"/>
        </w:trPr>
        <w:tc>
          <w:tcPr>
            <w:tcW w:w="1406" w:type="dxa"/>
          </w:tcPr>
          <w:p w14:paraId="6DD7A9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265</w:t>
            </w:r>
          </w:p>
        </w:tc>
        <w:tc>
          <w:tcPr>
            <w:tcW w:w="2273" w:type="dxa"/>
          </w:tcPr>
          <w:p w14:paraId="057F569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1289F9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E7E3B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90C8DBC" w14:textId="77777777" w:rsidTr="008D5CAD">
        <w:trPr>
          <w:trHeight w:val="20"/>
          <w:jc w:val="center"/>
        </w:trPr>
        <w:tc>
          <w:tcPr>
            <w:tcW w:w="1406" w:type="dxa"/>
          </w:tcPr>
          <w:p w14:paraId="308779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266</w:t>
            </w:r>
          </w:p>
        </w:tc>
        <w:tc>
          <w:tcPr>
            <w:tcW w:w="2273" w:type="dxa"/>
          </w:tcPr>
          <w:p w14:paraId="585871B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40E8F0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D9285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87804FD" w14:textId="77777777" w:rsidTr="008D5CAD">
        <w:trPr>
          <w:trHeight w:val="20"/>
          <w:jc w:val="center"/>
        </w:trPr>
        <w:tc>
          <w:tcPr>
            <w:tcW w:w="1406" w:type="dxa"/>
          </w:tcPr>
          <w:p w14:paraId="41A60C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267</w:t>
            </w:r>
          </w:p>
        </w:tc>
        <w:tc>
          <w:tcPr>
            <w:tcW w:w="2273" w:type="dxa"/>
          </w:tcPr>
          <w:p w14:paraId="1A2B6B7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EC646D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679775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9D8E0E1" w14:textId="77777777" w:rsidTr="008D5CAD">
        <w:trPr>
          <w:trHeight w:val="20"/>
          <w:jc w:val="center"/>
        </w:trPr>
        <w:tc>
          <w:tcPr>
            <w:tcW w:w="1406" w:type="dxa"/>
          </w:tcPr>
          <w:p w14:paraId="6F6421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268</w:t>
            </w:r>
          </w:p>
        </w:tc>
        <w:tc>
          <w:tcPr>
            <w:tcW w:w="2273" w:type="dxa"/>
          </w:tcPr>
          <w:p w14:paraId="6F57797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9DC27A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5DE9B53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6311602" w14:textId="77777777" w:rsidTr="008D5CAD">
        <w:trPr>
          <w:trHeight w:val="20"/>
          <w:jc w:val="center"/>
        </w:trPr>
        <w:tc>
          <w:tcPr>
            <w:tcW w:w="1406" w:type="dxa"/>
          </w:tcPr>
          <w:p w14:paraId="40380DE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269</w:t>
            </w:r>
          </w:p>
        </w:tc>
        <w:tc>
          <w:tcPr>
            <w:tcW w:w="2273" w:type="dxa"/>
          </w:tcPr>
          <w:p w14:paraId="417A1B8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047FD8C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37AB00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7C715A6" w14:textId="77777777" w:rsidTr="008D5CAD">
        <w:trPr>
          <w:trHeight w:val="20"/>
          <w:jc w:val="center"/>
        </w:trPr>
        <w:tc>
          <w:tcPr>
            <w:tcW w:w="1406" w:type="dxa"/>
          </w:tcPr>
          <w:p w14:paraId="142615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270</w:t>
            </w:r>
          </w:p>
        </w:tc>
        <w:tc>
          <w:tcPr>
            <w:tcW w:w="2273" w:type="dxa"/>
          </w:tcPr>
          <w:p w14:paraId="14199A1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3538FF7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66ADE2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F230898" w14:textId="77777777" w:rsidTr="008D5CAD">
        <w:trPr>
          <w:trHeight w:val="20"/>
          <w:jc w:val="center"/>
        </w:trPr>
        <w:tc>
          <w:tcPr>
            <w:tcW w:w="1406" w:type="dxa"/>
          </w:tcPr>
          <w:p w14:paraId="6B9648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271</w:t>
            </w:r>
          </w:p>
        </w:tc>
        <w:tc>
          <w:tcPr>
            <w:tcW w:w="2273" w:type="dxa"/>
          </w:tcPr>
          <w:p w14:paraId="7F760BA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6EAA80C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1E1A39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2B1E70E" w14:textId="77777777" w:rsidTr="008D5CAD">
        <w:trPr>
          <w:trHeight w:val="20"/>
          <w:jc w:val="center"/>
        </w:trPr>
        <w:tc>
          <w:tcPr>
            <w:tcW w:w="1406" w:type="dxa"/>
          </w:tcPr>
          <w:p w14:paraId="2E0DA7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272</w:t>
            </w:r>
          </w:p>
        </w:tc>
        <w:tc>
          <w:tcPr>
            <w:tcW w:w="2273" w:type="dxa"/>
          </w:tcPr>
          <w:p w14:paraId="5CD6422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22B4AE5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890B66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A49ABF8" w14:textId="77777777" w:rsidTr="008D5CAD">
        <w:trPr>
          <w:trHeight w:val="20"/>
          <w:jc w:val="center"/>
        </w:trPr>
        <w:tc>
          <w:tcPr>
            <w:tcW w:w="1406" w:type="dxa"/>
          </w:tcPr>
          <w:p w14:paraId="6DF9DDE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273</w:t>
            </w:r>
          </w:p>
        </w:tc>
        <w:tc>
          <w:tcPr>
            <w:tcW w:w="2273" w:type="dxa"/>
          </w:tcPr>
          <w:p w14:paraId="25C39EC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CAEC51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37CC78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2F2C353" w14:textId="77777777" w:rsidTr="008D5CAD">
        <w:trPr>
          <w:trHeight w:val="20"/>
          <w:jc w:val="center"/>
        </w:trPr>
        <w:tc>
          <w:tcPr>
            <w:tcW w:w="1406" w:type="dxa"/>
          </w:tcPr>
          <w:p w14:paraId="375715D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274</w:t>
            </w:r>
          </w:p>
        </w:tc>
        <w:tc>
          <w:tcPr>
            <w:tcW w:w="2273" w:type="dxa"/>
          </w:tcPr>
          <w:p w14:paraId="22ECF32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77380AA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3BFDCEC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012C716" w14:textId="77777777" w:rsidTr="008D5CAD">
        <w:trPr>
          <w:trHeight w:val="20"/>
          <w:jc w:val="center"/>
        </w:trPr>
        <w:tc>
          <w:tcPr>
            <w:tcW w:w="1406" w:type="dxa"/>
          </w:tcPr>
          <w:p w14:paraId="063BF3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275</w:t>
            </w:r>
          </w:p>
        </w:tc>
        <w:tc>
          <w:tcPr>
            <w:tcW w:w="2273" w:type="dxa"/>
          </w:tcPr>
          <w:p w14:paraId="44F9B07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39F2E6A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368825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E516C21" w14:textId="77777777" w:rsidTr="008D5CAD">
        <w:trPr>
          <w:trHeight w:val="20"/>
          <w:jc w:val="center"/>
        </w:trPr>
        <w:tc>
          <w:tcPr>
            <w:tcW w:w="1406" w:type="dxa"/>
          </w:tcPr>
          <w:p w14:paraId="0B6C63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276</w:t>
            </w:r>
          </w:p>
        </w:tc>
        <w:tc>
          <w:tcPr>
            <w:tcW w:w="2273" w:type="dxa"/>
          </w:tcPr>
          <w:p w14:paraId="5843034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1DE23FE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BBAF4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34982E8" w14:textId="77777777" w:rsidTr="008D5CAD">
        <w:trPr>
          <w:trHeight w:val="20"/>
          <w:jc w:val="center"/>
        </w:trPr>
        <w:tc>
          <w:tcPr>
            <w:tcW w:w="1406" w:type="dxa"/>
          </w:tcPr>
          <w:p w14:paraId="34ADE2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277</w:t>
            </w:r>
          </w:p>
        </w:tc>
        <w:tc>
          <w:tcPr>
            <w:tcW w:w="2273" w:type="dxa"/>
          </w:tcPr>
          <w:p w14:paraId="0DCF027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99EFB1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3140D2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AFF2D36" w14:textId="77777777" w:rsidTr="008D5CAD">
        <w:trPr>
          <w:trHeight w:val="20"/>
          <w:jc w:val="center"/>
        </w:trPr>
        <w:tc>
          <w:tcPr>
            <w:tcW w:w="1406" w:type="dxa"/>
          </w:tcPr>
          <w:p w14:paraId="662FF4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278</w:t>
            </w:r>
          </w:p>
        </w:tc>
        <w:tc>
          <w:tcPr>
            <w:tcW w:w="2273" w:type="dxa"/>
          </w:tcPr>
          <w:p w14:paraId="58B5FEA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58F6B33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0B4541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228339E" w14:textId="77777777" w:rsidTr="008D5CAD">
        <w:trPr>
          <w:trHeight w:val="20"/>
          <w:jc w:val="center"/>
        </w:trPr>
        <w:tc>
          <w:tcPr>
            <w:tcW w:w="1406" w:type="dxa"/>
          </w:tcPr>
          <w:p w14:paraId="2A7664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279</w:t>
            </w:r>
          </w:p>
        </w:tc>
        <w:tc>
          <w:tcPr>
            <w:tcW w:w="2273" w:type="dxa"/>
          </w:tcPr>
          <w:p w14:paraId="1AEA500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677" w:type="dxa"/>
          </w:tcPr>
          <w:p w14:paraId="2A0CBA3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550A7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DDD3832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double" w:sz="4" w:space="0" w:color="auto"/>
            </w:tcBorders>
          </w:tcPr>
          <w:p w14:paraId="1B5108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280</w:t>
            </w:r>
          </w:p>
        </w:tc>
        <w:tc>
          <w:tcPr>
            <w:tcW w:w="2273" w:type="dxa"/>
            <w:tcBorders>
              <w:top w:val="double" w:sz="4" w:space="0" w:color="auto"/>
            </w:tcBorders>
          </w:tcPr>
          <w:p w14:paraId="0EC7556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SK_SP_CW</w:t>
            </w:r>
          </w:p>
        </w:tc>
        <w:tc>
          <w:tcPr>
            <w:tcW w:w="5677" w:type="dxa"/>
            <w:tcBorders>
              <w:top w:val="double" w:sz="4" w:space="0" w:color="auto"/>
            </w:tcBorders>
          </w:tcPr>
          <w:p w14:paraId="102427D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Spindle Forward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  <w:tcBorders>
              <w:top w:val="double" w:sz="4" w:space="0" w:color="auto"/>
            </w:tcBorders>
          </w:tcPr>
          <w:p w14:paraId="5619FBC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6FC6548" w14:textId="77777777" w:rsidTr="008D5CAD">
        <w:trPr>
          <w:trHeight w:val="20"/>
          <w:jc w:val="center"/>
        </w:trPr>
        <w:tc>
          <w:tcPr>
            <w:tcW w:w="1406" w:type="dxa"/>
          </w:tcPr>
          <w:p w14:paraId="6AC198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281</w:t>
            </w:r>
          </w:p>
        </w:tc>
        <w:tc>
          <w:tcPr>
            <w:tcW w:w="2273" w:type="dxa"/>
          </w:tcPr>
          <w:p w14:paraId="200070C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SK_SP_STP</w:t>
            </w:r>
          </w:p>
        </w:tc>
        <w:tc>
          <w:tcPr>
            <w:tcW w:w="5677" w:type="dxa"/>
          </w:tcPr>
          <w:p w14:paraId="4BF32F1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Spindle Stop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4B62C3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9884368" w14:textId="77777777" w:rsidTr="008D5CAD">
        <w:trPr>
          <w:trHeight w:val="20"/>
          <w:jc w:val="center"/>
        </w:trPr>
        <w:tc>
          <w:tcPr>
            <w:tcW w:w="1406" w:type="dxa"/>
          </w:tcPr>
          <w:p w14:paraId="3BC64E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282</w:t>
            </w:r>
          </w:p>
        </w:tc>
        <w:tc>
          <w:tcPr>
            <w:tcW w:w="2273" w:type="dxa"/>
          </w:tcPr>
          <w:p w14:paraId="41BA97B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SK_SP_CCW</w:t>
            </w:r>
          </w:p>
        </w:tc>
        <w:tc>
          <w:tcPr>
            <w:tcW w:w="5677" w:type="dxa"/>
          </w:tcPr>
          <w:p w14:paraId="2E5A25B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Spindle Reverse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53658AB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EF2FDCB" w14:textId="77777777" w:rsidTr="008D5CAD">
        <w:trPr>
          <w:trHeight w:val="20"/>
          <w:jc w:val="center"/>
        </w:trPr>
        <w:tc>
          <w:tcPr>
            <w:tcW w:w="1406" w:type="dxa"/>
          </w:tcPr>
          <w:p w14:paraId="7B8EE9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283</w:t>
            </w:r>
          </w:p>
        </w:tc>
        <w:tc>
          <w:tcPr>
            <w:tcW w:w="2273" w:type="dxa"/>
          </w:tcPr>
          <w:p w14:paraId="349977B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SK_ATC CW</w:t>
            </w:r>
          </w:p>
        </w:tc>
        <w:tc>
          <w:tcPr>
            <w:tcW w:w="5677" w:type="dxa"/>
          </w:tcPr>
          <w:p w14:paraId="7E9225E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ATC motor </w:t>
            </w:r>
            <w:proofErr w:type="spellStart"/>
            <w:r w:rsidRPr="008D5CAD">
              <w:rPr>
                <w:sz w:val="20"/>
                <w:szCs w:val="20"/>
              </w:rPr>
              <w:t>cw</w:t>
            </w:r>
            <w:proofErr w:type="spellEnd"/>
            <w:r w:rsidRPr="008D5CAD">
              <w:rPr>
                <w:sz w:val="20"/>
                <w:szCs w:val="20"/>
              </w:rPr>
              <w:t xml:space="preserve">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47C516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BD4910F" w14:textId="77777777" w:rsidTr="008D5CAD">
        <w:trPr>
          <w:trHeight w:val="20"/>
          <w:jc w:val="center"/>
        </w:trPr>
        <w:tc>
          <w:tcPr>
            <w:tcW w:w="1406" w:type="dxa"/>
          </w:tcPr>
          <w:p w14:paraId="7AFF5A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284</w:t>
            </w:r>
          </w:p>
        </w:tc>
        <w:tc>
          <w:tcPr>
            <w:tcW w:w="2273" w:type="dxa"/>
          </w:tcPr>
          <w:p w14:paraId="3142566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SK_ATC CCW</w:t>
            </w:r>
          </w:p>
        </w:tc>
        <w:tc>
          <w:tcPr>
            <w:tcW w:w="5677" w:type="dxa"/>
          </w:tcPr>
          <w:p w14:paraId="58F96C4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ATC motor </w:t>
            </w:r>
            <w:proofErr w:type="spellStart"/>
            <w:r w:rsidRPr="008D5CAD">
              <w:rPr>
                <w:sz w:val="20"/>
                <w:szCs w:val="20"/>
              </w:rPr>
              <w:t>ccw</w:t>
            </w:r>
            <w:proofErr w:type="spellEnd"/>
            <w:r w:rsidRPr="008D5CAD">
              <w:rPr>
                <w:sz w:val="20"/>
                <w:szCs w:val="20"/>
              </w:rPr>
              <w:t xml:space="preserve">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73BBEF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6CDA09E" w14:textId="77777777" w:rsidTr="008D5CAD">
        <w:trPr>
          <w:trHeight w:val="20"/>
          <w:jc w:val="center"/>
        </w:trPr>
        <w:tc>
          <w:tcPr>
            <w:tcW w:w="1406" w:type="dxa"/>
          </w:tcPr>
          <w:p w14:paraId="74CDA6F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285</w:t>
            </w:r>
          </w:p>
        </w:tc>
        <w:tc>
          <w:tcPr>
            <w:tcW w:w="2273" w:type="dxa"/>
          </w:tcPr>
          <w:p w14:paraId="108B4C9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SK_CHIP</w:t>
            </w:r>
          </w:p>
          <w:p w14:paraId="4B06F8A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ON</w:t>
            </w:r>
          </w:p>
        </w:tc>
        <w:tc>
          <w:tcPr>
            <w:tcW w:w="5677" w:type="dxa"/>
          </w:tcPr>
          <w:p w14:paraId="657EF64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8D5CAD">
              <w:rPr>
                <w:sz w:val="20"/>
                <w:szCs w:val="20"/>
              </w:rPr>
              <w:t>捲屑機</w:t>
            </w:r>
            <w:proofErr w:type="gramEnd"/>
            <w:r w:rsidRPr="008D5CAD">
              <w:rPr>
                <w:sz w:val="20"/>
                <w:szCs w:val="20"/>
              </w:rPr>
              <w:t>正轉</w:t>
            </w:r>
            <w:r w:rsidRPr="008D5CAD">
              <w:rPr>
                <w:sz w:val="20"/>
                <w:szCs w:val="20"/>
              </w:rPr>
              <w:t>Light On(</w:t>
            </w:r>
            <w:proofErr w:type="spellStart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52BB4ED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AD8EACD" w14:textId="77777777" w:rsidTr="008D5CAD">
        <w:trPr>
          <w:trHeight w:val="20"/>
          <w:jc w:val="center"/>
        </w:trPr>
        <w:tc>
          <w:tcPr>
            <w:tcW w:w="1406" w:type="dxa"/>
          </w:tcPr>
          <w:p w14:paraId="4997C4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286</w:t>
            </w:r>
          </w:p>
        </w:tc>
        <w:tc>
          <w:tcPr>
            <w:tcW w:w="2273" w:type="dxa"/>
          </w:tcPr>
          <w:p w14:paraId="5E69EDB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SK_CHIP</w:t>
            </w:r>
          </w:p>
          <w:p w14:paraId="20D0915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REV</w:t>
            </w:r>
          </w:p>
        </w:tc>
        <w:tc>
          <w:tcPr>
            <w:tcW w:w="5677" w:type="dxa"/>
          </w:tcPr>
          <w:p w14:paraId="7C64A1F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8D5CAD">
              <w:rPr>
                <w:sz w:val="20"/>
                <w:szCs w:val="20"/>
              </w:rPr>
              <w:t>捲屑機</w:t>
            </w:r>
            <w:proofErr w:type="gramEnd"/>
            <w:r w:rsidRPr="008D5CAD">
              <w:rPr>
                <w:sz w:val="20"/>
                <w:szCs w:val="20"/>
              </w:rPr>
              <w:t>反轉</w:t>
            </w:r>
            <w:r w:rsidRPr="008D5CAD">
              <w:rPr>
                <w:sz w:val="20"/>
                <w:szCs w:val="20"/>
              </w:rPr>
              <w:t>Light On(</w:t>
            </w:r>
            <w:proofErr w:type="spellStart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3BA6D8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E1744C4" w14:textId="77777777" w:rsidTr="008D5CAD">
        <w:trPr>
          <w:trHeight w:val="20"/>
          <w:jc w:val="center"/>
        </w:trPr>
        <w:tc>
          <w:tcPr>
            <w:tcW w:w="1406" w:type="dxa"/>
          </w:tcPr>
          <w:p w14:paraId="3EB46D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287</w:t>
            </w:r>
          </w:p>
        </w:tc>
        <w:tc>
          <w:tcPr>
            <w:tcW w:w="2273" w:type="dxa"/>
          </w:tcPr>
          <w:p w14:paraId="2AD0F61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sz w:val="20"/>
                <w:szCs w:val="20"/>
              </w:rPr>
              <w:t>SK_Water</w:t>
            </w:r>
            <w:proofErr w:type="spellEnd"/>
            <w:r w:rsidRPr="008D5CAD">
              <w:rPr>
                <w:sz w:val="20"/>
                <w:szCs w:val="20"/>
              </w:rPr>
              <w:t xml:space="preserve"> ON</w:t>
            </w:r>
          </w:p>
        </w:tc>
        <w:tc>
          <w:tcPr>
            <w:tcW w:w="5677" w:type="dxa"/>
          </w:tcPr>
          <w:p w14:paraId="2D7E8EA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Coolant Fluid On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6B3367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2B8CACB" w14:textId="77777777" w:rsidTr="008D5CAD">
        <w:trPr>
          <w:trHeight w:val="20"/>
          <w:jc w:val="center"/>
        </w:trPr>
        <w:tc>
          <w:tcPr>
            <w:tcW w:w="1406" w:type="dxa"/>
          </w:tcPr>
          <w:p w14:paraId="4DB5D8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288</w:t>
            </w:r>
          </w:p>
        </w:tc>
        <w:tc>
          <w:tcPr>
            <w:tcW w:w="2273" w:type="dxa"/>
          </w:tcPr>
          <w:p w14:paraId="5451335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sz w:val="20"/>
                <w:szCs w:val="20"/>
              </w:rPr>
              <w:t>SK_Water</w:t>
            </w:r>
            <w:proofErr w:type="spellEnd"/>
            <w:r w:rsidRPr="008D5CAD">
              <w:rPr>
                <w:sz w:val="20"/>
                <w:szCs w:val="20"/>
              </w:rPr>
              <w:t xml:space="preserve"> STP</w:t>
            </w:r>
          </w:p>
        </w:tc>
        <w:tc>
          <w:tcPr>
            <w:tcW w:w="5677" w:type="dxa"/>
          </w:tcPr>
          <w:p w14:paraId="4A2AEED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Coolant Fluid Stop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6C187E7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C99EE30" w14:textId="77777777" w:rsidTr="008D5CAD">
        <w:trPr>
          <w:trHeight w:val="20"/>
          <w:jc w:val="center"/>
        </w:trPr>
        <w:tc>
          <w:tcPr>
            <w:tcW w:w="1406" w:type="dxa"/>
          </w:tcPr>
          <w:p w14:paraId="0648715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289</w:t>
            </w:r>
          </w:p>
        </w:tc>
        <w:tc>
          <w:tcPr>
            <w:tcW w:w="2273" w:type="dxa"/>
          </w:tcPr>
          <w:p w14:paraId="2430D4C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sz w:val="20"/>
                <w:szCs w:val="20"/>
              </w:rPr>
              <w:t>SK_Water</w:t>
            </w:r>
            <w:proofErr w:type="spellEnd"/>
            <w:r w:rsidRPr="008D5CAD">
              <w:rPr>
                <w:sz w:val="20"/>
                <w:szCs w:val="20"/>
              </w:rPr>
              <w:t xml:space="preserve"> AUTO</w:t>
            </w:r>
          </w:p>
        </w:tc>
        <w:tc>
          <w:tcPr>
            <w:tcW w:w="5677" w:type="dxa"/>
          </w:tcPr>
          <w:p w14:paraId="00607DC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Coolant Fluid Auto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0C6FB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1A69984" w14:textId="77777777" w:rsidTr="008D5CAD">
        <w:trPr>
          <w:trHeight w:val="20"/>
          <w:jc w:val="center"/>
        </w:trPr>
        <w:tc>
          <w:tcPr>
            <w:tcW w:w="1406" w:type="dxa"/>
          </w:tcPr>
          <w:p w14:paraId="78538A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290</w:t>
            </w:r>
          </w:p>
        </w:tc>
        <w:tc>
          <w:tcPr>
            <w:tcW w:w="2273" w:type="dxa"/>
          </w:tcPr>
          <w:p w14:paraId="37F2BAA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SK_EDIT</w:t>
            </w:r>
          </w:p>
        </w:tc>
        <w:tc>
          <w:tcPr>
            <w:tcW w:w="5677" w:type="dxa"/>
          </w:tcPr>
          <w:p w14:paraId="75EED1D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EDIT Mode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65F5CC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B6EFABF" w14:textId="77777777" w:rsidTr="008D5CAD">
        <w:trPr>
          <w:trHeight w:val="20"/>
          <w:jc w:val="center"/>
        </w:trPr>
        <w:tc>
          <w:tcPr>
            <w:tcW w:w="1406" w:type="dxa"/>
          </w:tcPr>
          <w:p w14:paraId="0F5C15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291</w:t>
            </w:r>
          </w:p>
        </w:tc>
        <w:tc>
          <w:tcPr>
            <w:tcW w:w="2273" w:type="dxa"/>
          </w:tcPr>
          <w:p w14:paraId="5AA4357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SK_MEM</w:t>
            </w:r>
          </w:p>
        </w:tc>
        <w:tc>
          <w:tcPr>
            <w:tcW w:w="5677" w:type="dxa"/>
          </w:tcPr>
          <w:p w14:paraId="68A4B85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MEM Mode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2413A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3714C8B" w14:textId="77777777" w:rsidTr="008D5CAD">
        <w:trPr>
          <w:trHeight w:val="20"/>
          <w:jc w:val="center"/>
        </w:trPr>
        <w:tc>
          <w:tcPr>
            <w:tcW w:w="1406" w:type="dxa"/>
          </w:tcPr>
          <w:p w14:paraId="1B9669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292</w:t>
            </w:r>
          </w:p>
        </w:tc>
        <w:tc>
          <w:tcPr>
            <w:tcW w:w="2273" w:type="dxa"/>
          </w:tcPr>
          <w:p w14:paraId="746B4CC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SK_MDI</w:t>
            </w:r>
          </w:p>
        </w:tc>
        <w:tc>
          <w:tcPr>
            <w:tcW w:w="5677" w:type="dxa"/>
          </w:tcPr>
          <w:p w14:paraId="536DE67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MDI Mode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3A2EE0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A8BE0B6" w14:textId="77777777" w:rsidTr="008D5CAD">
        <w:trPr>
          <w:trHeight w:val="20"/>
          <w:jc w:val="center"/>
        </w:trPr>
        <w:tc>
          <w:tcPr>
            <w:tcW w:w="1406" w:type="dxa"/>
          </w:tcPr>
          <w:p w14:paraId="1C9230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293</w:t>
            </w:r>
          </w:p>
        </w:tc>
        <w:tc>
          <w:tcPr>
            <w:tcW w:w="2273" w:type="dxa"/>
          </w:tcPr>
          <w:p w14:paraId="2F63832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SK_JOG</w:t>
            </w:r>
          </w:p>
        </w:tc>
        <w:tc>
          <w:tcPr>
            <w:tcW w:w="5677" w:type="dxa"/>
          </w:tcPr>
          <w:p w14:paraId="17AAF1C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Jog Mode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40AB9F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E3E8615" w14:textId="77777777" w:rsidTr="008D5CAD">
        <w:trPr>
          <w:trHeight w:val="20"/>
          <w:jc w:val="center"/>
        </w:trPr>
        <w:tc>
          <w:tcPr>
            <w:tcW w:w="1406" w:type="dxa"/>
          </w:tcPr>
          <w:p w14:paraId="63388C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294</w:t>
            </w:r>
          </w:p>
        </w:tc>
        <w:tc>
          <w:tcPr>
            <w:tcW w:w="2273" w:type="dxa"/>
          </w:tcPr>
          <w:p w14:paraId="0B7775D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SK_RAPID</w:t>
            </w:r>
          </w:p>
        </w:tc>
        <w:tc>
          <w:tcPr>
            <w:tcW w:w="5677" w:type="dxa"/>
          </w:tcPr>
          <w:p w14:paraId="00EFCCC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Rapid Mode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0A8F15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681D6B9" w14:textId="77777777" w:rsidTr="008D5CAD">
        <w:trPr>
          <w:trHeight w:val="20"/>
          <w:jc w:val="center"/>
        </w:trPr>
        <w:tc>
          <w:tcPr>
            <w:tcW w:w="1406" w:type="dxa"/>
          </w:tcPr>
          <w:p w14:paraId="2FAA8D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295</w:t>
            </w:r>
          </w:p>
        </w:tc>
        <w:tc>
          <w:tcPr>
            <w:tcW w:w="2273" w:type="dxa"/>
          </w:tcPr>
          <w:p w14:paraId="3D03AD6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SK_MPG</w:t>
            </w:r>
          </w:p>
        </w:tc>
        <w:tc>
          <w:tcPr>
            <w:tcW w:w="5677" w:type="dxa"/>
          </w:tcPr>
          <w:p w14:paraId="5120EDB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MPG Mode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774CC08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81A36D3" w14:textId="77777777" w:rsidTr="008D5CAD">
        <w:trPr>
          <w:trHeight w:val="20"/>
          <w:jc w:val="center"/>
        </w:trPr>
        <w:tc>
          <w:tcPr>
            <w:tcW w:w="1406" w:type="dxa"/>
          </w:tcPr>
          <w:p w14:paraId="4E176A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296</w:t>
            </w:r>
          </w:p>
        </w:tc>
        <w:tc>
          <w:tcPr>
            <w:tcW w:w="2273" w:type="dxa"/>
          </w:tcPr>
          <w:p w14:paraId="735E5F0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SK_HOME</w:t>
            </w:r>
          </w:p>
        </w:tc>
        <w:tc>
          <w:tcPr>
            <w:tcW w:w="5677" w:type="dxa"/>
          </w:tcPr>
          <w:p w14:paraId="0671AE2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Home Mode Light </w:t>
            </w:r>
            <w:proofErr w:type="gramStart"/>
            <w:r w:rsidRPr="008D5CAD">
              <w:rPr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SoftPanel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5231B5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4DC258B" w14:textId="77777777" w:rsidTr="008D5CAD">
        <w:trPr>
          <w:trHeight w:val="20"/>
          <w:jc w:val="center"/>
        </w:trPr>
        <w:tc>
          <w:tcPr>
            <w:tcW w:w="1406" w:type="dxa"/>
          </w:tcPr>
          <w:p w14:paraId="00B613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297</w:t>
            </w:r>
          </w:p>
        </w:tc>
        <w:tc>
          <w:tcPr>
            <w:tcW w:w="2273" w:type="dxa"/>
          </w:tcPr>
          <w:p w14:paraId="640B37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SK_OPR</w:t>
            </w:r>
          </w:p>
        </w:tc>
        <w:tc>
          <w:tcPr>
            <w:tcW w:w="5677" w:type="dxa"/>
          </w:tcPr>
          <w:p w14:paraId="1D4F089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OPER Mode Light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On(</w:t>
            </w:r>
            <w:proofErr w:type="spellStart"/>
            <w:proofErr w:type="gramEnd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7C0A5E9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A78A6B2" w14:textId="77777777" w:rsidTr="008D5CAD">
        <w:trPr>
          <w:trHeight w:val="20"/>
          <w:jc w:val="center"/>
        </w:trPr>
        <w:tc>
          <w:tcPr>
            <w:tcW w:w="1406" w:type="dxa"/>
          </w:tcPr>
          <w:p w14:paraId="7C99190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298</w:t>
            </w:r>
          </w:p>
        </w:tc>
        <w:tc>
          <w:tcPr>
            <w:tcW w:w="2273" w:type="dxa"/>
          </w:tcPr>
          <w:p w14:paraId="186282C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163FE6B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(HMI</w:t>
            </w:r>
            <w:r w:rsidRPr="008D5CAD">
              <w:rPr>
                <w:rFonts w:cs="Arial"/>
                <w:sz w:val="20"/>
                <w:szCs w:val="20"/>
              </w:rPr>
              <w:sym w:font="Wingdings" w:char="F0E0"/>
            </w:r>
            <w:r w:rsidRPr="008D5CAD">
              <w:rPr>
                <w:rFonts w:cs="Arial"/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2C8376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0AFF394" w14:textId="77777777" w:rsidTr="008D5CAD">
        <w:trPr>
          <w:trHeight w:val="20"/>
          <w:jc w:val="center"/>
        </w:trPr>
        <w:tc>
          <w:tcPr>
            <w:tcW w:w="1406" w:type="dxa"/>
          </w:tcPr>
          <w:p w14:paraId="119FCB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299</w:t>
            </w:r>
          </w:p>
        </w:tc>
        <w:tc>
          <w:tcPr>
            <w:tcW w:w="2273" w:type="dxa"/>
          </w:tcPr>
          <w:p w14:paraId="3A5D99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33D311B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(HMI</w:t>
            </w:r>
            <w:r w:rsidRPr="008D5CAD">
              <w:rPr>
                <w:rFonts w:cs="Arial"/>
                <w:sz w:val="20"/>
                <w:szCs w:val="20"/>
              </w:rPr>
              <w:sym w:font="Wingdings" w:char="F0E0"/>
            </w:r>
            <w:r w:rsidRPr="008D5CAD">
              <w:rPr>
                <w:rFonts w:cs="Arial"/>
                <w:sz w:val="20"/>
                <w:szCs w:val="20"/>
              </w:rPr>
              <w:t>CNC)</w:t>
            </w:r>
          </w:p>
        </w:tc>
        <w:tc>
          <w:tcPr>
            <w:tcW w:w="1973" w:type="dxa"/>
          </w:tcPr>
          <w:p w14:paraId="435C22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EE3D4FE" w14:textId="77777777" w:rsidTr="008D5CAD">
        <w:trPr>
          <w:trHeight w:val="20"/>
          <w:jc w:val="center"/>
        </w:trPr>
        <w:tc>
          <w:tcPr>
            <w:tcW w:w="1406" w:type="dxa"/>
          </w:tcPr>
          <w:p w14:paraId="39205E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300</w:t>
            </w:r>
          </w:p>
        </w:tc>
        <w:tc>
          <w:tcPr>
            <w:tcW w:w="2273" w:type="dxa"/>
          </w:tcPr>
          <w:p w14:paraId="29CA47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5015BCD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主軸吋動</w:t>
            </w:r>
            <w:proofErr w:type="spellEnd"/>
          </w:p>
        </w:tc>
        <w:tc>
          <w:tcPr>
            <w:tcW w:w="1973" w:type="dxa"/>
          </w:tcPr>
          <w:p w14:paraId="6CFA06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2B0B89D" w14:textId="77777777" w:rsidTr="008D5CAD">
        <w:trPr>
          <w:trHeight w:val="20"/>
          <w:jc w:val="center"/>
        </w:trPr>
        <w:tc>
          <w:tcPr>
            <w:tcW w:w="1406" w:type="dxa"/>
          </w:tcPr>
          <w:p w14:paraId="156EEB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310</w:t>
            </w:r>
          </w:p>
        </w:tc>
        <w:tc>
          <w:tcPr>
            <w:tcW w:w="2273" w:type="dxa"/>
          </w:tcPr>
          <w:p w14:paraId="5B3EA5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0D5B5F0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銑銷軸吋動</w:t>
            </w:r>
            <w:proofErr w:type="spellEnd"/>
          </w:p>
        </w:tc>
        <w:tc>
          <w:tcPr>
            <w:tcW w:w="1973" w:type="dxa"/>
          </w:tcPr>
          <w:p w14:paraId="0559020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E50DDD2" w14:textId="77777777" w:rsidTr="008D5CAD">
        <w:trPr>
          <w:trHeight w:val="20"/>
          <w:jc w:val="center"/>
        </w:trPr>
        <w:tc>
          <w:tcPr>
            <w:tcW w:w="1406" w:type="dxa"/>
          </w:tcPr>
          <w:p w14:paraId="10A73D9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320</w:t>
            </w:r>
          </w:p>
        </w:tc>
        <w:tc>
          <w:tcPr>
            <w:tcW w:w="2273" w:type="dxa"/>
          </w:tcPr>
          <w:p w14:paraId="7AF2D2E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5091A3D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副主軸吋動</w:t>
            </w:r>
            <w:proofErr w:type="spellEnd"/>
          </w:p>
        </w:tc>
        <w:tc>
          <w:tcPr>
            <w:tcW w:w="1973" w:type="dxa"/>
          </w:tcPr>
          <w:p w14:paraId="7E4814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00FFA0F" w14:textId="77777777" w:rsidTr="008D5CAD">
        <w:trPr>
          <w:trHeight w:val="20"/>
          <w:jc w:val="center"/>
        </w:trPr>
        <w:tc>
          <w:tcPr>
            <w:tcW w:w="1406" w:type="dxa"/>
          </w:tcPr>
          <w:p w14:paraId="6F5A93A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73" w:type="dxa"/>
          </w:tcPr>
          <w:p w14:paraId="00DE9F9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779D59D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6A8D76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76A65AF" w14:textId="77777777" w:rsidTr="008D5CAD">
        <w:trPr>
          <w:trHeight w:val="20"/>
          <w:jc w:val="center"/>
        </w:trPr>
        <w:tc>
          <w:tcPr>
            <w:tcW w:w="1406" w:type="dxa"/>
          </w:tcPr>
          <w:p w14:paraId="0FF8F8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350</w:t>
            </w:r>
          </w:p>
        </w:tc>
        <w:tc>
          <w:tcPr>
            <w:tcW w:w="2273" w:type="dxa"/>
          </w:tcPr>
          <w:p w14:paraId="5D5E50E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06534ED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輸送帶轉動</w:t>
            </w:r>
            <w:proofErr w:type="spellEnd"/>
          </w:p>
        </w:tc>
        <w:tc>
          <w:tcPr>
            <w:tcW w:w="1973" w:type="dxa"/>
          </w:tcPr>
          <w:p w14:paraId="450477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74BEF01" w14:textId="77777777" w:rsidTr="008D5CAD">
        <w:trPr>
          <w:trHeight w:val="20"/>
          <w:jc w:val="center"/>
        </w:trPr>
        <w:tc>
          <w:tcPr>
            <w:tcW w:w="1406" w:type="dxa"/>
          </w:tcPr>
          <w:p w14:paraId="27CBDD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lastRenderedPageBreak/>
              <w:t>351</w:t>
            </w:r>
          </w:p>
        </w:tc>
        <w:tc>
          <w:tcPr>
            <w:tcW w:w="2273" w:type="dxa"/>
          </w:tcPr>
          <w:p w14:paraId="52EF7D8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48AE860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輸送帶上物體追蹤模式</w:t>
            </w:r>
          </w:p>
        </w:tc>
        <w:tc>
          <w:tcPr>
            <w:tcW w:w="1973" w:type="dxa"/>
          </w:tcPr>
          <w:p w14:paraId="6A5844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C9FC165" w14:textId="77777777" w:rsidTr="008D5CAD">
        <w:trPr>
          <w:trHeight w:val="20"/>
          <w:jc w:val="center"/>
        </w:trPr>
        <w:tc>
          <w:tcPr>
            <w:tcW w:w="1406" w:type="dxa"/>
          </w:tcPr>
          <w:p w14:paraId="171CE2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352</w:t>
            </w:r>
          </w:p>
        </w:tc>
        <w:tc>
          <w:tcPr>
            <w:tcW w:w="2273" w:type="dxa"/>
          </w:tcPr>
          <w:p w14:paraId="4A2109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7078E8B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往復機模式</w:t>
            </w:r>
            <w:proofErr w:type="spellEnd"/>
          </w:p>
        </w:tc>
        <w:tc>
          <w:tcPr>
            <w:tcW w:w="1973" w:type="dxa"/>
          </w:tcPr>
          <w:p w14:paraId="6984F45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2CE2389" w14:textId="77777777" w:rsidTr="008D5CAD">
        <w:trPr>
          <w:trHeight w:val="20"/>
          <w:jc w:val="center"/>
        </w:trPr>
        <w:tc>
          <w:tcPr>
            <w:tcW w:w="1406" w:type="dxa"/>
          </w:tcPr>
          <w:p w14:paraId="07CB143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353</w:t>
            </w:r>
          </w:p>
        </w:tc>
        <w:tc>
          <w:tcPr>
            <w:tcW w:w="2273" w:type="dxa"/>
          </w:tcPr>
          <w:p w14:paraId="14D331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0515A26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2A04BC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857B633" w14:textId="77777777" w:rsidTr="008D5CAD">
        <w:trPr>
          <w:trHeight w:val="20"/>
          <w:jc w:val="center"/>
        </w:trPr>
        <w:tc>
          <w:tcPr>
            <w:tcW w:w="1406" w:type="dxa"/>
          </w:tcPr>
          <w:p w14:paraId="0935E9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354</w:t>
            </w:r>
          </w:p>
        </w:tc>
        <w:tc>
          <w:tcPr>
            <w:tcW w:w="2273" w:type="dxa"/>
          </w:tcPr>
          <w:p w14:paraId="744DBB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6521480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48D4D76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FBC1E73" w14:textId="77777777" w:rsidTr="008D5CAD">
        <w:trPr>
          <w:trHeight w:val="20"/>
          <w:jc w:val="center"/>
        </w:trPr>
        <w:tc>
          <w:tcPr>
            <w:tcW w:w="1406" w:type="dxa"/>
          </w:tcPr>
          <w:p w14:paraId="47F5961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355</w:t>
            </w:r>
          </w:p>
        </w:tc>
        <w:tc>
          <w:tcPr>
            <w:tcW w:w="2273" w:type="dxa"/>
          </w:tcPr>
          <w:p w14:paraId="338B1EA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7B24F9D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開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DAC1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輸出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扇形噴槍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549268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E4E66A4" w14:textId="77777777" w:rsidTr="008D5CAD">
        <w:trPr>
          <w:trHeight w:val="20"/>
          <w:jc w:val="center"/>
        </w:trPr>
        <w:tc>
          <w:tcPr>
            <w:tcW w:w="1406" w:type="dxa"/>
          </w:tcPr>
          <w:p w14:paraId="3EE8CB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356</w:t>
            </w:r>
          </w:p>
        </w:tc>
        <w:tc>
          <w:tcPr>
            <w:tcW w:w="2273" w:type="dxa"/>
          </w:tcPr>
          <w:p w14:paraId="03E2A07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2832459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開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DAC2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輸出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proofErr w:type="gramStart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霧化噴</w:t>
            </w:r>
            <w:proofErr w:type="gramEnd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2BA404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5A815DC" w14:textId="77777777" w:rsidTr="008D5CAD">
        <w:trPr>
          <w:trHeight w:val="20"/>
          <w:jc w:val="center"/>
        </w:trPr>
        <w:tc>
          <w:tcPr>
            <w:tcW w:w="1406" w:type="dxa"/>
          </w:tcPr>
          <w:p w14:paraId="30C472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357</w:t>
            </w:r>
          </w:p>
        </w:tc>
        <w:tc>
          <w:tcPr>
            <w:tcW w:w="2273" w:type="dxa"/>
          </w:tcPr>
          <w:p w14:paraId="7B77D8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3FB14B5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開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DAC3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輸出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第一支槍流量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0FA485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5B62D207" w14:textId="77777777" w:rsidTr="008D5CAD">
        <w:trPr>
          <w:trHeight w:val="20"/>
          <w:jc w:val="center"/>
        </w:trPr>
        <w:tc>
          <w:tcPr>
            <w:tcW w:w="1406" w:type="dxa"/>
          </w:tcPr>
          <w:p w14:paraId="0C5B69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358</w:t>
            </w:r>
          </w:p>
        </w:tc>
        <w:tc>
          <w:tcPr>
            <w:tcW w:w="2273" w:type="dxa"/>
          </w:tcPr>
          <w:p w14:paraId="29EFC44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6E4A28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開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DAC4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輸出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第二支槍流量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2DF998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56DDA398" w14:textId="77777777" w:rsidTr="008D5CAD">
        <w:trPr>
          <w:trHeight w:val="20"/>
          <w:jc w:val="center"/>
        </w:trPr>
        <w:tc>
          <w:tcPr>
            <w:tcW w:w="1406" w:type="dxa"/>
          </w:tcPr>
          <w:p w14:paraId="792044A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359</w:t>
            </w:r>
          </w:p>
        </w:tc>
        <w:tc>
          <w:tcPr>
            <w:tcW w:w="2273" w:type="dxa"/>
          </w:tcPr>
          <w:p w14:paraId="65F7EE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737AFC4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開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DAC5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輸出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第三支槍流量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502C845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0034649" w14:textId="77777777" w:rsidTr="008D5CAD">
        <w:trPr>
          <w:trHeight w:val="20"/>
          <w:jc w:val="center"/>
        </w:trPr>
        <w:tc>
          <w:tcPr>
            <w:tcW w:w="1406" w:type="dxa"/>
          </w:tcPr>
          <w:p w14:paraId="0FD9DB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360</w:t>
            </w:r>
          </w:p>
        </w:tc>
        <w:tc>
          <w:tcPr>
            <w:tcW w:w="2273" w:type="dxa"/>
          </w:tcPr>
          <w:p w14:paraId="33C9A3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5980B48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開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DAC6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輸出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第四支槍流量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3999E5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4054659" w14:textId="77777777" w:rsidTr="008D5CAD">
        <w:trPr>
          <w:trHeight w:val="20"/>
          <w:jc w:val="center"/>
        </w:trPr>
        <w:tc>
          <w:tcPr>
            <w:tcW w:w="1406" w:type="dxa"/>
          </w:tcPr>
          <w:p w14:paraId="78AC477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361</w:t>
            </w:r>
          </w:p>
        </w:tc>
        <w:tc>
          <w:tcPr>
            <w:tcW w:w="2273" w:type="dxa"/>
          </w:tcPr>
          <w:p w14:paraId="043F98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16DC470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 xml:space="preserve">Optical Sensor 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光感測器感測物體</w:t>
            </w:r>
            <w:proofErr w:type="spellEnd"/>
          </w:p>
        </w:tc>
        <w:tc>
          <w:tcPr>
            <w:tcW w:w="1973" w:type="dxa"/>
          </w:tcPr>
          <w:p w14:paraId="1B9D7E5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40FD1A1" w14:textId="77777777" w:rsidTr="008D5CAD">
        <w:trPr>
          <w:trHeight w:val="20"/>
          <w:jc w:val="center"/>
        </w:trPr>
        <w:tc>
          <w:tcPr>
            <w:tcW w:w="1406" w:type="dxa"/>
          </w:tcPr>
          <w:p w14:paraId="59687D4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362</w:t>
            </w:r>
          </w:p>
        </w:tc>
        <w:tc>
          <w:tcPr>
            <w:tcW w:w="2273" w:type="dxa"/>
          </w:tcPr>
          <w:p w14:paraId="189AE8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噴漆機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09D3A36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設定往復機的機械座標</w:t>
            </w:r>
          </w:p>
        </w:tc>
        <w:tc>
          <w:tcPr>
            <w:tcW w:w="1973" w:type="dxa"/>
          </w:tcPr>
          <w:p w14:paraId="173129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BA2DF3D" w14:textId="77777777" w:rsidTr="008D5CAD">
        <w:trPr>
          <w:trHeight w:val="20"/>
          <w:jc w:val="center"/>
        </w:trPr>
        <w:tc>
          <w:tcPr>
            <w:tcW w:w="1406" w:type="dxa"/>
          </w:tcPr>
          <w:p w14:paraId="7DE9F7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zh-TW"/>
              </w:rPr>
            </w:pPr>
          </w:p>
        </w:tc>
        <w:tc>
          <w:tcPr>
            <w:tcW w:w="2273" w:type="dxa"/>
          </w:tcPr>
          <w:p w14:paraId="13D4B6B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  <w:tc>
          <w:tcPr>
            <w:tcW w:w="5677" w:type="dxa"/>
          </w:tcPr>
          <w:p w14:paraId="627331E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</w:p>
        </w:tc>
        <w:tc>
          <w:tcPr>
            <w:tcW w:w="1973" w:type="dxa"/>
          </w:tcPr>
          <w:p w14:paraId="784F0C9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F608ADF" w14:textId="77777777" w:rsidTr="008D5CAD">
        <w:trPr>
          <w:trHeight w:val="20"/>
          <w:jc w:val="center"/>
        </w:trPr>
        <w:tc>
          <w:tcPr>
            <w:tcW w:w="1406" w:type="dxa"/>
          </w:tcPr>
          <w:p w14:paraId="025AED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400</w:t>
            </w:r>
          </w:p>
        </w:tc>
        <w:tc>
          <w:tcPr>
            <w:tcW w:w="2273" w:type="dxa"/>
          </w:tcPr>
          <w:p w14:paraId="755C90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7B0E9E1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1973" w:type="dxa"/>
          </w:tcPr>
          <w:p w14:paraId="7AD3834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D8B48B6" w14:textId="77777777" w:rsidTr="008D5CAD">
        <w:trPr>
          <w:trHeight w:val="20"/>
          <w:jc w:val="center"/>
        </w:trPr>
        <w:tc>
          <w:tcPr>
            <w:tcW w:w="1406" w:type="dxa"/>
          </w:tcPr>
          <w:p w14:paraId="55BC50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401</w:t>
            </w:r>
          </w:p>
        </w:tc>
        <w:tc>
          <w:tcPr>
            <w:tcW w:w="2273" w:type="dxa"/>
          </w:tcPr>
          <w:p w14:paraId="3469F1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5F5EFC9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CNC_InterLock_P_Sgl.x</w:t>
            </w:r>
            <w:proofErr w:type="spellEnd"/>
          </w:p>
        </w:tc>
        <w:tc>
          <w:tcPr>
            <w:tcW w:w="1973" w:type="dxa"/>
          </w:tcPr>
          <w:p w14:paraId="5A0E31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335B744" w14:textId="77777777" w:rsidTr="008D5CAD">
        <w:trPr>
          <w:trHeight w:val="20"/>
          <w:jc w:val="center"/>
        </w:trPr>
        <w:tc>
          <w:tcPr>
            <w:tcW w:w="1406" w:type="dxa"/>
          </w:tcPr>
          <w:p w14:paraId="137162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402</w:t>
            </w:r>
          </w:p>
        </w:tc>
        <w:tc>
          <w:tcPr>
            <w:tcW w:w="2273" w:type="dxa"/>
          </w:tcPr>
          <w:p w14:paraId="7FE485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7CE2983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CNC_InterLock_P_Sgl.y</w:t>
            </w:r>
            <w:proofErr w:type="spellEnd"/>
          </w:p>
        </w:tc>
        <w:tc>
          <w:tcPr>
            <w:tcW w:w="1973" w:type="dxa"/>
          </w:tcPr>
          <w:p w14:paraId="1BF5E3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9C94222" w14:textId="77777777" w:rsidTr="008D5CAD">
        <w:trPr>
          <w:trHeight w:val="20"/>
          <w:jc w:val="center"/>
        </w:trPr>
        <w:tc>
          <w:tcPr>
            <w:tcW w:w="1406" w:type="dxa"/>
          </w:tcPr>
          <w:p w14:paraId="7EC4801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403</w:t>
            </w:r>
          </w:p>
        </w:tc>
        <w:tc>
          <w:tcPr>
            <w:tcW w:w="2273" w:type="dxa"/>
          </w:tcPr>
          <w:p w14:paraId="5372209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5C59D41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CNC_InterLock_P_Sgl.z</w:t>
            </w:r>
            <w:proofErr w:type="spellEnd"/>
          </w:p>
        </w:tc>
        <w:tc>
          <w:tcPr>
            <w:tcW w:w="1973" w:type="dxa"/>
          </w:tcPr>
          <w:p w14:paraId="7D2970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0271AEB" w14:textId="77777777" w:rsidTr="008D5CAD">
        <w:trPr>
          <w:trHeight w:val="20"/>
          <w:jc w:val="center"/>
        </w:trPr>
        <w:tc>
          <w:tcPr>
            <w:tcW w:w="1406" w:type="dxa"/>
          </w:tcPr>
          <w:p w14:paraId="78FAE6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404</w:t>
            </w:r>
          </w:p>
        </w:tc>
        <w:tc>
          <w:tcPr>
            <w:tcW w:w="2273" w:type="dxa"/>
          </w:tcPr>
          <w:p w14:paraId="4C74EEC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3CF9645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CNC_InterLock_P_Sgl.ch4</w:t>
            </w:r>
          </w:p>
        </w:tc>
        <w:tc>
          <w:tcPr>
            <w:tcW w:w="1973" w:type="dxa"/>
          </w:tcPr>
          <w:p w14:paraId="468C51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099837" w14:textId="77777777" w:rsidTr="008D5CAD">
        <w:trPr>
          <w:trHeight w:val="20"/>
          <w:jc w:val="center"/>
        </w:trPr>
        <w:tc>
          <w:tcPr>
            <w:tcW w:w="1406" w:type="dxa"/>
          </w:tcPr>
          <w:p w14:paraId="4740698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405</w:t>
            </w:r>
          </w:p>
        </w:tc>
        <w:tc>
          <w:tcPr>
            <w:tcW w:w="2273" w:type="dxa"/>
          </w:tcPr>
          <w:p w14:paraId="0D1C8C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1B4C8FC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CNC_InterLock_P_Sgl.ch5</w:t>
            </w:r>
          </w:p>
        </w:tc>
        <w:tc>
          <w:tcPr>
            <w:tcW w:w="1973" w:type="dxa"/>
          </w:tcPr>
          <w:p w14:paraId="633486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025CF2E" w14:textId="77777777" w:rsidTr="008D5CAD">
        <w:trPr>
          <w:trHeight w:val="20"/>
          <w:jc w:val="center"/>
        </w:trPr>
        <w:tc>
          <w:tcPr>
            <w:tcW w:w="1406" w:type="dxa"/>
          </w:tcPr>
          <w:p w14:paraId="182171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406</w:t>
            </w:r>
          </w:p>
        </w:tc>
        <w:tc>
          <w:tcPr>
            <w:tcW w:w="2273" w:type="dxa"/>
          </w:tcPr>
          <w:p w14:paraId="55FC43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49BACA1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CNC_InterLock_P_Sgl.ch6</w:t>
            </w:r>
          </w:p>
        </w:tc>
        <w:tc>
          <w:tcPr>
            <w:tcW w:w="1973" w:type="dxa"/>
          </w:tcPr>
          <w:p w14:paraId="1DE75E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4E08719" w14:textId="77777777" w:rsidTr="008D5CAD">
        <w:trPr>
          <w:trHeight w:val="20"/>
          <w:jc w:val="center"/>
        </w:trPr>
        <w:tc>
          <w:tcPr>
            <w:tcW w:w="1406" w:type="dxa"/>
          </w:tcPr>
          <w:p w14:paraId="5589F43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420</w:t>
            </w:r>
          </w:p>
        </w:tc>
        <w:tc>
          <w:tcPr>
            <w:tcW w:w="2273" w:type="dxa"/>
          </w:tcPr>
          <w:p w14:paraId="286BFB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519231A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CNC_InterLock_N_Sgl.x</w:t>
            </w:r>
            <w:proofErr w:type="spellEnd"/>
          </w:p>
        </w:tc>
        <w:tc>
          <w:tcPr>
            <w:tcW w:w="1973" w:type="dxa"/>
          </w:tcPr>
          <w:p w14:paraId="708762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B3D9702" w14:textId="77777777" w:rsidTr="008D5CAD">
        <w:trPr>
          <w:trHeight w:val="20"/>
          <w:jc w:val="center"/>
        </w:trPr>
        <w:tc>
          <w:tcPr>
            <w:tcW w:w="1406" w:type="dxa"/>
          </w:tcPr>
          <w:p w14:paraId="04AB894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421</w:t>
            </w:r>
          </w:p>
        </w:tc>
        <w:tc>
          <w:tcPr>
            <w:tcW w:w="2273" w:type="dxa"/>
          </w:tcPr>
          <w:p w14:paraId="43BD147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47C63C1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CNC_InterLock_N_Sgl.y</w:t>
            </w:r>
            <w:proofErr w:type="spellEnd"/>
          </w:p>
        </w:tc>
        <w:tc>
          <w:tcPr>
            <w:tcW w:w="1973" w:type="dxa"/>
          </w:tcPr>
          <w:p w14:paraId="1AFC47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9BD25AB" w14:textId="77777777" w:rsidTr="008D5CAD">
        <w:trPr>
          <w:trHeight w:val="20"/>
          <w:jc w:val="center"/>
        </w:trPr>
        <w:tc>
          <w:tcPr>
            <w:tcW w:w="1406" w:type="dxa"/>
          </w:tcPr>
          <w:p w14:paraId="64D6FB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422</w:t>
            </w:r>
          </w:p>
        </w:tc>
        <w:tc>
          <w:tcPr>
            <w:tcW w:w="2273" w:type="dxa"/>
          </w:tcPr>
          <w:p w14:paraId="268693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13CDFB2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CNC_InterLock_N_Sgl.z</w:t>
            </w:r>
            <w:proofErr w:type="spellEnd"/>
          </w:p>
        </w:tc>
        <w:tc>
          <w:tcPr>
            <w:tcW w:w="1973" w:type="dxa"/>
          </w:tcPr>
          <w:p w14:paraId="60286B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1E6AFDF" w14:textId="77777777" w:rsidTr="008D5CAD">
        <w:trPr>
          <w:trHeight w:val="20"/>
          <w:jc w:val="center"/>
        </w:trPr>
        <w:tc>
          <w:tcPr>
            <w:tcW w:w="1406" w:type="dxa"/>
          </w:tcPr>
          <w:p w14:paraId="385AC4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423</w:t>
            </w:r>
          </w:p>
        </w:tc>
        <w:tc>
          <w:tcPr>
            <w:tcW w:w="2273" w:type="dxa"/>
          </w:tcPr>
          <w:p w14:paraId="0D2F33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66D80A3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CNC_InterLock_N_Sgl.ch4</w:t>
            </w:r>
          </w:p>
        </w:tc>
        <w:tc>
          <w:tcPr>
            <w:tcW w:w="1973" w:type="dxa"/>
          </w:tcPr>
          <w:p w14:paraId="090CFA3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5C6926F" w14:textId="77777777" w:rsidTr="008D5CAD">
        <w:trPr>
          <w:trHeight w:val="20"/>
          <w:jc w:val="center"/>
        </w:trPr>
        <w:tc>
          <w:tcPr>
            <w:tcW w:w="1406" w:type="dxa"/>
          </w:tcPr>
          <w:p w14:paraId="19F5CC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424</w:t>
            </w:r>
          </w:p>
        </w:tc>
        <w:tc>
          <w:tcPr>
            <w:tcW w:w="2273" w:type="dxa"/>
          </w:tcPr>
          <w:p w14:paraId="05C00A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336E2B1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CNC_InterLock_N_Sgl.ch5</w:t>
            </w:r>
          </w:p>
        </w:tc>
        <w:tc>
          <w:tcPr>
            <w:tcW w:w="1973" w:type="dxa"/>
          </w:tcPr>
          <w:p w14:paraId="2478B5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C869404" w14:textId="77777777" w:rsidTr="008D5CAD">
        <w:trPr>
          <w:trHeight w:val="20"/>
          <w:jc w:val="center"/>
        </w:trPr>
        <w:tc>
          <w:tcPr>
            <w:tcW w:w="1406" w:type="dxa"/>
          </w:tcPr>
          <w:p w14:paraId="6DEC769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425</w:t>
            </w:r>
          </w:p>
        </w:tc>
        <w:tc>
          <w:tcPr>
            <w:tcW w:w="2273" w:type="dxa"/>
          </w:tcPr>
          <w:p w14:paraId="238DE5D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15B6DCB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CNC_InterLock_N_Sgl.ch6</w:t>
            </w:r>
          </w:p>
        </w:tc>
        <w:tc>
          <w:tcPr>
            <w:tcW w:w="1973" w:type="dxa"/>
          </w:tcPr>
          <w:p w14:paraId="233F3F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B1BFE24" w14:textId="77777777" w:rsidTr="008D5CAD">
        <w:trPr>
          <w:trHeight w:val="20"/>
          <w:jc w:val="center"/>
        </w:trPr>
        <w:tc>
          <w:tcPr>
            <w:tcW w:w="1406" w:type="dxa"/>
          </w:tcPr>
          <w:p w14:paraId="61E945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30</w:t>
            </w:r>
          </w:p>
        </w:tc>
        <w:tc>
          <w:tcPr>
            <w:tcW w:w="2273" w:type="dxa"/>
          </w:tcPr>
          <w:p w14:paraId="4D25D0F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SP</w:t>
            </w:r>
            <w:r w:rsidRPr="008D5CAD">
              <w:rPr>
                <w:rFonts w:cs="Arial"/>
                <w:sz w:val="20"/>
                <w:szCs w:val="20"/>
              </w:rPr>
              <w:t>1</w:t>
            </w:r>
            <w:r w:rsidRPr="008D5CAD">
              <w:rPr>
                <w:rFonts w:cs="Arial" w:hint="eastAsia"/>
                <w:sz w:val="20"/>
                <w:szCs w:val="20"/>
              </w:rPr>
              <w:t>_Or</w:t>
            </w:r>
            <w:r w:rsidRPr="008D5CAD">
              <w:rPr>
                <w:rFonts w:cs="Arial"/>
                <w:sz w:val="20"/>
                <w:szCs w:val="20"/>
              </w:rPr>
              <w:t>i_Short</w:t>
            </w:r>
          </w:p>
        </w:tc>
        <w:tc>
          <w:tcPr>
            <w:tcW w:w="5677" w:type="dxa"/>
          </w:tcPr>
          <w:p w14:paraId="3ECE2AA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第一主軸</w:t>
            </w:r>
            <w:proofErr w:type="gramStart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採</w:t>
            </w:r>
            <w:proofErr w:type="gramEnd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最短距離定位</w:t>
            </w:r>
          </w:p>
        </w:tc>
        <w:tc>
          <w:tcPr>
            <w:tcW w:w="1973" w:type="dxa"/>
          </w:tcPr>
          <w:p w14:paraId="06475F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7B93C9A5" w14:textId="77777777" w:rsidTr="008D5CAD">
        <w:trPr>
          <w:trHeight w:val="20"/>
          <w:jc w:val="center"/>
        </w:trPr>
        <w:tc>
          <w:tcPr>
            <w:tcW w:w="1406" w:type="dxa"/>
          </w:tcPr>
          <w:p w14:paraId="7BF1AA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31</w:t>
            </w:r>
          </w:p>
        </w:tc>
        <w:tc>
          <w:tcPr>
            <w:tcW w:w="2273" w:type="dxa"/>
          </w:tcPr>
          <w:p w14:paraId="01223C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SP</w:t>
            </w:r>
            <w:r w:rsidRPr="008D5CAD">
              <w:rPr>
                <w:rFonts w:cs="Arial"/>
                <w:sz w:val="20"/>
                <w:szCs w:val="20"/>
              </w:rPr>
              <w:t>2</w:t>
            </w:r>
            <w:r w:rsidRPr="008D5CAD">
              <w:rPr>
                <w:rFonts w:cs="Arial" w:hint="eastAsia"/>
                <w:sz w:val="20"/>
                <w:szCs w:val="20"/>
              </w:rPr>
              <w:t>_Or</w:t>
            </w:r>
            <w:r w:rsidRPr="008D5CAD">
              <w:rPr>
                <w:rFonts w:cs="Arial"/>
                <w:sz w:val="20"/>
                <w:szCs w:val="20"/>
              </w:rPr>
              <w:t>i_Short</w:t>
            </w:r>
          </w:p>
        </w:tc>
        <w:tc>
          <w:tcPr>
            <w:tcW w:w="5677" w:type="dxa"/>
          </w:tcPr>
          <w:p w14:paraId="197619A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第二主軸</w:t>
            </w:r>
            <w:proofErr w:type="gramStart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採</w:t>
            </w:r>
            <w:proofErr w:type="gramEnd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最短距離定位</w:t>
            </w:r>
          </w:p>
        </w:tc>
        <w:tc>
          <w:tcPr>
            <w:tcW w:w="1973" w:type="dxa"/>
          </w:tcPr>
          <w:p w14:paraId="62C35B5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AF0A7B7" w14:textId="77777777" w:rsidTr="008D5CAD">
        <w:trPr>
          <w:trHeight w:val="20"/>
          <w:jc w:val="center"/>
        </w:trPr>
        <w:tc>
          <w:tcPr>
            <w:tcW w:w="1406" w:type="dxa"/>
          </w:tcPr>
          <w:p w14:paraId="6FABA7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32</w:t>
            </w:r>
          </w:p>
        </w:tc>
        <w:tc>
          <w:tcPr>
            <w:tcW w:w="2273" w:type="dxa"/>
          </w:tcPr>
          <w:p w14:paraId="274748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SP</w:t>
            </w:r>
            <w:r w:rsidRPr="008D5CAD">
              <w:rPr>
                <w:rFonts w:cs="Arial"/>
                <w:sz w:val="20"/>
                <w:szCs w:val="20"/>
              </w:rPr>
              <w:t>3</w:t>
            </w:r>
            <w:r w:rsidRPr="008D5CAD">
              <w:rPr>
                <w:rFonts w:cs="Arial" w:hint="eastAsia"/>
                <w:sz w:val="20"/>
                <w:szCs w:val="20"/>
              </w:rPr>
              <w:t>_Or</w:t>
            </w:r>
            <w:r w:rsidRPr="008D5CAD">
              <w:rPr>
                <w:rFonts w:cs="Arial"/>
                <w:sz w:val="20"/>
                <w:szCs w:val="20"/>
              </w:rPr>
              <w:t>i_Short</w:t>
            </w:r>
          </w:p>
        </w:tc>
        <w:tc>
          <w:tcPr>
            <w:tcW w:w="5677" w:type="dxa"/>
          </w:tcPr>
          <w:p w14:paraId="74C2A67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第三主軸</w:t>
            </w:r>
            <w:proofErr w:type="gramStart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採</w:t>
            </w:r>
            <w:proofErr w:type="gramEnd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最短距離定位</w:t>
            </w:r>
          </w:p>
        </w:tc>
        <w:tc>
          <w:tcPr>
            <w:tcW w:w="1973" w:type="dxa"/>
          </w:tcPr>
          <w:p w14:paraId="6A780F5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A373ACD" w14:textId="77777777" w:rsidTr="008D5CAD">
        <w:trPr>
          <w:trHeight w:val="20"/>
          <w:jc w:val="center"/>
        </w:trPr>
        <w:tc>
          <w:tcPr>
            <w:tcW w:w="1406" w:type="dxa"/>
          </w:tcPr>
          <w:p w14:paraId="1D5ED2A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33</w:t>
            </w:r>
          </w:p>
        </w:tc>
        <w:tc>
          <w:tcPr>
            <w:tcW w:w="2273" w:type="dxa"/>
          </w:tcPr>
          <w:p w14:paraId="59C4FD5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753862F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0F39DF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F4BD811" w14:textId="77777777" w:rsidTr="008D5CAD">
        <w:trPr>
          <w:trHeight w:val="20"/>
          <w:jc w:val="center"/>
        </w:trPr>
        <w:tc>
          <w:tcPr>
            <w:tcW w:w="1406" w:type="dxa"/>
          </w:tcPr>
          <w:p w14:paraId="73D791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34</w:t>
            </w:r>
          </w:p>
        </w:tc>
        <w:tc>
          <w:tcPr>
            <w:tcW w:w="2273" w:type="dxa"/>
          </w:tcPr>
          <w:p w14:paraId="2FE4A3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1SP_CW</w:t>
            </w:r>
          </w:p>
        </w:tc>
        <w:tc>
          <w:tcPr>
            <w:tcW w:w="5677" w:type="dxa"/>
          </w:tcPr>
          <w:p w14:paraId="717351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第一主軸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正轉訊號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70184CE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8BD9E0E" w14:textId="77777777" w:rsidTr="008D5CAD">
        <w:trPr>
          <w:trHeight w:val="20"/>
          <w:jc w:val="center"/>
        </w:trPr>
        <w:tc>
          <w:tcPr>
            <w:tcW w:w="1406" w:type="dxa"/>
          </w:tcPr>
          <w:p w14:paraId="4BACF8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35</w:t>
            </w:r>
          </w:p>
        </w:tc>
        <w:tc>
          <w:tcPr>
            <w:tcW w:w="2273" w:type="dxa"/>
          </w:tcPr>
          <w:p w14:paraId="45C1E3A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2SP_CW</w:t>
            </w:r>
          </w:p>
        </w:tc>
        <w:tc>
          <w:tcPr>
            <w:tcW w:w="5677" w:type="dxa"/>
          </w:tcPr>
          <w:p w14:paraId="3A484B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第二主軸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正轉訊號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028162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19F5806" w14:textId="77777777" w:rsidTr="008D5CAD">
        <w:trPr>
          <w:trHeight w:val="20"/>
          <w:jc w:val="center"/>
        </w:trPr>
        <w:tc>
          <w:tcPr>
            <w:tcW w:w="1406" w:type="dxa"/>
          </w:tcPr>
          <w:p w14:paraId="5D6545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36</w:t>
            </w:r>
          </w:p>
        </w:tc>
        <w:tc>
          <w:tcPr>
            <w:tcW w:w="2273" w:type="dxa"/>
          </w:tcPr>
          <w:p w14:paraId="111A86E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3SP_CW</w:t>
            </w:r>
          </w:p>
        </w:tc>
        <w:tc>
          <w:tcPr>
            <w:tcW w:w="5677" w:type="dxa"/>
          </w:tcPr>
          <w:p w14:paraId="41B69D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第三主軸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正轉訊號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15B667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7B132ED2" w14:textId="77777777" w:rsidTr="008D5CAD">
        <w:trPr>
          <w:trHeight w:val="20"/>
          <w:jc w:val="center"/>
        </w:trPr>
        <w:tc>
          <w:tcPr>
            <w:tcW w:w="1406" w:type="dxa"/>
          </w:tcPr>
          <w:p w14:paraId="29009B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37</w:t>
            </w:r>
          </w:p>
        </w:tc>
        <w:tc>
          <w:tcPr>
            <w:tcW w:w="2273" w:type="dxa"/>
          </w:tcPr>
          <w:p w14:paraId="17565AE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4SP_CW</w:t>
            </w:r>
          </w:p>
        </w:tc>
        <w:tc>
          <w:tcPr>
            <w:tcW w:w="5677" w:type="dxa"/>
          </w:tcPr>
          <w:p w14:paraId="66E9B7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第四主軸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正轉訊號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2F340E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7B70983" w14:textId="77777777" w:rsidTr="008D5CAD">
        <w:trPr>
          <w:trHeight w:val="20"/>
          <w:jc w:val="center"/>
        </w:trPr>
        <w:tc>
          <w:tcPr>
            <w:tcW w:w="1406" w:type="dxa"/>
          </w:tcPr>
          <w:p w14:paraId="29F827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438</w:t>
            </w:r>
          </w:p>
        </w:tc>
        <w:tc>
          <w:tcPr>
            <w:tcW w:w="2273" w:type="dxa"/>
          </w:tcPr>
          <w:p w14:paraId="300B55B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1SP_CCW</w:t>
            </w:r>
          </w:p>
        </w:tc>
        <w:tc>
          <w:tcPr>
            <w:tcW w:w="5677" w:type="dxa"/>
          </w:tcPr>
          <w:p w14:paraId="3DE4C8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第一主軸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反轉訊號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0CE0D0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540F70A" w14:textId="77777777" w:rsidTr="008D5CAD">
        <w:trPr>
          <w:trHeight w:val="20"/>
          <w:jc w:val="center"/>
        </w:trPr>
        <w:tc>
          <w:tcPr>
            <w:tcW w:w="1406" w:type="dxa"/>
          </w:tcPr>
          <w:p w14:paraId="33F4B3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lastRenderedPageBreak/>
              <w:t>439</w:t>
            </w:r>
          </w:p>
        </w:tc>
        <w:tc>
          <w:tcPr>
            <w:tcW w:w="2273" w:type="dxa"/>
          </w:tcPr>
          <w:p w14:paraId="4D98A3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2SP_CCW</w:t>
            </w:r>
          </w:p>
        </w:tc>
        <w:tc>
          <w:tcPr>
            <w:tcW w:w="5677" w:type="dxa"/>
          </w:tcPr>
          <w:p w14:paraId="73D3B4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第二主軸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反轉訊號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1BAF0A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5C6E389D" w14:textId="77777777" w:rsidTr="008D5CAD">
        <w:trPr>
          <w:trHeight w:val="20"/>
          <w:jc w:val="center"/>
        </w:trPr>
        <w:tc>
          <w:tcPr>
            <w:tcW w:w="1406" w:type="dxa"/>
          </w:tcPr>
          <w:p w14:paraId="4851EE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440</w:t>
            </w:r>
          </w:p>
        </w:tc>
        <w:tc>
          <w:tcPr>
            <w:tcW w:w="2273" w:type="dxa"/>
          </w:tcPr>
          <w:p w14:paraId="0A4818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3SP_CCW</w:t>
            </w:r>
          </w:p>
        </w:tc>
        <w:tc>
          <w:tcPr>
            <w:tcW w:w="5677" w:type="dxa"/>
          </w:tcPr>
          <w:p w14:paraId="0ADDB9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第三主軸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反轉訊號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772834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767B051" w14:textId="77777777" w:rsidTr="008D5CAD">
        <w:trPr>
          <w:trHeight w:val="20"/>
          <w:jc w:val="center"/>
        </w:trPr>
        <w:tc>
          <w:tcPr>
            <w:tcW w:w="1406" w:type="dxa"/>
          </w:tcPr>
          <w:p w14:paraId="0B7ED5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441</w:t>
            </w:r>
          </w:p>
        </w:tc>
        <w:tc>
          <w:tcPr>
            <w:tcW w:w="2273" w:type="dxa"/>
          </w:tcPr>
          <w:p w14:paraId="1BC00A6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4SP_CCW</w:t>
            </w:r>
          </w:p>
        </w:tc>
        <w:tc>
          <w:tcPr>
            <w:tcW w:w="5677" w:type="dxa"/>
          </w:tcPr>
          <w:p w14:paraId="315C9BA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第四主軸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反轉訊號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48CBA43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B7E56B3" w14:textId="77777777" w:rsidTr="008D5CAD">
        <w:trPr>
          <w:trHeight w:val="20"/>
          <w:jc w:val="center"/>
        </w:trPr>
        <w:tc>
          <w:tcPr>
            <w:tcW w:w="1406" w:type="dxa"/>
          </w:tcPr>
          <w:p w14:paraId="6FE3E1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442</w:t>
            </w:r>
          </w:p>
        </w:tc>
        <w:tc>
          <w:tcPr>
            <w:tcW w:w="2273" w:type="dxa"/>
          </w:tcPr>
          <w:p w14:paraId="144350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1SP_STP</w:t>
            </w:r>
          </w:p>
        </w:tc>
        <w:tc>
          <w:tcPr>
            <w:tcW w:w="5677" w:type="dxa"/>
          </w:tcPr>
          <w:p w14:paraId="756872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第一主軸靜止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430E6D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C09A356" w14:textId="77777777" w:rsidTr="008D5CAD">
        <w:trPr>
          <w:trHeight w:val="20"/>
          <w:jc w:val="center"/>
        </w:trPr>
        <w:tc>
          <w:tcPr>
            <w:tcW w:w="1406" w:type="dxa"/>
          </w:tcPr>
          <w:p w14:paraId="58D0C9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443</w:t>
            </w:r>
          </w:p>
        </w:tc>
        <w:tc>
          <w:tcPr>
            <w:tcW w:w="2273" w:type="dxa"/>
          </w:tcPr>
          <w:p w14:paraId="5CC4726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2SP_STP</w:t>
            </w:r>
          </w:p>
        </w:tc>
        <w:tc>
          <w:tcPr>
            <w:tcW w:w="5677" w:type="dxa"/>
          </w:tcPr>
          <w:p w14:paraId="776522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第二主軸靜止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7DE096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E244BE4" w14:textId="77777777" w:rsidTr="008D5CAD">
        <w:trPr>
          <w:trHeight w:val="20"/>
          <w:jc w:val="center"/>
        </w:trPr>
        <w:tc>
          <w:tcPr>
            <w:tcW w:w="1406" w:type="dxa"/>
          </w:tcPr>
          <w:p w14:paraId="08CBF3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444</w:t>
            </w:r>
          </w:p>
        </w:tc>
        <w:tc>
          <w:tcPr>
            <w:tcW w:w="2273" w:type="dxa"/>
          </w:tcPr>
          <w:p w14:paraId="13489C5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3SP_STP</w:t>
            </w:r>
          </w:p>
        </w:tc>
        <w:tc>
          <w:tcPr>
            <w:tcW w:w="5677" w:type="dxa"/>
          </w:tcPr>
          <w:p w14:paraId="63A2633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第三主軸靜止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67C5E66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D699721" w14:textId="77777777" w:rsidTr="008D5CAD">
        <w:trPr>
          <w:trHeight w:val="20"/>
          <w:jc w:val="center"/>
        </w:trPr>
        <w:tc>
          <w:tcPr>
            <w:tcW w:w="1406" w:type="dxa"/>
          </w:tcPr>
          <w:p w14:paraId="4180413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445</w:t>
            </w:r>
          </w:p>
        </w:tc>
        <w:tc>
          <w:tcPr>
            <w:tcW w:w="2273" w:type="dxa"/>
          </w:tcPr>
          <w:p w14:paraId="7051ED0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4SP_STP</w:t>
            </w:r>
          </w:p>
        </w:tc>
        <w:tc>
          <w:tcPr>
            <w:tcW w:w="5677" w:type="dxa"/>
          </w:tcPr>
          <w:p w14:paraId="120046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第四主軸靜止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訊號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2FA6CF4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E308B7B" w14:textId="77777777" w:rsidTr="008D5CAD">
        <w:trPr>
          <w:trHeight w:val="20"/>
          <w:jc w:val="center"/>
        </w:trPr>
        <w:tc>
          <w:tcPr>
            <w:tcW w:w="1406" w:type="dxa"/>
          </w:tcPr>
          <w:p w14:paraId="46D78E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446</w:t>
            </w:r>
          </w:p>
        </w:tc>
        <w:tc>
          <w:tcPr>
            <w:tcW w:w="2273" w:type="dxa"/>
          </w:tcPr>
          <w:p w14:paraId="567ECE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59D234F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7046FBA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E9B6EDB" w14:textId="77777777" w:rsidTr="008D5CAD">
        <w:trPr>
          <w:trHeight w:val="20"/>
          <w:jc w:val="center"/>
        </w:trPr>
        <w:tc>
          <w:tcPr>
            <w:tcW w:w="1406" w:type="dxa"/>
          </w:tcPr>
          <w:p w14:paraId="5763E3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447</w:t>
            </w:r>
          </w:p>
        </w:tc>
        <w:tc>
          <w:tcPr>
            <w:tcW w:w="2273" w:type="dxa"/>
          </w:tcPr>
          <w:p w14:paraId="2E28C0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6C6F5D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0767A7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8DF6583" w14:textId="77777777" w:rsidTr="008D5CAD">
        <w:trPr>
          <w:trHeight w:val="20"/>
          <w:jc w:val="center"/>
        </w:trPr>
        <w:tc>
          <w:tcPr>
            <w:tcW w:w="1406" w:type="dxa"/>
          </w:tcPr>
          <w:p w14:paraId="1BF895F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448</w:t>
            </w:r>
          </w:p>
        </w:tc>
        <w:tc>
          <w:tcPr>
            <w:tcW w:w="2273" w:type="dxa"/>
          </w:tcPr>
          <w:p w14:paraId="2A9CCB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5C384AB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769623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A723D6D" w14:textId="77777777" w:rsidTr="008D5CAD">
        <w:trPr>
          <w:trHeight w:val="20"/>
          <w:jc w:val="center"/>
        </w:trPr>
        <w:tc>
          <w:tcPr>
            <w:tcW w:w="1406" w:type="dxa"/>
          </w:tcPr>
          <w:p w14:paraId="2D464BE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449</w:t>
            </w:r>
          </w:p>
        </w:tc>
        <w:tc>
          <w:tcPr>
            <w:tcW w:w="2273" w:type="dxa"/>
          </w:tcPr>
          <w:p w14:paraId="7CDA936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68553F3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296608F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01F342B" w14:textId="77777777" w:rsidTr="008D5CAD">
        <w:trPr>
          <w:trHeight w:val="20"/>
          <w:jc w:val="center"/>
        </w:trPr>
        <w:tc>
          <w:tcPr>
            <w:tcW w:w="1406" w:type="dxa"/>
          </w:tcPr>
          <w:p w14:paraId="1BAB4E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450</w:t>
            </w:r>
          </w:p>
        </w:tc>
        <w:tc>
          <w:tcPr>
            <w:tcW w:w="2273" w:type="dxa"/>
          </w:tcPr>
          <w:p w14:paraId="15F6E3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1SP_Or</w:t>
            </w:r>
            <w:r w:rsidRPr="008D5CAD">
              <w:rPr>
                <w:rFonts w:cs="Arial"/>
                <w:sz w:val="20"/>
                <w:szCs w:val="20"/>
              </w:rPr>
              <w:t>i_S</w:t>
            </w:r>
          </w:p>
        </w:tc>
        <w:tc>
          <w:tcPr>
            <w:tcW w:w="5677" w:type="dxa"/>
          </w:tcPr>
          <w:p w14:paraId="3B75E70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第一主軸定位偏移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  <w:lang w:eastAsia="zh-TW"/>
              </w:rPr>
              <w:t>根據主軸端或馬達端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(ON-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馬達端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352CBB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87D2D8F" w14:textId="77777777" w:rsidTr="008D5CAD">
        <w:trPr>
          <w:trHeight w:val="20"/>
          <w:jc w:val="center"/>
        </w:trPr>
        <w:tc>
          <w:tcPr>
            <w:tcW w:w="1406" w:type="dxa"/>
          </w:tcPr>
          <w:p w14:paraId="18211A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45</w:t>
            </w:r>
            <w:r w:rsidRPr="008D5CAD">
              <w:rPr>
                <w:rFonts w:cs="Arial"/>
                <w:b/>
                <w:sz w:val="20"/>
                <w:szCs w:val="20"/>
              </w:rPr>
              <w:t>1</w:t>
            </w:r>
          </w:p>
        </w:tc>
        <w:tc>
          <w:tcPr>
            <w:tcW w:w="2273" w:type="dxa"/>
          </w:tcPr>
          <w:p w14:paraId="491017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2SP_Or</w:t>
            </w:r>
            <w:r w:rsidRPr="008D5CAD">
              <w:rPr>
                <w:rFonts w:cs="Arial"/>
                <w:sz w:val="20"/>
                <w:szCs w:val="20"/>
              </w:rPr>
              <w:t>i_S</w:t>
            </w:r>
          </w:p>
        </w:tc>
        <w:tc>
          <w:tcPr>
            <w:tcW w:w="5677" w:type="dxa"/>
          </w:tcPr>
          <w:p w14:paraId="09532E9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第二主軸定位偏移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  <w:lang w:eastAsia="zh-TW"/>
              </w:rPr>
              <w:t>根據主軸端或馬達端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(ON-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馬達端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572F31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DF8CA6E" w14:textId="77777777" w:rsidTr="008D5CAD">
        <w:trPr>
          <w:trHeight w:val="20"/>
          <w:jc w:val="center"/>
        </w:trPr>
        <w:tc>
          <w:tcPr>
            <w:tcW w:w="1406" w:type="dxa"/>
          </w:tcPr>
          <w:p w14:paraId="0549AD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452</w:t>
            </w:r>
          </w:p>
        </w:tc>
        <w:tc>
          <w:tcPr>
            <w:tcW w:w="2273" w:type="dxa"/>
          </w:tcPr>
          <w:p w14:paraId="76A420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3SP_Or</w:t>
            </w:r>
            <w:r w:rsidRPr="008D5CAD">
              <w:rPr>
                <w:rFonts w:cs="Arial"/>
                <w:sz w:val="20"/>
                <w:szCs w:val="20"/>
              </w:rPr>
              <w:t>i_S</w:t>
            </w:r>
          </w:p>
        </w:tc>
        <w:tc>
          <w:tcPr>
            <w:tcW w:w="5677" w:type="dxa"/>
          </w:tcPr>
          <w:p w14:paraId="1177BA3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第三主軸定位偏移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  <w:lang w:eastAsia="zh-TW"/>
              </w:rPr>
              <w:t>根據主軸端或馬達端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(ON-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馬達端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</w:tcPr>
          <w:p w14:paraId="393053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6E91B23" w14:textId="77777777" w:rsidTr="008D5CAD">
        <w:trPr>
          <w:trHeight w:val="20"/>
          <w:jc w:val="center"/>
        </w:trPr>
        <w:tc>
          <w:tcPr>
            <w:tcW w:w="1406" w:type="dxa"/>
          </w:tcPr>
          <w:p w14:paraId="1C7A91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zh-TW"/>
              </w:rPr>
            </w:pPr>
          </w:p>
        </w:tc>
        <w:tc>
          <w:tcPr>
            <w:tcW w:w="2273" w:type="dxa"/>
          </w:tcPr>
          <w:p w14:paraId="252A475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  <w:tc>
          <w:tcPr>
            <w:tcW w:w="5677" w:type="dxa"/>
          </w:tcPr>
          <w:p w14:paraId="62006DC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458192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021D85E" w14:textId="77777777" w:rsidTr="008D5CAD">
        <w:trPr>
          <w:trHeight w:val="20"/>
          <w:jc w:val="center"/>
        </w:trPr>
        <w:tc>
          <w:tcPr>
            <w:tcW w:w="1406" w:type="dxa"/>
          </w:tcPr>
          <w:p w14:paraId="07C2D9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454</w:t>
            </w:r>
          </w:p>
        </w:tc>
        <w:tc>
          <w:tcPr>
            <w:tcW w:w="2273" w:type="dxa"/>
          </w:tcPr>
          <w:p w14:paraId="59263C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1</w:t>
            </w:r>
            <w:r w:rsidRPr="008D5CAD">
              <w:rPr>
                <w:rFonts w:cs="Arial" w:hint="eastAsia"/>
                <w:sz w:val="20"/>
                <w:szCs w:val="20"/>
              </w:rPr>
              <w:t>SP_Ori_</w:t>
            </w:r>
            <w:r w:rsidRPr="008D5CAD">
              <w:rPr>
                <w:rFonts w:cs="Arial"/>
                <w:sz w:val="20"/>
                <w:szCs w:val="20"/>
              </w:rPr>
              <w:t>AB</w:t>
            </w:r>
            <w:r w:rsidRPr="008D5CAD">
              <w:rPr>
                <w:rFonts w:cs="Arial" w:hint="eastAsia"/>
                <w:sz w:val="20"/>
                <w:szCs w:val="20"/>
              </w:rPr>
              <w:t>RE</w:t>
            </w:r>
          </w:p>
        </w:tc>
        <w:tc>
          <w:tcPr>
            <w:tcW w:w="5677" w:type="dxa"/>
          </w:tcPr>
          <w:p w14:paraId="2ADFAB9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相對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/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絕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  <w:lang w:eastAsia="zh-TW"/>
              </w:rPr>
              <w:t>對第一主軸定位功能選擇</w:t>
            </w:r>
          </w:p>
        </w:tc>
        <w:tc>
          <w:tcPr>
            <w:tcW w:w="1973" w:type="dxa"/>
          </w:tcPr>
          <w:p w14:paraId="61C6BB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388F111" w14:textId="77777777" w:rsidTr="008D5CAD">
        <w:trPr>
          <w:trHeight w:val="20"/>
          <w:jc w:val="center"/>
        </w:trPr>
        <w:tc>
          <w:tcPr>
            <w:tcW w:w="1406" w:type="dxa"/>
          </w:tcPr>
          <w:p w14:paraId="4D7641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455</w:t>
            </w:r>
          </w:p>
        </w:tc>
        <w:tc>
          <w:tcPr>
            <w:tcW w:w="2273" w:type="dxa"/>
          </w:tcPr>
          <w:p w14:paraId="4CC628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</w:t>
            </w:r>
            <w:r w:rsidRPr="008D5CAD">
              <w:rPr>
                <w:rFonts w:cs="Arial" w:hint="eastAsia"/>
                <w:sz w:val="20"/>
                <w:szCs w:val="20"/>
              </w:rPr>
              <w:t>SP_Ori_</w:t>
            </w:r>
            <w:r w:rsidRPr="008D5CAD">
              <w:rPr>
                <w:rFonts w:cs="Arial"/>
                <w:sz w:val="20"/>
                <w:szCs w:val="20"/>
              </w:rPr>
              <w:t>AB</w:t>
            </w:r>
            <w:r w:rsidRPr="008D5CAD">
              <w:rPr>
                <w:rFonts w:cs="Arial" w:hint="eastAsia"/>
                <w:sz w:val="20"/>
                <w:szCs w:val="20"/>
              </w:rPr>
              <w:t>RE</w:t>
            </w:r>
          </w:p>
        </w:tc>
        <w:tc>
          <w:tcPr>
            <w:tcW w:w="5677" w:type="dxa"/>
          </w:tcPr>
          <w:p w14:paraId="690E074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相對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/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絕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  <w:lang w:eastAsia="zh-TW"/>
              </w:rPr>
              <w:t>對第二主軸定位功能選擇</w:t>
            </w:r>
          </w:p>
        </w:tc>
        <w:tc>
          <w:tcPr>
            <w:tcW w:w="1973" w:type="dxa"/>
          </w:tcPr>
          <w:p w14:paraId="5A3A242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96AF8C1" w14:textId="77777777" w:rsidTr="008D5CAD">
        <w:trPr>
          <w:trHeight w:val="20"/>
          <w:jc w:val="center"/>
        </w:trPr>
        <w:tc>
          <w:tcPr>
            <w:tcW w:w="1406" w:type="dxa"/>
          </w:tcPr>
          <w:p w14:paraId="3794BB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456</w:t>
            </w:r>
          </w:p>
        </w:tc>
        <w:tc>
          <w:tcPr>
            <w:tcW w:w="2273" w:type="dxa"/>
          </w:tcPr>
          <w:p w14:paraId="5FFAF1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3</w:t>
            </w:r>
            <w:r w:rsidRPr="008D5CAD">
              <w:rPr>
                <w:rFonts w:cs="Arial" w:hint="eastAsia"/>
                <w:sz w:val="20"/>
                <w:szCs w:val="20"/>
              </w:rPr>
              <w:t>SP_Ori_</w:t>
            </w:r>
            <w:r w:rsidRPr="008D5CAD">
              <w:rPr>
                <w:rFonts w:cs="Arial"/>
                <w:sz w:val="20"/>
                <w:szCs w:val="20"/>
              </w:rPr>
              <w:t>AB</w:t>
            </w:r>
            <w:r w:rsidRPr="008D5CAD">
              <w:rPr>
                <w:rFonts w:cs="Arial" w:hint="eastAsia"/>
                <w:sz w:val="20"/>
                <w:szCs w:val="20"/>
              </w:rPr>
              <w:t>RE</w:t>
            </w:r>
          </w:p>
        </w:tc>
        <w:tc>
          <w:tcPr>
            <w:tcW w:w="5677" w:type="dxa"/>
          </w:tcPr>
          <w:p w14:paraId="3903496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相對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/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絕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  <w:lang w:eastAsia="zh-TW"/>
              </w:rPr>
              <w:t>對第三主軸定位功能選擇</w:t>
            </w:r>
          </w:p>
        </w:tc>
        <w:tc>
          <w:tcPr>
            <w:tcW w:w="1973" w:type="dxa"/>
          </w:tcPr>
          <w:p w14:paraId="4E22D5A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63F4C33" w14:textId="77777777" w:rsidTr="008D5CAD">
        <w:trPr>
          <w:trHeight w:val="20"/>
          <w:jc w:val="center"/>
        </w:trPr>
        <w:tc>
          <w:tcPr>
            <w:tcW w:w="1406" w:type="dxa"/>
          </w:tcPr>
          <w:p w14:paraId="07D5C7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zh-TW"/>
              </w:rPr>
            </w:pPr>
          </w:p>
        </w:tc>
        <w:tc>
          <w:tcPr>
            <w:tcW w:w="2273" w:type="dxa"/>
          </w:tcPr>
          <w:p w14:paraId="2F5252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  <w:tc>
          <w:tcPr>
            <w:tcW w:w="5677" w:type="dxa"/>
          </w:tcPr>
          <w:p w14:paraId="0424DE4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1973" w:type="dxa"/>
          </w:tcPr>
          <w:p w14:paraId="156F34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C3CF631" w14:textId="77777777" w:rsidTr="008D5CAD">
        <w:trPr>
          <w:trHeight w:val="20"/>
          <w:jc w:val="center"/>
        </w:trPr>
        <w:tc>
          <w:tcPr>
            <w:tcW w:w="1406" w:type="dxa"/>
          </w:tcPr>
          <w:p w14:paraId="255B37F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73" w:type="dxa"/>
          </w:tcPr>
          <w:p w14:paraId="377EC6B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</w:tcPr>
          <w:p w14:paraId="159B097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</w:tcPr>
          <w:p w14:paraId="77C7EF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B32331A" w14:textId="77777777" w:rsidTr="008D5CAD">
        <w:trPr>
          <w:trHeight w:val="20"/>
          <w:jc w:val="center"/>
        </w:trPr>
        <w:tc>
          <w:tcPr>
            <w:tcW w:w="1406" w:type="dxa"/>
          </w:tcPr>
          <w:p w14:paraId="59BDA2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479</w:t>
            </w:r>
          </w:p>
        </w:tc>
        <w:tc>
          <w:tcPr>
            <w:tcW w:w="2273" w:type="dxa"/>
          </w:tcPr>
          <w:p w14:paraId="5B0538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7248FD8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保留給執行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M00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/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M01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主軸停止旋轉</w:t>
            </w:r>
          </w:p>
        </w:tc>
        <w:tc>
          <w:tcPr>
            <w:tcW w:w="1973" w:type="dxa"/>
          </w:tcPr>
          <w:p w14:paraId="7532DC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B91D369" w14:textId="77777777" w:rsidTr="008D5CAD">
        <w:trPr>
          <w:trHeight w:val="20"/>
          <w:jc w:val="center"/>
        </w:trPr>
        <w:tc>
          <w:tcPr>
            <w:tcW w:w="1406" w:type="dxa"/>
          </w:tcPr>
          <w:p w14:paraId="0FDF30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80</w:t>
            </w:r>
          </w:p>
        </w:tc>
        <w:tc>
          <w:tcPr>
            <w:tcW w:w="2273" w:type="dxa"/>
          </w:tcPr>
          <w:p w14:paraId="005C55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SKIP0</w:t>
            </w:r>
            <w:r w:rsidRPr="008D5CAD">
              <w:rPr>
                <w:rFonts w:cs="Arial" w:hint="eastAsia"/>
                <w:sz w:val="20"/>
                <w:szCs w:val="20"/>
              </w:rPr>
              <w:t>1</w:t>
            </w:r>
          </w:p>
        </w:tc>
        <w:tc>
          <w:tcPr>
            <w:tcW w:w="5677" w:type="dxa"/>
          </w:tcPr>
          <w:p w14:paraId="714680A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01</w:t>
            </w:r>
          </w:p>
        </w:tc>
        <w:tc>
          <w:tcPr>
            <w:tcW w:w="1973" w:type="dxa"/>
          </w:tcPr>
          <w:p w14:paraId="38C368A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參考</w:t>
            </w:r>
            <w:r w:rsidRPr="008D5CAD">
              <w:rPr>
                <w:rFonts w:cs="Arial" w:hint="eastAsia"/>
                <w:sz w:val="20"/>
                <w:szCs w:val="20"/>
              </w:rPr>
              <w:t>C2</w:t>
            </w:r>
          </w:p>
        </w:tc>
      </w:tr>
      <w:tr w:rsidR="00AE098B" w:rsidRPr="008D5CAD" w14:paraId="722E2383" w14:textId="77777777" w:rsidTr="008D5CAD">
        <w:trPr>
          <w:trHeight w:val="20"/>
          <w:jc w:val="center"/>
        </w:trPr>
        <w:tc>
          <w:tcPr>
            <w:tcW w:w="1406" w:type="dxa"/>
          </w:tcPr>
          <w:p w14:paraId="646844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81</w:t>
            </w:r>
          </w:p>
        </w:tc>
        <w:tc>
          <w:tcPr>
            <w:tcW w:w="2273" w:type="dxa"/>
          </w:tcPr>
          <w:p w14:paraId="0F2073E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SKIP02</w:t>
            </w:r>
          </w:p>
        </w:tc>
        <w:tc>
          <w:tcPr>
            <w:tcW w:w="5677" w:type="dxa"/>
          </w:tcPr>
          <w:p w14:paraId="6B0B157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02</w:t>
            </w:r>
          </w:p>
        </w:tc>
        <w:tc>
          <w:tcPr>
            <w:tcW w:w="1973" w:type="dxa"/>
          </w:tcPr>
          <w:p w14:paraId="234391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BC24DE5" w14:textId="77777777" w:rsidTr="008D5CAD">
        <w:trPr>
          <w:trHeight w:val="20"/>
          <w:jc w:val="center"/>
        </w:trPr>
        <w:tc>
          <w:tcPr>
            <w:tcW w:w="1406" w:type="dxa"/>
          </w:tcPr>
          <w:p w14:paraId="6F1545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82</w:t>
            </w:r>
          </w:p>
        </w:tc>
        <w:tc>
          <w:tcPr>
            <w:tcW w:w="2273" w:type="dxa"/>
          </w:tcPr>
          <w:p w14:paraId="1E1976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SKIP03</w:t>
            </w:r>
          </w:p>
        </w:tc>
        <w:tc>
          <w:tcPr>
            <w:tcW w:w="5677" w:type="dxa"/>
          </w:tcPr>
          <w:p w14:paraId="51EF952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03</w:t>
            </w:r>
          </w:p>
        </w:tc>
        <w:tc>
          <w:tcPr>
            <w:tcW w:w="1973" w:type="dxa"/>
          </w:tcPr>
          <w:p w14:paraId="6F3ABF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6FE4181" w14:textId="77777777" w:rsidTr="008D5CAD">
        <w:trPr>
          <w:trHeight w:val="20"/>
          <w:jc w:val="center"/>
        </w:trPr>
        <w:tc>
          <w:tcPr>
            <w:tcW w:w="1406" w:type="dxa"/>
          </w:tcPr>
          <w:p w14:paraId="2833110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83</w:t>
            </w:r>
          </w:p>
        </w:tc>
        <w:tc>
          <w:tcPr>
            <w:tcW w:w="2273" w:type="dxa"/>
          </w:tcPr>
          <w:p w14:paraId="4A1FF9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SKIP04</w:t>
            </w:r>
          </w:p>
        </w:tc>
        <w:tc>
          <w:tcPr>
            <w:tcW w:w="5677" w:type="dxa"/>
          </w:tcPr>
          <w:p w14:paraId="47B0AEE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04</w:t>
            </w:r>
          </w:p>
        </w:tc>
        <w:tc>
          <w:tcPr>
            <w:tcW w:w="1973" w:type="dxa"/>
          </w:tcPr>
          <w:p w14:paraId="60339C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2BECBD3" w14:textId="77777777" w:rsidTr="008D5CAD">
        <w:trPr>
          <w:trHeight w:val="20"/>
          <w:jc w:val="center"/>
        </w:trPr>
        <w:tc>
          <w:tcPr>
            <w:tcW w:w="1406" w:type="dxa"/>
          </w:tcPr>
          <w:p w14:paraId="5323CE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</w:t>
            </w:r>
            <w:r w:rsidRPr="008D5CAD">
              <w:rPr>
                <w:rFonts w:cs="Arial" w:hint="eastAsia"/>
                <w:b/>
                <w:sz w:val="20"/>
                <w:szCs w:val="20"/>
              </w:rPr>
              <w:t>84</w:t>
            </w:r>
          </w:p>
        </w:tc>
        <w:tc>
          <w:tcPr>
            <w:tcW w:w="2273" w:type="dxa"/>
          </w:tcPr>
          <w:p w14:paraId="1FA965C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40B3079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05</w:t>
            </w:r>
          </w:p>
        </w:tc>
        <w:tc>
          <w:tcPr>
            <w:tcW w:w="1973" w:type="dxa"/>
          </w:tcPr>
          <w:p w14:paraId="2F372C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5E96E76" w14:textId="77777777" w:rsidTr="008D5CAD">
        <w:trPr>
          <w:trHeight w:val="20"/>
          <w:jc w:val="center"/>
        </w:trPr>
        <w:tc>
          <w:tcPr>
            <w:tcW w:w="1406" w:type="dxa"/>
          </w:tcPr>
          <w:p w14:paraId="1C9E5A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485</w:t>
            </w:r>
          </w:p>
        </w:tc>
        <w:tc>
          <w:tcPr>
            <w:tcW w:w="2273" w:type="dxa"/>
          </w:tcPr>
          <w:p w14:paraId="0204F20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12C4998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06</w:t>
            </w:r>
          </w:p>
        </w:tc>
        <w:tc>
          <w:tcPr>
            <w:tcW w:w="1973" w:type="dxa"/>
          </w:tcPr>
          <w:p w14:paraId="1B41C9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00D2DC5" w14:textId="77777777" w:rsidTr="008D5CAD">
        <w:trPr>
          <w:trHeight w:val="20"/>
          <w:jc w:val="center"/>
        </w:trPr>
        <w:tc>
          <w:tcPr>
            <w:tcW w:w="1406" w:type="dxa"/>
          </w:tcPr>
          <w:p w14:paraId="273F7C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486</w:t>
            </w:r>
          </w:p>
        </w:tc>
        <w:tc>
          <w:tcPr>
            <w:tcW w:w="2273" w:type="dxa"/>
          </w:tcPr>
          <w:p w14:paraId="49995B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1B4BAB2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07</w:t>
            </w:r>
          </w:p>
        </w:tc>
        <w:tc>
          <w:tcPr>
            <w:tcW w:w="1973" w:type="dxa"/>
          </w:tcPr>
          <w:p w14:paraId="40F207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FB8145" w14:textId="77777777" w:rsidTr="008D5CAD">
        <w:trPr>
          <w:trHeight w:val="20"/>
          <w:jc w:val="center"/>
        </w:trPr>
        <w:tc>
          <w:tcPr>
            <w:tcW w:w="1406" w:type="dxa"/>
          </w:tcPr>
          <w:p w14:paraId="34A19A4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487</w:t>
            </w:r>
          </w:p>
        </w:tc>
        <w:tc>
          <w:tcPr>
            <w:tcW w:w="2273" w:type="dxa"/>
          </w:tcPr>
          <w:p w14:paraId="36A8B3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00F8D67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08</w:t>
            </w:r>
          </w:p>
        </w:tc>
        <w:tc>
          <w:tcPr>
            <w:tcW w:w="1973" w:type="dxa"/>
          </w:tcPr>
          <w:p w14:paraId="654924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004BFF2" w14:textId="77777777" w:rsidTr="008D5CAD">
        <w:trPr>
          <w:trHeight w:val="20"/>
          <w:jc w:val="center"/>
        </w:trPr>
        <w:tc>
          <w:tcPr>
            <w:tcW w:w="1406" w:type="dxa"/>
          </w:tcPr>
          <w:p w14:paraId="689B085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488</w:t>
            </w:r>
          </w:p>
        </w:tc>
        <w:tc>
          <w:tcPr>
            <w:tcW w:w="2273" w:type="dxa"/>
          </w:tcPr>
          <w:p w14:paraId="1E9C98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7894241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09</w:t>
            </w:r>
          </w:p>
        </w:tc>
        <w:tc>
          <w:tcPr>
            <w:tcW w:w="1973" w:type="dxa"/>
          </w:tcPr>
          <w:p w14:paraId="663A92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CA1B635" w14:textId="77777777" w:rsidTr="008D5CAD">
        <w:trPr>
          <w:trHeight w:val="20"/>
          <w:jc w:val="center"/>
        </w:trPr>
        <w:tc>
          <w:tcPr>
            <w:tcW w:w="1406" w:type="dxa"/>
          </w:tcPr>
          <w:p w14:paraId="01449D7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489</w:t>
            </w:r>
          </w:p>
        </w:tc>
        <w:tc>
          <w:tcPr>
            <w:tcW w:w="2273" w:type="dxa"/>
          </w:tcPr>
          <w:p w14:paraId="40592C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38094D4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G31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10</w:t>
            </w:r>
          </w:p>
        </w:tc>
        <w:tc>
          <w:tcPr>
            <w:tcW w:w="1973" w:type="dxa"/>
          </w:tcPr>
          <w:p w14:paraId="57E664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065839" w14:textId="77777777" w:rsidTr="008D5CAD">
        <w:trPr>
          <w:trHeight w:val="20"/>
          <w:jc w:val="center"/>
        </w:trPr>
        <w:tc>
          <w:tcPr>
            <w:tcW w:w="1406" w:type="dxa"/>
          </w:tcPr>
          <w:p w14:paraId="22D7F4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490</w:t>
            </w:r>
          </w:p>
        </w:tc>
        <w:tc>
          <w:tcPr>
            <w:tcW w:w="2273" w:type="dxa"/>
          </w:tcPr>
          <w:p w14:paraId="51D95B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DS01</w:t>
            </w:r>
          </w:p>
        </w:tc>
        <w:tc>
          <w:tcPr>
            <w:tcW w:w="5677" w:type="dxa"/>
          </w:tcPr>
          <w:p w14:paraId="1A88398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01</w:t>
            </w:r>
          </w:p>
        </w:tc>
        <w:tc>
          <w:tcPr>
            <w:tcW w:w="1973" w:type="dxa"/>
          </w:tcPr>
          <w:p w14:paraId="7714B8E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3121C3D" w14:textId="77777777" w:rsidTr="008D5CAD">
        <w:trPr>
          <w:trHeight w:val="20"/>
          <w:jc w:val="center"/>
        </w:trPr>
        <w:tc>
          <w:tcPr>
            <w:tcW w:w="1406" w:type="dxa"/>
          </w:tcPr>
          <w:p w14:paraId="1B7368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491</w:t>
            </w:r>
          </w:p>
        </w:tc>
        <w:tc>
          <w:tcPr>
            <w:tcW w:w="2273" w:type="dxa"/>
          </w:tcPr>
          <w:p w14:paraId="357E23E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DS02</w:t>
            </w:r>
          </w:p>
        </w:tc>
        <w:tc>
          <w:tcPr>
            <w:tcW w:w="5677" w:type="dxa"/>
          </w:tcPr>
          <w:p w14:paraId="4334A12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02</w:t>
            </w:r>
          </w:p>
        </w:tc>
        <w:tc>
          <w:tcPr>
            <w:tcW w:w="1973" w:type="dxa"/>
          </w:tcPr>
          <w:p w14:paraId="5517F4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52936C5" w14:textId="77777777" w:rsidTr="008D5CAD">
        <w:trPr>
          <w:trHeight w:val="20"/>
          <w:jc w:val="center"/>
        </w:trPr>
        <w:tc>
          <w:tcPr>
            <w:tcW w:w="1406" w:type="dxa"/>
          </w:tcPr>
          <w:p w14:paraId="38D21B0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492</w:t>
            </w:r>
          </w:p>
        </w:tc>
        <w:tc>
          <w:tcPr>
            <w:tcW w:w="2273" w:type="dxa"/>
          </w:tcPr>
          <w:p w14:paraId="6F632D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DS03</w:t>
            </w:r>
          </w:p>
        </w:tc>
        <w:tc>
          <w:tcPr>
            <w:tcW w:w="5677" w:type="dxa"/>
          </w:tcPr>
          <w:p w14:paraId="4AD6CCB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03</w:t>
            </w:r>
          </w:p>
        </w:tc>
        <w:tc>
          <w:tcPr>
            <w:tcW w:w="1973" w:type="dxa"/>
          </w:tcPr>
          <w:p w14:paraId="2D7965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B09D7BF" w14:textId="77777777" w:rsidTr="008D5CAD">
        <w:trPr>
          <w:trHeight w:val="20"/>
          <w:jc w:val="center"/>
        </w:trPr>
        <w:tc>
          <w:tcPr>
            <w:tcW w:w="1406" w:type="dxa"/>
          </w:tcPr>
          <w:p w14:paraId="3926FB9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493</w:t>
            </w:r>
          </w:p>
        </w:tc>
        <w:tc>
          <w:tcPr>
            <w:tcW w:w="2273" w:type="dxa"/>
          </w:tcPr>
          <w:p w14:paraId="278F53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DS04</w:t>
            </w:r>
          </w:p>
        </w:tc>
        <w:tc>
          <w:tcPr>
            <w:tcW w:w="5677" w:type="dxa"/>
          </w:tcPr>
          <w:p w14:paraId="40855E2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04</w:t>
            </w:r>
          </w:p>
        </w:tc>
        <w:tc>
          <w:tcPr>
            <w:tcW w:w="1973" w:type="dxa"/>
          </w:tcPr>
          <w:p w14:paraId="5779E9C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0190533" w14:textId="77777777" w:rsidTr="008D5CAD">
        <w:trPr>
          <w:trHeight w:val="20"/>
          <w:jc w:val="center"/>
        </w:trPr>
        <w:tc>
          <w:tcPr>
            <w:tcW w:w="1406" w:type="dxa"/>
          </w:tcPr>
          <w:p w14:paraId="43A6A8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lastRenderedPageBreak/>
              <w:t>494</w:t>
            </w:r>
          </w:p>
        </w:tc>
        <w:tc>
          <w:tcPr>
            <w:tcW w:w="2273" w:type="dxa"/>
          </w:tcPr>
          <w:p w14:paraId="6B9C43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64E3988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05</w:t>
            </w:r>
          </w:p>
        </w:tc>
        <w:tc>
          <w:tcPr>
            <w:tcW w:w="1973" w:type="dxa"/>
          </w:tcPr>
          <w:p w14:paraId="0A5F2B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5152DD7" w14:textId="77777777" w:rsidTr="008D5CAD">
        <w:trPr>
          <w:trHeight w:val="20"/>
          <w:jc w:val="center"/>
        </w:trPr>
        <w:tc>
          <w:tcPr>
            <w:tcW w:w="1406" w:type="dxa"/>
          </w:tcPr>
          <w:p w14:paraId="5AE91C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495</w:t>
            </w:r>
          </w:p>
        </w:tc>
        <w:tc>
          <w:tcPr>
            <w:tcW w:w="2273" w:type="dxa"/>
          </w:tcPr>
          <w:p w14:paraId="3C0531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2E5B870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06</w:t>
            </w:r>
          </w:p>
        </w:tc>
        <w:tc>
          <w:tcPr>
            <w:tcW w:w="1973" w:type="dxa"/>
          </w:tcPr>
          <w:p w14:paraId="085738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B287D26" w14:textId="77777777" w:rsidTr="008D5CAD">
        <w:trPr>
          <w:trHeight w:val="20"/>
          <w:jc w:val="center"/>
        </w:trPr>
        <w:tc>
          <w:tcPr>
            <w:tcW w:w="1406" w:type="dxa"/>
          </w:tcPr>
          <w:p w14:paraId="688C54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496</w:t>
            </w:r>
          </w:p>
        </w:tc>
        <w:tc>
          <w:tcPr>
            <w:tcW w:w="2273" w:type="dxa"/>
          </w:tcPr>
          <w:p w14:paraId="6AA55D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64FFFCE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07</w:t>
            </w:r>
          </w:p>
        </w:tc>
        <w:tc>
          <w:tcPr>
            <w:tcW w:w="1973" w:type="dxa"/>
          </w:tcPr>
          <w:p w14:paraId="4B9696E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2CF9140" w14:textId="77777777" w:rsidTr="008D5CAD">
        <w:trPr>
          <w:trHeight w:val="20"/>
          <w:jc w:val="center"/>
        </w:trPr>
        <w:tc>
          <w:tcPr>
            <w:tcW w:w="1406" w:type="dxa"/>
          </w:tcPr>
          <w:p w14:paraId="0B561B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497</w:t>
            </w:r>
          </w:p>
        </w:tc>
        <w:tc>
          <w:tcPr>
            <w:tcW w:w="2273" w:type="dxa"/>
          </w:tcPr>
          <w:p w14:paraId="01682CB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148796A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08</w:t>
            </w:r>
          </w:p>
        </w:tc>
        <w:tc>
          <w:tcPr>
            <w:tcW w:w="1973" w:type="dxa"/>
          </w:tcPr>
          <w:p w14:paraId="30AB9D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E43AB8B" w14:textId="77777777" w:rsidTr="008D5CAD">
        <w:trPr>
          <w:trHeight w:val="20"/>
          <w:jc w:val="center"/>
        </w:trPr>
        <w:tc>
          <w:tcPr>
            <w:tcW w:w="1406" w:type="dxa"/>
          </w:tcPr>
          <w:p w14:paraId="300412D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498</w:t>
            </w:r>
          </w:p>
        </w:tc>
        <w:tc>
          <w:tcPr>
            <w:tcW w:w="2273" w:type="dxa"/>
          </w:tcPr>
          <w:p w14:paraId="27528D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250C575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09</w:t>
            </w:r>
          </w:p>
        </w:tc>
        <w:tc>
          <w:tcPr>
            <w:tcW w:w="1973" w:type="dxa"/>
          </w:tcPr>
          <w:p w14:paraId="657ED8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4B26B42" w14:textId="77777777" w:rsidTr="008D5CAD">
        <w:trPr>
          <w:trHeight w:val="20"/>
          <w:jc w:val="center"/>
        </w:trPr>
        <w:tc>
          <w:tcPr>
            <w:tcW w:w="1406" w:type="dxa"/>
          </w:tcPr>
          <w:p w14:paraId="1518CA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499</w:t>
            </w:r>
          </w:p>
        </w:tc>
        <w:tc>
          <w:tcPr>
            <w:tcW w:w="2273" w:type="dxa"/>
          </w:tcPr>
          <w:p w14:paraId="731FD2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5677" w:type="dxa"/>
          </w:tcPr>
          <w:p w14:paraId="26E2F57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DEWELL</w:t>
            </w:r>
            <w:r w:rsidRPr="008D5CAD">
              <w:rPr>
                <w:rFonts w:cs="Arial"/>
                <w:sz w:val="20"/>
                <w:szCs w:val="20"/>
              </w:rPr>
              <w:t xml:space="preserve"> SKIP SIGNAL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10</w:t>
            </w:r>
          </w:p>
        </w:tc>
        <w:tc>
          <w:tcPr>
            <w:tcW w:w="1973" w:type="dxa"/>
          </w:tcPr>
          <w:p w14:paraId="6BEED6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CD4C8D2" w14:textId="77777777" w:rsidTr="008D5CAD">
        <w:trPr>
          <w:trHeight w:val="20"/>
          <w:jc w:val="center"/>
        </w:trPr>
        <w:tc>
          <w:tcPr>
            <w:tcW w:w="1406" w:type="dxa"/>
          </w:tcPr>
          <w:p w14:paraId="0BC98A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500</w:t>
            </w:r>
          </w:p>
        </w:tc>
        <w:tc>
          <w:tcPr>
            <w:tcW w:w="2273" w:type="dxa"/>
          </w:tcPr>
          <w:p w14:paraId="4DC8EF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MAIN_CHUK_ OK</w:t>
            </w:r>
          </w:p>
        </w:tc>
        <w:tc>
          <w:tcPr>
            <w:tcW w:w="5677" w:type="dxa"/>
          </w:tcPr>
          <w:p w14:paraId="309F651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chuck status check ok</w:t>
            </w:r>
          </w:p>
        </w:tc>
        <w:tc>
          <w:tcPr>
            <w:tcW w:w="1973" w:type="dxa"/>
          </w:tcPr>
          <w:p w14:paraId="6DF5E16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119C031" w14:textId="77777777" w:rsidTr="008D5CAD">
        <w:trPr>
          <w:trHeight w:val="20"/>
          <w:jc w:val="center"/>
        </w:trPr>
        <w:tc>
          <w:tcPr>
            <w:tcW w:w="1406" w:type="dxa"/>
          </w:tcPr>
          <w:p w14:paraId="5A28CD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501</w:t>
            </w:r>
          </w:p>
        </w:tc>
        <w:tc>
          <w:tcPr>
            <w:tcW w:w="2273" w:type="dxa"/>
          </w:tcPr>
          <w:p w14:paraId="6A6AE23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SUB_CHUK_ OK</w:t>
            </w:r>
          </w:p>
        </w:tc>
        <w:tc>
          <w:tcPr>
            <w:tcW w:w="5677" w:type="dxa"/>
          </w:tcPr>
          <w:p w14:paraId="21756E8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chuck status check ok</w:t>
            </w:r>
          </w:p>
        </w:tc>
        <w:tc>
          <w:tcPr>
            <w:tcW w:w="1973" w:type="dxa"/>
          </w:tcPr>
          <w:p w14:paraId="311D6E3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D863558" w14:textId="77777777" w:rsidTr="008D5CAD">
        <w:trPr>
          <w:trHeight w:val="20"/>
          <w:jc w:val="center"/>
        </w:trPr>
        <w:tc>
          <w:tcPr>
            <w:tcW w:w="1406" w:type="dxa"/>
          </w:tcPr>
          <w:p w14:paraId="63EF08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502</w:t>
            </w:r>
          </w:p>
        </w:tc>
        <w:tc>
          <w:tcPr>
            <w:tcW w:w="2273" w:type="dxa"/>
          </w:tcPr>
          <w:p w14:paraId="6436EA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H5</w:t>
            </w:r>
          </w:p>
        </w:tc>
        <w:tc>
          <w:tcPr>
            <w:tcW w:w="5677" w:type="dxa"/>
          </w:tcPr>
          <w:p w14:paraId="29BCFEA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HANDLE 5 AXIS</w:t>
            </w:r>
          </w:p>
        </w:tc>
        <w:tc>
          <w:tcPr>
            <w:tcW w:w="1973" w:type="dxa"/>
          </w:tcPr>
          <w:p w14:paraId="528182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A55199C" w14:textId="77777777" w:rsidTr="008D5CAD">
        <w:trPr>
          <w:trHeight w:val="20"/>
          <w:jc w:val="center"/>
        </w:trPr>
        <w:tc>
          <w:tcPr>
            <w:tcW w:w="1406" w:type="dxa"/>
          </w:tcPr>
          <w:p w14:paraId="30B961B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503</w:t>
            </w:r>
          </w:p>
        </w:tc>
        <w:tc>
          <w:tcPr>
            <w:tcW w:w="2273" w:type="dxa"/>
          </w:tcPr>
          <w:p w14:paraId="52E751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H6</w:t>
            </w:r>
          </w:p>
        </w:tc>
        <w:tc>
          <w:tcPr>
            <w:tcW w:w="5677" w:type="dxa"/>
          </w:tcPr>
          <w:p w14:paraId="0F26AEF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HANDLE 6 AXIS</w:t>
            </w:r>
          </w:p>
        </w:tc>
        <w:tc>
          <w:tcPr>
            <w:tcW w:w="1973" w:type="dxa"/>
          </w:tcPr>
          <w:p w14:paraId="5A1247B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12B76FD" w14:textId="77777777" w:rsidTr="008D5CAD">
        <w:trPr>
          <w:trHeight w:val="20"/>
          <w:jc w:val="center"/>
        </w:trPr>
        <w:tc>
          <w:tcPr>
            <w:tcW w:w="1406" w:type="dxa"/>
          </w:tcPr>
          <w:p w14:paraId="7DC4340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504</w:t>
            </w:r>
          </w:p>
        </w:tc>
        <w:tc>
          <w:tcPr>
            <w:tcW w:w="2273" w:type="dxa"/>
          </w:tcPr>
          <w:p w14:paraId="6B0C35B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DOG5</w:t>
            </w:r>
          </w:p>
        </w:tc>
        <w:tc>
          <w:tcPr>
            <w:tcW w:w="5677" w:type="dxa"/>
          </w:tcPr>
          <w:p w14:paraId="4E75E3E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5 AXIS DOG</w:t>
            </w:r>
          </w:p>
        </w:tc>
        <w:tc>
          <w:tcPr>
            <w:tcW w:w="1973" w:type="dxa"/>
          </w:tcPr>
          <w:p w14:paraId="1BB606B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EtherCAT</w:t>
            </w:r>
            <w:proofErr w:type="spellEnd"/>
          </w:p>
        </w:tc>
      </w:tr>
      <w:tr w:rsidR="00AE098B" w:rsidRPr="008D5CAD" w14:paraId="3C1A3A3E" w14:textId="77777777" w:rsidTr="008D5CAD">
        <w:trPr>
          <w:trHeight w:val="20"/>
          <w:jc w:val="center"/>
        </w:trPr>
        <w:tc>
          <w:tcPr>
            <w:tcW w:w="1406" w:type="dxa"/>
          </w:tcPr>
          <w:p w14:paraId="6B8094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505</w:t>
            </w:r>
          </w:p>
        </w:tc>
        <w:tc>
          <w:tcPr>
            <w:tcW w:w="2273" w:type="dxa"/>
          </w:tcPr>
          <w:p w14:paraId="3ED5EA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DOG6</w:t>
            </w:r>
          </w:p>
        </w:tc>
        <w:tc>
          <w:tcPr>
            <w:tcW w:w="5677" w:type="dxa"/>
          </w:tcPr>
          <w:p w14:paraId="2FA253A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6 AXIS DOG</w:t>
            </w:r>
          </w:p>
        </w:tc>
        <w:tc>
          <w:tcPr>
            <w:tcW w:w="1973" w:type="dxa"/>
          </w:tcPr>
          <w:p w14:paraId="016FE11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EtherCAT</w:t>
            </w:r>
            <w:proofErr w:type="spellEnd"/>
          </w:p>
        </w:tc>
      </w:tr>
      <w:tr w:rsidR="00AE098B" w:rsidRPr="008D5CAD" w14:paraId="286E43E1" w14:textId="77777777" w:rsidTr="008D5CAD">
        <w:trPr>
          <w:trHeight w:val="20"/>
          <w:jc w:val="center"/>
        </w:trPr>
        <w:tc>
          <w:tcPr>
            <w:tcW w:w="1406" w:type="dxa"/>
          </w:tcPr>
          <w:p w14:paraId="55393A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506</w:t>
            </w:r>
          </w:p>
        </w:tc>
        <w:tc>
          <w:tcPr>
            <w:tcW w:w="2273" w:type="dxa"/>
          </w:tcPr>
          <w:p w14:paraId="0F74449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SUB_LOWGR</w:t>
            </w:r>
          </w:p>
        </w:tc>
        <w:tc>
          <w:tcPr>
            <w:tcW w:w="5677" w:type="dxa"/>
          </w:tcPr>
          <w:p w14:paraId="7A77F5B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LOW GEAR</w:t>
            </w:r>
          </w:p>
        </w:tc>
        <w:tc>
          <w:tcPr>
            <w:tcW w:w="1973" w:type="dxa"/>
          </w:tcPr>
          <w:p w14:paraId="671B96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1781844" w14:textId="77777777" w:rsidTr="008D5CAD">
        <w:trPr>
          <w:trHeight w:val="20"/>
          <w:jc w:val="center"/>
        </w:trPr>
        <w:tc>
          <w:tcPr>
            <w:tcW w:w="1406" w:type="dxa"/>
          </w:tcPr>
          <w:p w14:paraId="292EDAB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507</w:t>
            </w:r>
          </w:p>
        </w:tc>
        <w:tc>
          <w:tcPr>
            <w:tcW w:w="2273" w:type="dxa"/>
          </w:tcPr>
          <w:p w14:paraId="05897F5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SUB_MIDGR</w:t>
            </w:r>
          </w:p>
        </w:tc>
        <w:tc>
          <w:tcPr>
            <w:tcW w:w="5677" w:type="dxa"/>
          </w:tcPr>
          <w:p w14:paraId="06E7E74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MIDDLE GEAR</w:t>
            </w:r>
          </w:p>
        </w:tc>
        <w:tc>
          <w:tcPr>
            <w:tcW w:w="1973" w:type="dxa"/>
          </w:tcPr>
          <w:p w14:paraId="09A170F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BA30125" w14:textId="77777777" w:rsidTr="008D5CAD">
        <w:trPr>
          <w:trHeight w:val="20"/>
          <w:jc w:val="center"/>
        </w:trPr>
        <w:tc>
          <w:tcPr>
            <w:tcW w:w="1406" w:type="dxa"/>
          </w:tcPr>
          <w:p w14:paraId="47479C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508</w:t>
            </w:r>
          </w:p>
        </w:tc>
        <w:tc>
          <w:tcPr>
            <w:tcW w:w="2273" w:type="dxa"/>
          </w:tcPr>
          <w:p w14:paraId="214522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SUB_3RDGR</w:t>
            </w:r>
          </w:p>
        </w:tc>
        <w:tc>
          <w:tcPr>
            <w:tcW w:w="5677" w:type="dxa"/>
          </w:tcPr>
          <w:p w14:paraId="743AF6C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3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RD</w:t>
            </w:r>
            <w:r w:rsidRPr="008D5CAD">
              <w:rPr>
                <w:rFonts w:cs="Arial"/>
                <w:sz w:val="20"/>
                <w:szCs w:val="20"/>
              </w:rPr>
              <w:t xml:space="preserve"> GEAR</w:t>
            </w:r>
          </w:p>
        </w:tc>
        <w:tc>
          <w:tcPr>
            <w:tcW w:w="1973" w:type="dxa"/>
          </w:tcPr>
          <w:p w14:paraId="1519D8E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FCF05E6" w14:textId="77777777" w:rsidTr="008D5CAD">
        <w:trPr>
          <w:trHeight w:val="20"/>
          <w:jc w:val="center"/>
        </w:trPr>
        <w:tc>
          <w:tcPr>
            <w:tcW w:w="1406" w:type="dxa"/>
          </w:tcPr>
          <w:p w14:paraId="576F99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509</w:t>
            </w:r>
          </w:p>
        </w:tc>
        <w:tc>
          <w:tcPr>
            <w:tcW w:w="2273" w:type="dxa"/>
          </w:tcPr>
          <w:p w14:paraId="6F52FC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SUB_HIGHGR</w:t>
            </w:r>
          </w:p>
        </w:tc>
        <w:tc>
          <w:tcPr>
            <w:tcW w:w="5677" w:type="dxa"/>
          </w:tcPr>
          <w:p w14:paraId="5DBA296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HIGH GEAR</w:t>
            </w:r>
          </w:p>
        </w:tc>
        <w:tc>
          <w:tcPr>
            <w:tcW w:w="1973" w:type="dxa"/>
          </w:tcPr>
          <w:p w14:paraId="49D447B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D582AEC" w14:textId="77777777" w:rsidTr="008D5CAD">
        <w:trPr>
          <w:trHeight w:val="20"/>
          <w:jc w:val="center"/>
        </w:trPr>
        <w:tc>
          <w:tcPr>
            <w:tcW w:w="1406" w:type="dxa"/>
          </w:tcPr>
          <w:p w14:paraId="7422360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510</w:t>
            </w:r>
          </w:p>
        </w:tc>
        <w:tc>
          <w:tcPr>
            <w:tcW w:w="2273" w:type="dxa"/>
          </w:tcPr>
          <w:p w14:paraId="5F7F6C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SUB_ORT</w:t>
            </w:r>
          </w:p>
        </w:tc>
        <w:tc>
          <w:tcPr>
            <w:tcW w:w="5677" w:type="dxa"/>
          </w:tcPr>
          <w:p w14:paraId="36745E7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ORIENTATION</w:t>
            </w:r>
          </w:p>
        </w:tc>
        <w:tc>
          <w:tcPr>
            <w:tcW w:w="1973" w:type="dxa"/>
          </w:tcPr>
          <w:p w14:paraId="29592E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0ABEF46" w14:textId="77777777" w:rsidTr="008D5CAD">
        <w:trPr>
          <w:trHeight w:val="20"/>
          <w:jc w:val="center"/>
        </w:trPr>
        <w:tc>
          <w:tcPr>
            <w:tcW w:w="1406" w:type="dxa"/>
          </w:tcPr>
          <w:p w14:paraId="1A7399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511</w:t>
            </w:r>
          </w:p>
        </w:tc>
        <w:tc>
          <w:tcPr>
            <w:tcW w:w="2273" w:type="dxa"/>
          </w:tcPr>
          <w:p w14:paraId="5FD736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SUB_RIGTAP</w:t>
            </w:r>
          </w:p>
        </w:tc>
        <w:tc>
          <w:tcPr>
            <w:tcW w:w="5677" w:type="dxa"/>
          </w:tcPr>
          <w:p w14:paraId="5E60279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RIGID TAPPING</w:t>
            </w:r>
          </w:p>
        </w:tc>
        <w:tc>
          <w:tcPr>
            <w:tcW w:w="1973" w:type="dxa"/>
          </w:tcPr>
          <w:p w14:paraId="29DC3A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2F451BB" w14:textId="77777777" w:rsidTr="008D5CAD">
        <w:trPr>
          <w:trHeight w:val="20"/>
          <w:jc w:val="center"/>
        </w:trPr>
        <w:tc>
          <w:tcPr>
            <w:tcW w:w="1406" w:type="dxa"/>
          </w:tcPr>
          <w:p w14:paraId="5F070F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512</w:t>
            </w:r>
          </w:p>
        </w:tc>
        <w:tc>
          <w:tcPr>
            <w:tcW w:w="2273" w:type="dxa"/>
          </w:tcPr>
          <w:p w14:paraId="2CDCD9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SUB_ORTS</w:t>
            </w:r>
          </w:p>
        </w:tc>
        <w:tc>
          <w:tcPr>
            <w:tcW w:w="5677" w:type="dxa"/>
          </w:tcPr>
          <w:p w14:paraId="2F92FD1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ORIENTATION SENSOR</w:t>
            </w:r>
          </w:p>
        </w:tc>
        <w:tc>
          <w:tcPr>
            <w:tcW w:w="1973" w:type="dxa"/>
          </w:tcPr>
          <w:p w14:paraId="350459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BB48BD5" w14:textId="77777777" w:rsidTr="008D5CAD">
        <w:trPr>
          <w:trHeight w:val="20"/>
          <w:jc w:val="center"/>
        </w:trPr>
        <w:tc>
          <w:tcPr>
            <w:tcW w:w="1406" w:type="dxa"/>
          </w:tcPr>
          <w:p w14:paraId="71F015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513</w:t>
            </w:r>
          </w:p>
        </w:tc>
        <w:tc>
          <w:tcPr>
            <w:tcW w:w="2273" w:type="dxa"/>
          </w:tcPr>
          <w:p w14:paraId="228038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SUB_CF2CF</w:t>
            </w:r>
          </w:p>
        </w:tc>
        <w:tc>
          <w:tcPr>
            <w:tcW w:w="5677" w:type="dxa"/>
          </w:tcPr>
          <w:p w14:paraId="2C057DA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CF AXIS CHANGE TO C2 AXIS FINISH</w:t>
            </w:r>
          </w:p>
        </w:tc>
        <w:tc>
          <w:tcPr>
            <w:tcW w:w="1973" w:type="dxa"/>
          </w:tcPr>
          <w:p w14:paraId="69B2CE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B2E0145" w14:textId="77777777" w:rsidTr="008D5CAD">
        <w:trPr>
          <w:trHeight w:val="20"/>
          <w:jc w:val="center"/>
        </w:trPr>
        <w:tc>
          <w:tcPr>
            <w:tcW w:w="1406" w:type="dxa"/>
          </w:tcPr>
          <w:p w14:paraId="286519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514</w:t>
            </w:r>
          </w:p>
        </w:tc>
        <w:tc>
          <w:tcPr>
            <w:tcW w:w="2273" w:type="dxa"/>
          </w:tcPr>
          <w:p w14:paraId="498D93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SUB_2CFFIN</w:t>
            </w:r>
          </w:p>
          <w:p w14:paraId="576E45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立車版本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5677" w:type="dxa"/>
          </w:tcPr>
          <w:p w14:paraId="3C646CE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/>
                <w:sz w:val="20"/>
                <w:szCs w:val="20"/>
                <w:lang w:eastAsia="zh-TW"/>
              </w:rPr>
              <w:t>CF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軸模式，第五軸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SERVO ON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信號</w:t>
            </w:r>
          </w:p>
        </w:tc>
        <w:tc>
          <w:tcPr>
            <w:tcW w:w="1973" w:type="dxa"/>
          </w:tcPr>
          <w:p w14:paraId="73B328B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AD39274" w14:textId="77777777" w:rsidTr="008D5CAD">
        <w:trPr>
          <w:trHeight w:val="20"/>
          <w:jc w:val="center"/>
        </w:trPr>
        <w:tc>
          <w:tcPr>
            <w:tcW w:w="1406" w:type="dxa"/>
          </w:tcPr>
          <w:p w14:paraId="6EF399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515</w:t>
            </w:r>
          </w:p>
        </w:tc>
        <w:tc>
          <w:tcPr>
            <w:tcW w:w="2273" w:type="dxa"/>
          </w:tcPr>
          <w:p w14:paraId="12583AC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SUB_SPD</w:t>
            </w:r>
          </w:p>
        </w:tc>
        <w:tc>
          <w:tcPr>
            <w:tcW w:w="5677" w:type="dxa"/>
          </w:tcPr>
          <w:p w14:paraId="5DD3C71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SUB SPINDLE IS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SELECTED(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SUB SPINDLE)</w:t>
            </w:r>
          </w:p>
        </w:tc>
        <w:tc>
          <w:tcPr>
            <w:tcW w:w="1973" w:type="dxa"/>
          </w:tcPr>
          <w:p w14:paraId="208AE08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49ABCDD" w14:textId="77777777" w:rsidTr="008D5CAD">
        <w:trPr>
          <w:trHeight w:val="20"/>
          <w:jc w:val="center"/>
        </w:trPr>
        <w:tc>
          <w:tcPr>
            <w:tcW w:w="1406" w:type="dxa"/>
          </w:tcPr>
          <w:p w14:paraId="71A61A9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516</w:t>
            </w:r>
          </w:p>
        </w:tc>
        <w:tc>
          <w:tcPr>
            <w:tcW w:w="2273" w:type="dxa"/>
          </w:tcPr>
          <w:p w14:paraId="0C572AB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SUB_CUTCHK</w:t>
            </w:r>
          </w:p>
        </w:tc>
        <w:tc>
          <w:tcPr>
            <w:tcW w:w="5677" w:type="dxa"/>
          </w:tcPr>
          <w:p w14:paraId="070F4F55" w14:textId="77777777" w:rsidR="00AE098B" w:rsidRPr="008D5CAD" w:rsidRDefault="00AE098B" w:rsidP="008D5CAD">
            <w:pPr>
              <w:snapToGrid w:val="0"/>
              <w:spacing w:after="0" w:line="240" w:lineRule="auto"/>
              <w:ind w:left="100" w:hangingChars="50" w:hanging="10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Check SUB spindle speed arrival when it is cutting command</w:t>
            </w:r>
          </w:p>
        </w:tc>
        <w:tc>
          <w:tcPr>
            <w:tcW w:w="1973" w:type="dxa"/>
          </w:tcPr>
          <w:p w14:paraId="71632BF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E759543" w14:textId="77777777" w:rsidTr="008D5CAD">
        <w:trPr>
          <w:trHeight w:val="20"/>
          <w:jc w:val="center"/>
        </w:trPr>
        <w:tc>
          <w:tcPr>
            <w:tcW w:w="1406" w:type="dxa"/>
          </w:tcPr>
          <w:p w14:paraId="3F4C0F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517</w:t>
            </w:r>
          </w:p>
        </w:tc>
        <w:tc>
          <w:tcPr>
            <w:tcW w:w="2273" w:type="dxa"/>
          </w:tcPr>
          <w:p w14:paraId="6407EB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MCGSUBSPD</w:t>
            </w:r>
          </w:p>
        </w:tc>
        <w:tc>
          <w:tcPr>
            <w:tcW w:w="5677" w:type="dxa"/>
          </w:tcPr>
          <w:p w14:paraId="1EE4F2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Manual Change Gear of SUB Spindle </w:t>
            </w:r>
          </w:p>
        </w:tc>
        <w:tc>
          <w:tcPr>
            <w:tcW w:w="1973" w:type="dxa"/>
          </w:tcPr>
          <w:p w14:paraId="5030E2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D297E5B" w14:textId="77777777" w:rsidTr="008D5CAD">
        <w:trPr>
          <w:trHeight w:val="20"/>
          <w:jc w:val="center"/>
        </w:trPr>
        <w:tc>
          <w:tcPr>
            <w:tcW w:w="1406" w:type="dxa"/>
          </w:tcPr>
          <w:p w14:paraId="7FEC19E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518</w:t>
            </w:r>
          </w:p>
        </w:tc>
        <w:tc>
          <w:tcPr>
            <w:tcW w:w="2273" w:type="dxa"/>
          </w:tcPr>
          <w:p w14:paraId="1FABC3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SUB_M119_Servo.ON</w:t>
            </w:r>
          </w:p>
        </w:tc>
        <w:tc>
          <w:tcPr>
            <w:tcW w:w="5677" w:type="dxa"/>
          </w:tcPr>
          <w:p w14:paraId="1B7A27C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M119_Servo.ON</w:t>
            </w:r>
          </w:p>
        </w:tc>
        <w:tc>
          <w:tcPr>
            <w:tcW w:w="1973" w:type="dxa"/>
          </w:tcPr>
          <w:p w14:paraId="3854ED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8D3D87E" w14:textId="77777777" w:rsidTr="008D5CAD">
        <w:trPr>
          <w:trHeight w:val="20"/>
          <w:jc w:val="center"/>
        </w:trPr>
        <w:tc>
          <w:tcPr>
            <w:tcW w:w="1406" w:type="dxa"/>
          </w:tcPr>
          <w:p w14:paraId="2BE13DE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519</w:t>
            </w:r>
          </w:p>
        </w:tc>
        <w:tc>
          <w:tcPr>
            <w:tcW w:w="2273" w:type="dxa"/>
          </w:tcPr>
          <w:p w14:paraId="7B0FAB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SUB_M119Command</w:t>
            </w:r>
          </w:p>
        </w:tc>
        <w:tc>
          <w:tcPr>
            <w:tcW w:w="5677" w:type="dxa"/>
          </w:tcPr>
          <w:p w14:paraId="23422AC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M119 Command</w:t>
            </w:r>
          </w:p>
        </w:tc>
        <w:tc>
          <w:tcPr>
            <w:tcW w:w="1973" w:type="dxa"/>
          </w:tcPr>
          <w:p w14:paraId="3C703C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0D98B70" w14:textId="77777777" w:rsidTr="008D5CAD">
        <w:trPr>
          <w:trHeight w:val="20"/>
          <w:jc w:val="center"/>
        </w:trPr>
        <w:tc>
          <w:tcPr>
            <w:tcW w:w="1406" w:type="dxa"/>
          </w:tcPr>
          <w:p w14:paraId="32251CF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520</w:t>
            </w:r>
          </w:p>
        </w:tc>
        <w:tc>
          <w:tcPr>
            <w:tcW w:w="2273" w:type="dxa"/>
          </w:tcPr>
          <w:p w14:paraId="54D5C6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SUB_DigiSVon</w:t>
            </w:r>
            <w:proofErr w:type="spellEnd"/>
          </w:p>
        </w:tc>
        <w:tc>
          <w:tcPr>
            <w:tcW w:w="5677" w:type="dxa"/>
          </w:tcPr>
          <w:p w14:paraId="2837112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Digital Sub Spindle Servo On</w:t>
            </w:r>
          </w:p>
        </w:tc>
        <w:tc>
          <w:tcPr>
            <w:tcW w:w="1973" w:type="dxa"/>
          </w:tcPr>
          <w:p w14:paraId="639A48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62188C3" w14:textId="77777777" w:rsidTr="008D5CAD">
        <w:trPr>
          <w:trHeight w:val="20"/>
          <w:jc w:val="center"/>
        </w:trPr>
        <w:tc>
          <w:tcPr>
            <w:tcW w:w="1406" w:type="dxa"/>
          </w:tcPr>
          <w:p w14:paraId="24C71B9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521</w:t>
            </w:r>
          </w:p>
        </w:tc>
        <w:tc>
          <w:tcPr>
            <w:tcW w:w="2273" w:type="dxa"/>
          </w:tcPr>
          <w:p w14:paraId="057AF3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MAIN_SUB_SEL</w:t>
            </w:r>
          </w:p>
        </w:tc>
        <w:tc>
          <w:tcPr>
            <w:tcW w:w="5677" w:type="dxa"/>
          </w:tcPr>
          <w:p w14:paraId="58ECDD8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or Sub Spindle is selected (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0:Main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/1:Sub)</w:t>
            </w:r>
          </w:p>
        </w:tc>
        <w:tc>
          <w:tcPr>
            <w:tcW w:w="1973" w:type="dxa"/>
          </w:tcPr>
          <w:p w14:paraId="11FA9B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37AC209" w14:textId="77777777" w:rsidTr="008D5CAD">
        <w:trPr>
          <w:trHeight w:val="20"/>
          <w:jc w:val="center"/>
        </w:trPr>
        <w:tc>
          <w:tcPr>
            <w:tcW w:w="1406" w:type="dxa"/>
          </w:tcPr>
          <w:p w14:paraId="5F887D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522</w:t>
            </w:r>
          </w:p>
        </w:tc>
        <w:tc>
          <w:tcPr>
            <w:tcW w:w="2273" w:type="dxa"/>
          </w:tcPr>
          <w:p w14:paraId="123EB23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SYN_RDY</w:t>
            </w:r>
          </w:p>
        </w:tc>
        <w:tc>
          <w:tcPr>
            <w:tcW w:w="5677" w:type="dxa"/>
          </w:tcPr>
          <w:p w14:paraId="0A48398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Dual spindle synchronized ready</w:t>
            </w:r>
          </w:p>
        </w:tc>
        <w:tc>
          <w:tcPr>
            <w:tcW w:w="1973" w:type="dxa"/>
          </w:tcPr>
          <w:p w14:paraId="0FD4D84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414ED27" w14:textId="77777777" w:rsidTr="008D5CAD">
        <w:trPr>
          <w:trHeight w:val="20"/>
          <w:jc w:val="center"/>
        </w:trPr>
        <w:tc>
          <w:tcPr>
            <w:tcW w:w="1406" w:type="dxa"/>
          </w:tcPr>
          <w:p w14:paraId="4772B8B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523</w:t>
            </w:r>
          </w:p>
        </w:tc>
        <w:tc>
          <w:tcPr>
            <w:tcW w:w="2273" w:type="dxa"/>
          </w:tcPr>
          <w:p w14:paraId="172568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ABS_X_ZRN_SET</w:t>
            </w:r>
          </w:p>
        </w:tc>
        <w:tc>
          <w:tcPr>
            <w:tcW w:w="5677" w:type="dxa"/>
          </w:tcPr>
          <w:p w14:paraId="113800A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Absolute X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zero point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 xml:space="preserve"> set</w:t>
            </w:r>
          </w:p>
        </w:tc>
        <w:tc>
          <w:tcPr>
            <w:tcW w:w="1973" w:type="dxa"/>
          </w:tcPr>
          <w:p w14:paraId="2C7DE05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2014.8.18 Add</w:t>
            </w:r>
          </w:p>
        </w:tc>
      </w:tr>
      <w:tr w:rsidR="00AE098B" w:rsidRPr="008D5CAD" w14:paraId="133464D6" w14:textId="77777777" w:rsidTr="008D5CAD">
        <w:trPr>
          <w:trHeight w:val="20"/>
          <w:jc w:val="center"/>
        </w:trPr>
        <w:tc>
          <w:tcPr>
            <w:tcW w:w="1406" w:type="dxa"/>
          </w:tcPr>
          <w:p w14:paraId="61DAF9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524</w:t>
            </w:r>
          </w:p>
        </w:tc>
        <w:tc>
          <w:tcPr>
            <w:tcW w:w="2273" w:type="dxa"/>
          </w:tcPr>
          <w:p w14:paraId="28958D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ABS_Y_ZRN_SET</w:t>
            </w:r>
          </w:p>
        </w:tc>
        <w:tc>
          <w:tcPr>
            <w:tcW w:w="5677" w:type="dxa"/>
          </w:tcPr>
          <w:p w14:paraId="0C6E17F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Absolute Y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zero point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 xml:space="preserve"> set</w:t>
            </w:r>
          </w:p>
        </w:tc>
        <w:tc>
          <w:tcPr>
            <w:tcW w:w="1973" w:type="dxa"/>
          </w:tcPr>
          <w:p w14:paraId="769A296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2014.8.18 Add</w:t>
            </w:r>
          </w:p>
        </w:tc>
      </w:tr>
      <w:tr w:rsidR="00AE098B" w:rsidRPr="008D5CAD" w14:paraId="2C539AC5" w14:textId="77777777" w:rsidTr="008D5CAD">
        <w:trPr>
          <w:trHeight w:val="20"/>
          <w:jc w:val="center"/>
        </w:trPr>
        <w:tc>
          <w:tcPr>
            <w:tcW w:w="1406" w:type="dxa"/>
          </w:tcPr>
          <w:p w14:paraId="5C0D33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525</w:t>
            </w:r>
          </w:p>
        </w:tc>
        <w:tc>
          <w:tcPr>
            <w:tcW w:w="2273" w:type="dxa"/>
          </w:tcPr>
          <w:p w14:paraId="01811D7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ABS_Z_ZRN_SET</w:t>
            </w:r>
          </w:p>
        </w:tc>
        <w:tc>
          <w:tcPr>
            <w:tcW w:w="5677" w:type="dxa"/>
          </w:tcPr>
          <w:p w14:paraId="51554B5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Absolute Z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zero point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 xml:space="preserve"> set</w:t>
            </w:r>
          </w:p>
        </w:tc>
        <w:tc>
          <w:tcPr>
            <w:tcW w:w="1973" w:type="dxa"/>
          </w:tcPr>
          <w:p w14:paraId="5038C11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2014.8.18 Add</w:t>
            </w:r>
          </w:p>
        </w:tc>
      </w:tr>
      <w:tr w:rsidR="00AE098B" w:rsidRPr="008D5CAD" w14:paraId="723C090C" w14:textId="77777777" w:rsidTr="008D5CAD">
        <w:trPr>
          <w:trHeight w:val="20"/>
          <w:jc w:val="center"/>
        </w:trPr>
        <w:tc>
          <w:tcPr>
            <w:tcW w:w="1406" w:type="dxa"/>
          </w:tcPr>
          <w:p w14:paraId="1E6539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526</w:t>
            </w:r>
          </w:p>
        </w:tc>
        <w:tc>
          <w:tcPr>
            <w:tcW w:w="2273" w:type="dxa"/>
          </w:tcPr>
          <w:p w14:paraId="2C4D7E5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ABS_ZS_ZRN_SET</w:t>
            </w:r>
          </w:p>
        </w:tc>
        <w:tc>
          <w:tcPr>
            <w:tcW w:w="5677" w:type="dxa"/>
          </w:tcPr>
          <w:p w14:paraId="33F53AF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Absolute Zs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zero point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 xml:space="preserve"> set</w:t>
            </w:r>
          </w:p>
        </w:tc>
        <w:tc>
          <w:tcPr>
            <w:tcW w:w="1973" w:type="dxa"/>
          </w:tcPr>
          <w:p w14:paraId="61E390E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2014.8.18 Add</w:t>
            </w:r>
          </w:p>
        </w:tc>
      </w:tr>
      <w:tr w:rsidR="00AE098B" w:rsidRPr="008D5CAD" w14:paraId="07CEAAE9" w14:textId="77777777" w:rsidTr="008D5CAD">
        <w:trPr>
          <w:trHeight w:val="20"/>
          <w:jc w:val="center"/>
        </w:trPr>
        <w:tc>
          <w:tcPr>
            <w:tcW w:w="1406" w:type="dxa"/>
          </w:tcPr>
          <w:p w14:paraId="0434049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lastRenderedPageBreak/>
              <w:t>530</w:t>
            </w:r>
          </w:p>
        </w:tc>
        <w:tc>
          <w:tcPr>
            <w:tcW w:w="2273" w:type="dxa"/>
          </w:tcPr>
          <w:p w14:paraId="5AA1498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MAIN SP I Gain Freeze</w:t>
            </w:r>
          </w:p>
        </w:tc>
        <w:tc>
          <w:tcPr>
            <w:tcW w:w="5677" w:type="dxa"/>
          </w:tcPr>
          <w:p w14:paraId="788DD79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Main Spindle I gain Freeze signal</w:t>
            </w:r>
          </w:p>
        </w:tc>
        <w:tc>
          <w:tcPr>
            <w:tcW w:w="1973" w:type="dxa"/>
          </w:tcPr>
          <w:p w14:paraId="7494B41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2016.10.14Add</w:t>
            </w:r>
          </w:p>
        </w:tc>
      </w:tr>
      <w:tr w:rsidR="00AE098B" w:rsidRPr="008D5CAD" w14:paraId="67601F9C" w14:textId="77777777" w:rsidTr="008D5CAD">
        <w:trPr>
          <w:trHeight w:val="20"/>
          <w:jc w:val="center"/>
        </w:trPr>
        <w:tc>
          <w:tcPr>
            <w:tcW w:w="1406" w:type="dxa"/>
          </w:tcPr>
          <w:p w14:paraId="1E7F4F3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531</w:t>
            </w:r>
          </w:p>
        </w:tc>
        <w:tc>
          <w:tcPr>
            <w:tcW w:w="2273" w:type="dxa"/>
          </w:tcPr>
          <w:p w14:paraId="150DB4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SUB SP I Gain Freeze</w:t>
            </w:r>
          </w:p>
        </w:tc>
        <w:tc>
          <w:tcPr>
            <w:tcW w:w="5677" w:type="dxa"/>
          </w:tcPr>
          <w:p w14:paraId="49C56CE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Sub Spindle I gain Freeze signal</w:t>
            </w:r>
          </w:p>
        </w:tc>
        <w:tc>
          <w:tcPr>
            <w:tcW w:w="1973" w:type="dxa"/>
          </w:tcPr>
          <w:p w14:paraId="35F0866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2016.10.14Add</w:t>
            </w:r>
          </w:p>
        </w:tc>
      </w:tr>
      <w:tr w:rsidR="00AE098B" w:rsidRPr="008D5CAD" w14:paraId="1933926A" w14:textId="77777777" w:rsidTr="008D5CAD">
        <w:trPr>
          <w:trHeight w:val="20"/>
          <w:jc w:val="center"/>
        </w:trPr>
        <w:tc>
          <w:tcPr>
            <w:tcW w:w="1406" w:type="dxa"/>
          </w:tcPr>
          <w:p w14:paraId="6DA9A4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532</w:t>
            </w:r>
          </w:p>
        </w:tc>
        <w:tc>
          <w:tcPr>
            <w:tcW w:w="2273" w:type="dxa"/>
          </w:tcPr>
          <w:p w14:paraId="2025F85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</w:t>
            </w:r>
            <w:r w:rsidRPr="008D5CAD">
              <w:rPr>
                <w:rFonts w:cs="Arial" w:hint="eastAsia"/>
                <w:sz w:val="20"/>
                <w:szCs w:val="20"/>
                <w:vertAlign w:val="superscript"/>
              </w:rPr>
              <w:t>nd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Gain switch</w:t>
            </w:r>
          </w:p>
        </w:tc>
        <w:tc>
          <w:tcPr>
            <w:tcW w:w="5677" w:type="dxa"/>
          </w:tcPr>
          <w:p w14:paraId="6BB5F86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Cross Couple controller 2</w:t>
            </w:r>
            <w:r w:rsidRPr="008D5CAD">
              <w:rPr>
                <w:rFonts w:cs="Arial" w:hint="eastAsia"/>
                <w:sz w:val="20"/>
                <w:szCs w:val="20"/>
                <w:vertAlign w:val="superscript"/>
              </w:rPr>
              <w:t>nd</w:t>
            </w:r>
            <w:r w:rsidRPr="008D5CAD">
              <w:rPr>
                <w:rFonts w:cs="Arial" w:hint="eastAsia"/>
                <w:sz w:val="20"/>
                <w:szCs w:val="20"/>
              </w:rPr>
              <w:t xml:space="preserve"> gain switch</w:t>
            </w:r>
          </w:p>
        </w:tc>
        <w:tc>
          <w:tcPr>
            <w:tcW w:w="1973" w:type="dxa"/>
          </w:tcPr>
          <w:p w14:paraId="3F07617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2016.10.14Add</w:t>
            </w:r>
          </w:p>
        </w:tc>
      </w:tr>
      <w:tr w:rsidR="00AE098B" w:rsidRPr="008D5CAD" w14:paraId="73E5EDF7" w14:textId="77777777" w:rsidTr="008D5CAD">
        <w:trPr>
          <w:trHeight w:val="20"/>
          <w:jc w:val="center"/>
        </w:trPr>
        <w:tc>
          <w:tcPr>
            <w:tcW w:w="1406" w:type="dxa"/>
          </w:tcPr>
          <w:p w14:paraId="6A84A1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533</w:t>
            </w:r>
          </w:p>
        </w:tc>
        <w:tc>
          <w:tcPr>
            <w:tcW w:w="2273" w:type="dxa"/>
          </w:tcPr>
          <w:p w14:paraId="7D25764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 xml:space="preserve">Cancel 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Phs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Err Alarm</w:t>
            </w:r>
          </w:p>
        </w:tc>
        <w:tc>
          <w:tcPr>
            <w:tcW w:w="5677" w:type="dxa"/>
          </w:tcPr>
          <w:p w14:paraId="21376A1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Cancel Phase Error Alarm Function</w:t>
            </w:r>
          </w:p>
        </w:tc>
        <w:tc>
          <w:tcPr>
            <w:tcW w:w="1973" w:type="dxa"/>
          </w:tcPr>
          <w:p w14:paraId="65EDEE9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2016.10.14Add</w:t>
            </w:r>
          </w:p>
        </w:tc>
      </w:tr>
      <w:tr w:rsidR="00AE098B" w:rsidRPr="008D5CAD" w14:paraId="05DF5E0F" w14:textId="77777777" w:rsidTr="008D5CAD">
        <w:trPr>
          <w:trHeight w:val="20"/>
          <w:jc w:val="center"/>
        </w:trPr>
        <w:tc>
          <w:tcPr>
            <w:tcW w:w="1406" w:type="dxa"/>
          </w:tcPr>
          <w:p w14:paraId="56E70CE6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5CAD">
              <w:rPr>
                <w:rFonts w:ascii="Arial" w:hAnsi="Arial" w:cs="Arial"/>
                <w:b/>
                <w:sz w:val="20"/>
                <w:szCs w:val="20"/>
              </w:rPr>
              <w:t>540</w:t>
            </w:r>
          </w:p>
        </w:tc>
        <w:tc>
          <w:tcPr>
            <w:tcW w:w="2273" w:type="dxa"/>
          </w:tcPr>
          <w:p w14:paraId="78E6AA3E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5CAD">
              <w:rPr>
                <w:rFonts w:ascii="Arial" w:hAnsi="Arial" w:cs="Arial"/>
                <w:sz w:val="20"/>
                <w:szCs w:val="20"/>
              </w:rPr>
              <w:t>EN_SMP_SP_SYNC</w:t>
            </w:r>
          </w:p>
        </w:tc>
        <w:tc>
          <w:tcPr>
            <w:tcW w:w="5677" w:type="dxa"/>
          </w:tcPr>
          <w:p w14:paraId="441E12CC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D5CAD">
              <w:rPr>
                <w:rFonts w:ascii="Arial" w:hAnsi="Arial" w:cs="Arial"/>
                <w:sz w:val="20"/>
                <w:szCs w:val="20"/>
              </w:rPr>
              <w:t>致能簡易主軸同期</w:t>
            </w:r>
            <w:proofErr w:type="spellEnd"/>
          </w:p>
        </w:tc>
        <w:tc>
          <w:tcPr>
            <w:tcW w:w="1973" w:type="dxa"/>
          </w:tcPr>
          <w:p w14:paraId="50C3E2C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D4A5570" w14:textId="77777777" w:rsidTr="008D5CAD">
        <w:trPr>
          <w:trHeight w:val="20"/>
          <w:jc w:val="center"/>
        </w:trPr>
        <w:tc>
          <w:tcPr>
            <w:tcW w:w="1406" w:type="dxa"/>
          </w:tcPr>
          <w:p w14:paraId="65282B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550</w:t>
            </w:r>
          </w:p>
        </w:tc>
        <w:tc>
          <w:tcPr>
            <w:tcW w:w="2273" w:type="dxa"/>
          </w:tcPr>
          <w:p w14:paraId="511FAD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CNC_SV_SYNC1</w:t>
            </w:r>
          </w:p>
        </w:tc>
        <w:tc>
          <w:tcPr>
            <w:tcW w:w="5677" w:type="dxa"/>
          </w:tcPr>
          <w:p w14:paraId="474D809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973" w:type="dxa"/>
          </w:tcPr>
          <w:p w14:paraId="034C32E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3981580" w14:textId="77777777" w:rsidTr="008D5CAD">
        <w:trPr>
          <w:trHeight w:val="20"/>
          <w:jc w:val="center"/>
        </w:trPr>
        <w:tc>
          <w:tcPr>
            <w:tcW w:w="1406" w:type="dxa"/>
          </w:tcPr>
          <w:p w14:paraId="47BC6B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551</w:t>
            </w:r>
          </w:p>
        </w:tc>
        <w:tc>
          <w:tcPr>
            <w:tcW w:w="2273" w:type="dxa"/>
          </w:tcPr>
          <w:p w14:paraId="2262C50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2</w:t>
            </w:r>
          </w:p>
        </w:tc>
        <w:tc>
          <w:tcPr>
            <w:tcW w:w="5677" w:type="dxa"/>
          </w:tcPr>
          <w:p w14:paraId="422CB2E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973" w:type="dxa"/>
          </w:tcPr>
          <w:p w14:paraId="47D8CF5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7F51A11" w14:textId="77777777" w:rsidTr="008D5CAD">
        <w:trPr>
          <w:trHeight w:val="20"/>
          <w:jc w:val="center"/>
        </w:trPr>
        <w:tc>
          <w:tcPr>
            <w:tcW w:w="1406" w:type="dxa"/>
          </w:tcPr>
          <w:p w14:paraId="5C7DAC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552</w:t>
            </w:r>
          </w:p>
        </w:tc>
        <w:tc>
          <w:tcPr>
            <w:tcW w:w="2273" w:type="dxa"/>
          </w:tcPr>
          <w:p w14:paraId="5C5D5A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3</w:t>
            </w:r>
          </w:p>
        </w:tc>
        <w:tc>
          <w:tcPr>
            <w:tcW w:w="5677" w:type="dxa"/>
          </w:tcPr>
          <w:p w14:paraId="045A2E0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973" w:type="dxa"/>
          </w:tcPr>
          <w:p w14:paraId="12A53BD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05D3680" w14:textId="77777777" w:rsidTr="008D5CAD">
        <w:trPr>
          <w:trHeight w:val="20"/>
          <w:jc w:val="center"/>
        </w:trPr>
        <w:tc>
          <w:tcPr>
            <w:tcW w:w="1406" w:type="dxa"/>
          </w:tcPr>
          <w:p w14:paraId="40F5E7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553</w:t>
            </w:r>
          </w:p>
        </w:tc>
        <w:tc>
          <w:tcPr>
            <w:tcW w:w="2273" w:type="dxa"/>
          </w:tcPr>
          <w:p w14:paraId="34B1890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4</w:t>
            </w:r>
          </w:p>
        </w:tc>
        <w:tc>
          <w:tcPr>
            <w:tcW w:w="5677" w:type="dxa"/>
          </w:tcPr>
          <w:p w14:paraId="19E1A9E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973" w:type="dxa"/>
          </w:tcPr>
          <w:p w14:paraId="0140DCA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6B9A63A" w14:textId="77777777" w:rsidTr="008D5CAD">
        <w:trPr>
          <w:trHeight w:val="20"/>
          <w:jc w:val="center"/>
        </w:trPr>
        <w:tc>
          <w:tcPr>
            <w:tcW w:w="1406" w:type="dxa"/>
          </w:tcPr>
          <w:p w14:paraId="0300ABD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554</w:t>
            </w:r>
          </w:p>
        </w:tc>
        <w:tc>
          <w:tcPr>
            <w:tcW w:w="2273" w:type="dxa"/>
          </w:tcPr>
          <w:p w14:paraId="4BCC0B5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5</w:t>
            </w:r>
          </w:p>
        </w:tc>
        <w:tc>
          <w:tcPr>
            <w:tcW w:w="5677" w:type="dxa"/>
          </w:tcPr>
          <w:p w14:paraId="6DDBD05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973" w:type="dxa"/>
          </w:tcPr>
          <w:p w14:paraId="24D4E74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69609F8" w14:textId="77777777" w:rsidTr="008D5CAD">
        <w:trPr>
          <w:trHeight w:val="20"/>
          <w:jc w:val="center"/>
        </w:trPr>
        <w:tc>
          <w:tcPr>
            <w:tcW w:w="1406" w:type="dxa"/>
          </w:tcPr>
          <w:p w14:paraId="6B2AB63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555</w:t>
            </w:r>
          </w:p>
        </w:tc>
        <w:tc>
          <w:tcPr>
            <w:tcW w:w="2273" w:type="dxa"/>
          </w:tcPr>
          <w:p w14:paraId="609D50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6</w:t>
            </w:r>
          </w:p>
        </w:tc>
        <w:tc>
          <w:tcPr>
            <w:tcW w:w="5677" w:type="dxa"/>
          </w:tcPr>
          <w:p w14:paraId="0E1A5D8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973" w:type="dxa"/>
          </w:tcPr>
          <w:p w14:paraId="2482522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5207341" w14:textId="77777777" w:rsidTr="008D5CAD">
        <w:trPr>
          <w:trHeight w:val="20"/>
          <w:jc w:val="center"/>
        </w:trPr>
        <w:tc>
          <w:tcPr>
            <w:tcW w:w="1406" w:type="dxa"/>
          </w:tcPr>
          <w:p w14:paraId="35092F3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556</w:t>
            </w:r>
          </w:p>
        </w:tc>
        <w:tc>
          <w:tcPr>
            <w:tcW w:w="2273" w:type="dxa"/>
          </w:tcPr>
          <w:p w14:paraId="3C65D6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J</w:t>
            </w:r>
            <w:r w:rsidRPr="008D5CAD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5677" w:type="dxa"/>
          </w:tcPr>
          <w:p w14:paraId="29F0630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Manual Feed Axis for Axis Synchronous Control Signal</w:t>
            </w:r>
          </w:p>
        </w:tc>
        <w:tc>
          <w:tcPr>
            <w:tcW w:w="1973" w:type="dxa"/>
          </w:tcPr>
          <w:p w14:paraId="0613EAB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7FAE250" w14:textId="77777777" w:rsidTr="008D5CAD">
        <w:trPr>
          <w:trHeight w:val="20"/>
          <w:jc w:val="center"/>
        </w:trPr>
        <w:tc>
          <w:tcPr>
            <w:tcW w:w="1406" w:type="dxa"/>
          </w:tcPr>
          <w:p w14:paraId="08F2595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557</w:t>
            </w:r>
          </w:p>
        </w:tc>
        <w:tc>
          <w:tcPr>
            <w:tcW w:w="2273" w:type="dxa"/>
          </w:tcPr>
          <w:p w14:paraId="545AE2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J2</w:t>
            </w:r>
          </w:p>
        </w:tc>
        <w:tc>
          <w:tcPr>
            <w:tcW w:w="5677" w:type="dxa"/>
          </w:tcPr>
          <w:p w14:paraId="3DB4396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Manual Feed Axis for Axis Synchronous Control Signal</w:t>
            </w:r>
          </w:p>
        </w:tc>
        <w:tc>
          <w:tcPr>
            <w:tcW w:w="1973" w:type="dxa"/>
          </w:tcPr>
          <w:p w14:paraId="460A661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82502FE" w14:textId="77777777" w:rsidTr="008D5CAD">
        <w:trPr>
          <w:trHeight w:val="20"/>
          <w:jc w:val="center"/>
        </w:trPr>
        <w:tc>
          <w:tcPr>
            <w:tcW w:w="1406" w:type="dxa"/>
          </w:tcPr>
          <w:p w14:paraId="0EC8D0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558</w:t>
            </w:r>
          </w:p>
        </w:tc>
        <w:tc>
          <w:tcPr>
            <w:tcW w:w="2273" w:type="dxa"/>
          </w:tcPr>
          <w:p w14:paraId="48FD771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J3</w:t>
            </w:r>
          </w:p>
        </w:tc>
        <w:tc>
          <w:tcPr>
            <w:tcW w:w="5677" w:type="dxa"/>
          </w:tcPr>
          <w:p w14:paraId="3ECDCA2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Manual Feed Axis for Axis Synchronous Control Signal</w:t>
            </w:r>
          </w:p>
        </w:tc>
        <w:tc>
          <w:tcPr>
            <w:tcW w:w="1973" w:type="dxa"/>
          </w:tcPr>
          <w:p w14:paraId="77D1011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15E2442" w14:textId="77777777" w:rsidTr="008D5CAD">
        <w:trPr>
          <w:trHeight w:val="20"/>
          <w:jc w:val="center"/>
        </w:trPr>
        <w:tc>
          <w:tcPr>
            <w:tcW w:w="1406" w:type="dxa"/>
          </w:tcPr>
          <w:p w14:paraId="2EF080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559</w:t>
            </w:r>
          </w:p>
        </w:tc>
        <w:tc>
          <w:tcPr>
            <w:tcW w:w="2273" w:type="dxa"/>
          </w:tcPr>
          <w:p w14:paraId="5B70FC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J4</w:t>
            </w:r>
          </w:p>
        </w:tc>
        <w:tc>
          <w:tcPr>
            <w:tcW w:w="5677" w:type="dxa"/>
          </w:tcPr>
          <w:p w14:paraId="188B452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Manual Feed Axis for Axis Synchronous Control Signal</w:t>
            </w:r>
          </w:p>
        </w:tc>
        <w:tc>
          <w:tcPr>
            <w:tcW w:w="1973" w:type="dxa"/>
          </w:tcPr>
          <w:p w14:paraId="31E7B6D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6EF4AB6" w14:textId="77777777" w:rsidTr="008D5CAD">
        <w:trPr>
          <w:trHeight w:val="20"/>
          <w:jc w:val="center"/>
        </w:trPr>
        <w:tc>
          <w:tcPr>
            <w:tcW w:w="1406" w:type="dxa"/>
          </w:tcPr>
          <w:p w14:paraId="33A1BC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560</w:t>
            </w:r>
          </w:p>
        </w:tc>
        <w:tc>
          <w:tcPr>
            <w:tcW w:w="2273" w:type="dxa"/>
          </w:tcPr>
          <w:p w14:paraId="5ED354F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J5</w:t>
            </w:r>
          </w:p>
        </w:tc>
        <w:tc>
          <w:tcPr>
            <w:tcW w:w="5677" w:type="dxa"/>
          </w:tcPr>
          <w:p w14:paraId="6C6E5BB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Manual Feed Axis for Axis Synchronous Control Signal</w:t>
            </w:r>
          </w:p>
        </w:tc>
        <w:tc>
          <w:tcPr>
            <w:tcW w:w="1973" w:type="dxa"/>
          </w:tcPr>
          <w:p w14:paraId="60C093B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E93B10B" w14:textId="77777777" w:rsidTr="008D5CAD">
        <w:trPr>
          <w:trHeight w:val="20"/>
          <w:jc w:val="center"/>
        </w:trPr>
        <w:tc>
          <w:tcPr>
            <w:tcW w:w="1406" w:type="dxa"/>
          </w:tcPr>
          <w:p w14:paraId="35121E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561</w:t>
            </w:r>
          </w:p>
        </w:tc>
        <w:tc>
          <w:tcPr>
            <w:tcW w:w="2273" w:type="dxa"/>
          </w:tcPr>
          <w:p w14:paraId="132ED4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CNC_SV_SYNC</w:t>
            </w:r>
            <w:r w:rsidRPr="008D5CAD">
              <w:rPr>
                <w:rFonts w:cs="Arial" w:hint="eastAsia"/>
                <w:sz w:val="20"/>
                <w:szCs w:val="20"/>
              </w:rPr>
              <w:t>J6</w:t>
            </w:r>
          </w:p>
        </w:tc>
        <w:tc>
          <w:tcPr>
            <w:tcW w:w="5677" w:type="dxa"/>
          </w:tcPr>
          <w:p w14:paraId="068D635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Manual Feed Axis for Axis Synchronous Control Signal</w:t>
            </w:r>
          </w:p>
        </w:tc>
        <w:tc>
          <w:tcPr>
            <w:tcW w:w="1973" w:type="dxa"/>
          </w:tcPr>
          <w:p w14:paraId="7929AB0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6725A21" w14:textId="77777777" w:rsidTr="008D5CAD">
        <w:trPr>
          <w:trHeight w:val="20"/>
          <w:jc w:val="center"/>
        </w:trPr>
        <w:tc>
          <w:tcPr>
            <w:tcW w:w="1406" w:type="dxa"/>
          </w:tcPr>
          <w:p w14:paraId="12FBCA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562</w:t>
            </w:r>
          </w:p>
        </w:tc>
        <w:tc>
          <w:tcPr>
            <w:tcW w:w="2273" w:type="dxa"/>
          </w:tcPr>
          <w:p w14:paraId="6086841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CNC_SV_NSYNCA</w:t>
            </w:r>
          </w:p>
        </w:tc>
        <w:tc>
          <w:tcPr>
            <w:tcW w:w="5677" w:type="dxa"/>
          </w:tcPr>
          <w:p w14:paraId="23857AD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Disable torque difference alarm detection for Axis Synchronous Control</w:t>
            </w:r>
          </w:p>
        </w:tc>
        <w:tc>
          <w:tcPr>
            <w:tcW w:w="1973" w:type="dxa"/>
          </w:tcPr>
          <w:p w14:paraId="52C6247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D79A80D" w14:textId="77777777" w:rsidTr="008D5CAD">
        <w:trPr>
          <w:trHeight w:val="20"/>
          <w:jc w:val="center"/>
        </w:trPr>
        <w:tc>
          <w:tcPr>
            <w:tcW w:w="1406" w:type="dxa"/>
          </w:tcPr>
          <w:p w14:paraId="3BF8567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570</w:t>
            </w:r>
          </w:p>
        </w:tc>
        <w:tc>
          <w:tcPr>
            <w:tcW w:w="2273" w:type="dxa"/>
          </w:tcPr>
          <w:p w14:paraId="411AE39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LNING</w:t>
            </w:r>
          </w:p>
        </w:tc>
        <w:tc>
          <w:tcPr>
            <w:tcW w:w="5677" w:type="dxa"/>
          </w:tcPr>
          <w:p w14:paraId="3F99B3B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忽略學習訊號</w:t>
            </w:r>
            <w:proofErr w:type="spellEnd"/>
          </w:p>
        </w:tc>
        <w:tc>
          <w:tcPr>
            <w:tcW w:w="1973" w:type="dxa"/>
          </w:tcPr>
          <w:p w14:paraId="0690D64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5CF9FCD" w14:textId="77777777" w:rsidTr="008D5CAD">
        <w:trPr>
          <w:trHeight w:val="20"/>
          <w:jc w:val="center"/>
        </w:trPr>
        <w:tc>
          <w:tcPr>
            <w:tcW w:w="1406" w:type="dxa"/>
          </w:tcPr>
          <w:p w14:paraId="3F30EC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571</w:t>
            </w:r>
          </w:p>
        </w:tc>
        <w:tc>
          <w:tcPr>
            <w:tcW w:w="2273" w:type="dxa"/>
          </w:tcPr>
          <w:p w14:paraId="52E980E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LNMOD</w:t>
            </w:r>
          </w:p>
        </w:tc>
        <w:tc>
          <w:tcPr>
            <w:tcW w:w="5677" w:type="dxa"/>
          </w:tcPr>
          <w:p w14:paraId="63042B0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學習模式</w:t>
            </w:r>
            <w:proofErr w:type="spellEnd"/>
          </w:p>
        </w:tc>
        <w:tc>
          <w:tcPr>
            <w:tcW w:w="1973" w:type="dxa"/>
          </w:tcPr>
          <w:p w14:paraId="31F3ECC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C0CD42B" w14:textId="77777777" w:rsidTr="008D5CAD">
        <w:trPr>
          <w:trHeight w:val="20"/>
          <w:jc w:val="center"/>
        </w:trPr>
        <w:tc>
          <w:tcPr>
            <w:tcW w:w="1406" w:type="dxa"/>
          </w:tcPr>
          <w:p w14:paraId="393271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572</w:t>
            </w:r>
          </w:p>
        </w:tc>
        <w:tc>
          <w:tcPr>
            <w:tcW w:w="2273" w:type="dxa"/>
          </w:tcPr>
          <w:p w14:paraId="5F49BE6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LNOPM</w:t>
            </w:r>
          </w:p>
        </w:tc>
        <w:tc>
          <w:tcPr>
            <w:tcW w:w="5677" w:type="dxa"/>
          </w:tcPr>
          <w:p w14:paraId="2B1A7AC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操作模式選擇</w:t>
            </w:r>
            <w:proofErr w:type="spellEnd"/>
          </w:p>
        </w:tc>
        <w:tc>
          <w:tcPr>
            <w:tcW w:w="1973" w:type="dxa"/>
          </w:tcPr>
          <w:p w14:paraId="31E57D8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F218025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5D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618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5AF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SP1_BRK_Sig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A5C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b/>
                <w:sz w:val="20"/>
                <w:szCs w:val="20"/>
              </w:rPr>
              <w:t>第一主軸煞車信號</w:t>
            </w:r>
            <w:proofErr w:type="spellEnd"/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7F6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AE098B" w:rsidRPr="008D5CAD" w14:paraId="538AF39F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D57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48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737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DB3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AE098B" w:rsidRPr="008D5CAD" w14:paraId="1D688086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F3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671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8BA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</w:t>
            </w:r>
            <w:r w:rsidRPr="008D5CAD">
              <w:rPr>
                <w:rFonts w:cs="Arial" w:hint="eastAsia"/>
                <w:sz w:val="20"/>
                <w:szCs w:val="20"/>
              </w:rPr>
              <w:t>2</w:t>
            </w:r>
            <w:r w:rsidRPr="008D5CAD">
              <w:rPr>
                <w:rFonts w:cs="Arial"/>
                <w:sz w:val="20"/>
                <w:szCs w:val="20"/>
              </w:rPr>
              <w:t>19_Servo.ON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AD8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第</w:t>
            </w:r>
            <w:r w:rsidRPr="008D5CAD">
              <w:rPr>
                <w:rFonts w:cs="Arial" w:hint="eastAsia"/>
                <w:sz w:val="20"/>
                <w:szCs w:val="20"/>
              </w:rPr>
              <w:t>三</w:t>
            </w:r>
            <w:r w:rsidRPr="008D5CAD">
              <w:rPr>
                <w:rFonts w:cs="Arial"/>
                <w:sz w:val="20"/>
                <w:szCs w:val="20"/>
              </w:rPr>
              <w:t>主軸伺服</w:t>
            </w:r>
            <w:r w:rsidRPr="008D5CAD">
              <w:rPr>
                <w:rFonts w:eastAsia="微軟正黑體" w:cs="微軟正黑體" w:hint="eastAsia"/>
                <w:sz w:val="20"/>
                <w:szCs w:val="20"/>
              </w:rPr>
              <w:t>啟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</w:rPr>
              <w:t>動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Servo on 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4F5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AE098B" w:rsidRPr="008D5CAD" w14:paraId="5C226C57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511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67</w:t>
            </w:r>
            <w:r w:rsidRPr="008D5CAD">
              <w:rPr>
                <w:rFonts w:cs="Arial"/>
                <w:b/>
                <w:sz w:val="20"/>
                <w:szCs w:val="20"/>
              </w:rPr>
              <w:t>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08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</w:t>
            </w:r>
            <w:r w:rsidRPr="008D5CAD">
              <w:rPr>
                <w:rFonts w:cs="Arial" w:hint="eastAsia"/>
                <w:sz w:val="20"/>
                <w:szCs w:val="20"/>
              </w:rPr>
              <w:t>2</w:t>
            </w:r>
            <w:r w:rsidRPr="008D5CAD">
              <w:rPr>
                <w:rFonts w:cs="Arial"/>
                <w:sz w:val="20"/>
                <w:szCs w:val="20"/>
              </w:rPr>
              <w:t>19Command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F54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第</w:t>
            </w:r>
            <w:r w:rsidRPr="008D5CAD">
              <w:rPr>
                <w:rFonts w:cs="Arial" w:hint="eastAsia"/>
                <w:sz w:val="20"/>
                <w:szCs w:val="20"/>
              </w:rPr>
              <w:t>三</w:t>
            </w:r>
            <w:r w:rsidRPr="008D5CAD">
              <w:rPr>
                <w:rFonts w:cs="Arial"/>
                <w:sz w:val="20"/>
                <w:szCs w:val="20"/>
              </w:rPr>
              <w:t>主軸開始定位流程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Start flow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2C8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AE098B" w:rsidRPr="008D5CAD" w14:paraId="389E9FB0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1B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50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2B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8EE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AE098B" w:rsidRPr="008D5CAD" w14:paraId="3FC71BEA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FB2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718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F2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SP3_BRK_Sig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D68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b/>
                <w:sz w:val="20"/>
                <w:szCs w:val="20"/>
              </w:rPr>
              <w:t>第三主軸煞車信號</w:t>
            </w:r>
            <w:proofErr w:type="spellEnd"/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BF1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8D5CAD" w:rsidRPr="008D5CAD" w14:paraId="5029E43F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C72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750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347C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4DCB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proofErr w:type="gramStart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所有軸第一</w:t>
            </w:r>
            <w:proofErr w:type="gramEnd"/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行程軟體行程極限切換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1789" w14:textId="7E29ECB9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8D5CAD" w:rsidRPr="008D5CAD" w14:paraId="12AAE599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619ED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9F85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8610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X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軸第一行程軟體行程極限切換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36B8" w14:textId="1995798E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8D5CAD" w:rsidRPr="008D5CAD" w14:paraId="69C46B7F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CD44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71C3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43DE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Y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軸第一行程軟體行程極限切換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8992" w14:textId="38CD8DD2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AE098B" w:rsidRPr="008D5CAD" w14:paraId="1DC32B36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CF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753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8F4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4BD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Z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軸第一行程軟體行程極限切換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7DC1" w14:textId="509121C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AE098B" w:rsidRPr="008D5CAD" w14:paraId="476192A1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75C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754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583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18A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軸第一行程軟體行程極限切換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AD1DA" w14:textId="18FAB9A8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AE098B" w:rsidRPr="008D5CAD" w14:paraId="5F00EE05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FC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755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69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99C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軸第一行程軟體行程極限切換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623F" w14:textId="494C6C3B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AE098B" w:rsidRPr="008D5CAD" w14:paraId="2A178D95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0C3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756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37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D8C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軸第一行程軟體行程極限切換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FC08" w14:textId="7F2AAD32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AE098B" w:rsidRPr="008D5CAD" w14:paraId="60634BF5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5C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lastRenderedPageBreak/>
              <w:t>757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DC2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AC11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釋放第一軟體行程極限檢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查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B0C5" w14:textId="6F8D464C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Ver.,Loader</w:t>
            </w:r>
            <w:proofErr w:type="spellEnd"/>
            <w:proofErr w:type="gramEnd"/>
          </w:p>
        </w:tc>
      </w:tr>
      <w:tr w:rsidR="00AE098B" w:rsidRPr="008D5CAD" w14:paraId="65ECD296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E0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A6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9F4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47A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C449636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C2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</w:t>
            </w:r>
            <w:r w:rsidRPr="008D5CAD">
              <w:rPr>
                <w:rFonts w:cs="Arial"/>
                <w:b/>
                <w:sz w:val="20"/>
                <w:szCs w:val="20"/>
              </w:rPr>
              <w:t>90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B67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b/>
                <w:sz w:val="20"/>
                <w:szCs w:val="20"/>
              </w:rPr>
              <w:t>En_LDR</w:t>
            </w:r>
            <w:proofErr w:type="spellEnd"/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2A2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啟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  <w:lang w:eastAsia="zh-TW"/>
              </w:rPr>
              <w:t>動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L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oader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軸功能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1C9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A6F8074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68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791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D8A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EM_LDR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0A0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(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>)</w:t>
            </w: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Loader</w:t>
            </w:r>
            <w:r w:rsidRPr="008D5CAD">
              <w:rPr>
                <w:rFonts w:cs="Arial" w:hint="eastAsia"/>
                <w:sz w:val="20"/>
                <w:szCs w:val="20"/>
              </w:rPr>
              <w:t>軸</w:t>
            </w:r>
            <w:r w:rsidRPr="008D5CAD">
              <w:rPr>
                <w:rFonts w:cs="Arial" w:hint="eastAsia"/>
                <w:sz w:val="20"/>
                <w:szCs w:val="20"/>
              </w:rPr>
              <w:t>EM</w:t>
            </w:r>
            <w:r w:rsidRPr="008D5CAD">
              <w:rPr>
                <w:rFonts w:cs="Arial" w:hint="eastAsia"/>
                <w:sz w:val="20"/>
                <w:szCs w:val="20"/>
              </w:rPr>
              <w:t>功能</w:t>
            </w:r>
            <w:proofErr w:type="spellEnd"/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EED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798546C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AD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792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A2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MANUAL_LDR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6B4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eastAsia="微軟正黑體" w:cs="微軟正黑體" w:hint="eastAsia"/>
                <w:sz w:val="20"/>
                <w:szCs w:val="20"/>
              </w:rPr>
              <w:t>啟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</w:rPr>
              <w:t>用</w:t>
            </w:r>
            <w:r w:rsidRPr="008D5CAD">
              <w:rPr>
                <w:rFonts w:hint="eastAsia"/>
                <w:sz w:val="20"/>
                <w:szCs w:val="20"/>
              </w:rPr>
              <w:t>Loader</w:t>
            </w:r>
            <w:proofErr w:type="spellEnd"/>
            <w:r w:rsidRPr="008D5CAD">
              <w:rPr>
                <w:rFonts w:hint="eastAsia"/>
                <w:sz w:val="20"/>
                <w:szCs w:val="20"/>
              </w:rPr>
              <w:t xml:space="preserve"> </w:t>
            </w:r>
            <w:proofErr w:type="spellStart"/>
            <w:r w:rsidRPr="008D5CAD">
              <w:rPr>
                <w:rFonts w:hint="eastAsia"/>
                <w:sz w:val="20"/>
                <w:szCs w:val="20"/>
              </w:rPr>
              <w:t>軸手動操作</w:t>
            </w:r>
            <w:proofErr w:type="spellEnd"/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D1A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793558D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96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72A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87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DF8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D84423F" w14:textId="77777777" w:rsidTr="008D5CAD">
        <w:trPr>
          <w:trHeight w:val="20"/>
          <w:jc w:val="center"/>
        </w:trPr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5314" w14:textId="21D5BD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800~899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ED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BD4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C800~C899</w:t>
            </w:r>
            <w:r w:rsidRPr="008D5CAD">
              <w:rPr>
                <w:rFonts w:cs="Arial" w:hint="eastAsia"/>
                <w:sz w:val="20"/>
                <w:szCs w:val="20"/>
              </w:rPr>
              <w:t>保留給</w:t>
            </w:r>
            <w:r w:rsidRPr="008D5CAD">
              <w:rPr>
                <w:rFonts w:cs="Arial" w:hint="eastAsia"/>
                <w:sz w:val="20"/>
                <w:szCs w:val="20"/>
              </w:rPr>
              <w:t>MLC AXIS CONTROL FUNCTION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CFF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65EE4D1E" w14:textId="77777777" w:rsidR="00AE098B" w:rsidRPr="009249D6" w:rsidRDefault="00AE098B" w:rsidP="009249D6">
      <w:pPr>
        <w:snapToGrid w:val="0"/>
        <w:spacing w:after="0" w:line="240" w:lineRule="auto"/>
        <w:rPr>
          <w:rFonts w:cs="Arial"/>
          <w:sz w:val="24"/>
          <w:szCs w:val="24"/>
        </w:rPr>
      </w:pPr>
    </w:p>
    <w:p w14:paraId="021156C3" w14:textId="77777777" w:rsidR="00AE098B" w:rsidRPr="009249D6" w:rsidRDefault="00AE098B" w:rsidP="009249D6">
      <w:pPr>
        <w:pStyle w:val="31"/>
        <w:numPr>
          <w:ilvl w:val="2"/>
          <w:numId w:val="0"/>
        </w:numPr>
        <w:snapToGrid w:val="0"/>
        <w:spacing w:before="0" w:line="240" w:lineRule="auto"/>
        <w:ind w:leftChars="354" w:left="1259" w:hanging="480"/>
        <w:rPr>
          <w:rFonts w:ascii="新細明體" w:eastAsia="新細明體" w:hAnsi="新細明體"/>
          <w:sz w:val="28"/>
          <w:szCs w:val="28"/>
        </w:rPr>
      </w:pPr>
      <w:r w:rsidRPr="009249D6">
        <w:rPr>
          <w:sz w:val="24"/>
          <w:szCs w:val="24"/>
        </w:rPr>
        <w:br w:type="page"/>
      </w:r>
      <w:bookmarkStart w:id="12" w:name="_Toc433428411"/>
      <w:bookmarkStart w:id="13" w:name="_Toc449496796"/>
      <w:bookmarkStart w:id="14" w:name="_Toc449500765"/>
      <w:bookmarkStart w:id="15" w:name="_Toc449501238"/>
      <w:bookmarkStart w:id="16" w:name="_Toc456611746"/>
      <w:bookmarkStart w:id="17" w:name="_Toc2007627"/>
      <w:r w:rsidRPr="009249D6">
        <w:rPr>
          <w:rFonts w:ascii="新細明體" w:eastAsia="新細明體" w:hAnsi="新細明體"/>
          <w:sz w:val="28"/>
          <w:szCs w:val="28"/>
        </w:rPr>
        <w:lastRenderedPageBreak/>
        <w:t xml:space="preserve">S </w:t>
      </w:r>
      <w:proofErr w:type="spellStart"/>
      <w:r w:rsidRPr="009249D6">
        <w:rPr>
          <w:rFonts w:ascii="新細明體" w:eastAsia="新細明體" w:hAnsi="新細明體"/>
          <w:sz w:val="28"/>
          <w:szCs w:val="28"/>
        </w:rPr>
        <w:t>BITS定義</w:t>
      </w:r>
      <w:bookmarkEnd w:id="12"/>
      <w:bookmarkEnd w:id="13"/>
      <w:bookmarkEnd w:id="14"/>
      <w:bookmarkEnd w:id="15"/>
      <w:bookmarkEnd w:id="16"/>
      <w:bookmarkEnd w:id="17"/>
      <w:proofErr w:type="spellEnd"/>
    </w:p>
    <w:p w14:paraId="6E3A28AA" w14:textId="77777777" w:rsidR="00AE098B" w:rsidRPr="009249D6" w:rsidRDefault="00AE098B" w:rsidP="009249D6">
      <w:pPr>
        <w:snapToGrid w:val="0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249D6">
        <w:rPr>
          <w:rFonts w:cs="Arial"/>
          <w:b/>
          <w:sz w:val="24"/>
          <w:szCs w:val="24"/>
        </w:rPr>
        <w:t xml:space="preserve">S BIT </w:t>
      </w:r>
      <w:r w:rsidRPr="009249D6">
        <w:rPr>
          <w:rFonts w:cs="Arial"/>
          <w:b/>
          <w:sz w:val="24"/>
          <w:szCs w:val="24"/>
        </w:rPr>
        <w:tab/>
        <w:t xml:space="preserve"> CNC</w:t>
      </w:r>
      <w:r w:rsidRPr="009249D6">
        <w:rPr>
          <w:rFonts w:cs="Arial"/>
          <w:b/>
          <w:noProof/>
          <w:sz w:val="24"/>
          <w:szCs w:val="24"/>
        </w:rPr>
        <w:sym w:font="Wingdings" w:char="F0E0"/>
      </w:r>
      <w:r w:rsidRPr="009249D6">
        <w:rPr>
          <w:rFonts w:cs="Arial"/>
          <w:b/>
          <w:sz w:val="24"/>
          <w:szCs w:val="24"/>
        </w:rPr>
        <w:t xml:space="preserve"> MLC  </w:t>
      </w: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7"/>
        <w:gridCol w:w="1845"/>
        <w:gridCol w:w="4820"/>
        <w:gridCol w:w="1668"/>
      </w:tblGrid>
      <w:tr w:rsidR="00AE098B" w:rsidRPr="008D5CAD" w14:paraId="335D6AE4" w14:textId="77777777" w:rsidTr="008D5CAD">
        <w:trPr>
          <w:tblHeader/>
          <w:jc w:val="center"/>
        </w:trPr>
        <w:tc>
          <w:tcPr>
            <w:tcW w:w="1237" w:type="dxa"/>
            <w:tcBorders>
              <w:bottom w:val="double" w:sz="4" w:space="0" w:color="auto"/>
            </w:tcBorders>
          </w:tcPr>
          <w:p w14:paraId="4836F9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BIT #</w:t>
            </w:r>
          </w:p>
        </w:tc>
        <w:tc>
          <w:tcPr>
            <w:tcW w:w="1845" w:type="dxa"/>
            <w:tcBorders>
              <w:bottom w:val="double" w:sz="4" w:space="0" w:color="auto"/>
            </w:tcBorders>
          </w:tcPr>
          <w:p w14:paraId="001F90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SYMBOL</w:t>
            </w:r>
          </w:p>
        </w:tc>
        <w:tc>
          <w:tcPr>
            <w:tcW w:w="4820" w:type="dxa"/>
            <w:tcBorders>
              <w:bottom w:val="double" w:sz="4" w:space="0" w:color="auto"/>
            </w:tcBorders>
          </w:tcPr>
          <w:p w14:paraId="5608CA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DESCRIPTION</w:t>
            </w:r>
          </w:p>
        </w:tc>
        <w:tc>
          <w:tcPr>
            <w:tcW w:w="1668" w:type="dxa"/>
            <w:tcBorders>
              <w:bottom w:val="double" w:sz="4" w:space="0" w:color="auto"/>
            </w:tcBorders>
          </w:tcPr>
          <w:p w14:paraId="2A5C56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NOTE</w:t>
            </w:r>
          </w:p>
        </w:tc>
      </w:tr>
      <w:tr w:rsidR="00AE098B" w:rsidRPr="008D5CAD" w14:paraId="0DCE8AB2" w14:textId="77777777" w:rsidTr="008D5CAD">
        <w:trPr>
          <w:jc w:val="center"/>
        </w:trPr>
        <w:tc>
          <w:tcPr>
            <w:tcW w:w="1237" w:type="dxa"/>
            <w:tcBorders>
              <w:top w:val="nil"/>
            </w:tcBorders>
          </w:tcPr>
          <w:p w14:paraId="21DA7B9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000</w:t>
            </w:r>
          </w:p>
        </w:tc>
        <w:tc>
          <w:tcPr>
            <w:tcW w:w="1845" w:type="dxa"/>
            <w:tcBorders>
              <w:top w:val="nil"/>
            </w:tcBorders>
          </w:tcPr>
          <w:p w14:paraId="55C3B2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8D5CAD">
              <w:rPr>
                <w:rFonts w:cs="Arial"/>
                <w:bCs/>
                <w:sz w:val="20"/>
                <w:szCs w:val="20"/>
              </w:rPr>
              <w:t>STL</w:t>
            </w:r>
          </w:p>
        </w:tc>
        <w:tc>
          <w:tcPr>
            <w:tcW w:w="4820" w:type="dxa"/>
            <w:tcBorders>
              <w:top w:val="nil"/>
            </w:tcBorders>
          </w:tcPr>
          <w:p w14:paraId="4FB450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CYCLE START LIGHT</w:t>
            </w:r>
          </w:p>
        </w:tc>
        <w:tc>
          <w:tcPr>
            <w:tcW w:w="1668" w:type="dxa"/>
            <w:tcBorders>
              <w:top w:val="nil"/>
            </w:tcBorders>
          </w:tcPr>
          <w:p w14:paraId="537A16E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     </w:t>
            </w:r>
          </w:p>
        </w:tc>
      </w:tr>
      <w:tr w:rsidR="00AE098B" w:rsidRPr="008D5CAD" w14:paraId="174E67D0" w14:textId="77777777" w:rsidTr="008D5CAD">
        <w:trPr>
          <w:jc w:val="center"/>
        </w:trPr>
        <w:tc>
          <w:tcPr>
            <w:tcW w:w="1237" w:type="dxa"/>
          </w:tcPr>
          <w:p w14:paraId="47AB87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001</w:t>
            </w:r>
          </w:p>
        </w:tc>
        <w:tc>
          <w:tcPr>
            <w:tcW w:w="1845" w:type="dxa"/>
          </w:tcPr>
          <w:p w14:paraId="1A6D08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SPL</w:t>
            </w:r>
          </w:p>
        </w:tc>
        <w:tc>
          <w:tcPr>
            <w:tcW w:w="4820" w:type="dxa"/>
          </w:tcPr>
          <w:p w14:paraId="63DC05D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FEED HOLD LIGHT</w:t>
            </w:r>
          </w:p>
        </w:tc>
        <w:tc>
          <w:tcPr>
            <w:tcW w:w="1668" w:type="dxa"/>
          </w:tcPr>
          <w:p w14:paraId="0AD7E3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B34C41C" w14:textId="77777777" w:rsidTr="008D5CAD">
        <w:trPr>
          <w:jc w:val="center"/>
        </w:trPr>
        <w:tc>
          <w:tcPr>
            <w:tcW w:w="1237" w:type="dxa"/>
          </w:tcPr>
          <w:p w14:paraId="35F163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002</w:t>
            </w:r>
          </w:p>
        </w:tc>
        <w:tc>
          <w:tcPr>
            <w:tcW w:w="1845" w:type="dxa"/>
          </w:tcPr>
          <w:p w14:paraId="087248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EDITL</w:t>
            </w:r>
          </w:p>
        </w:tc>
        <w:tc>
          <w:tcPr>
            <w:tcW w:w="4820" w:type="dxa"/>
          </w:tcPr>
          <w:p w14:paraId="23453835" w14:textId="77777777" w:rsidR="00AE098B" w:rsidRPr="008D5CAD" w:rsidRDefault="00AE098B" w:rsidP="008D5CAD">
            <w:pPr>
              <w:pStyle w:val="afff6"/>
              <w:snapToGrid w:val="0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EDIT MDOE LIGHT</w:t>
            </w:r>
          </w:p>
        </w:tc>
        <w:tc>
          <w:tcPr>
            <w:tcW w:w="1668" w:type="dxa"/>
          </w:tcPr>
          <w:p w14:paraId="318A21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1983DD0" w14:textId="77777777" w:rsidTr="008D5CAD">
        <w:trPr>
          <w:jc w:val="center"/>
        </w:trPr>
        <w:tc>
          <w:tcPr>
            <w:tcW w:w="1237" w:type="dxa"/>
          </w:tcPr>
          <w:p w14:paraId="525423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003</w:t>
            </w:r>
          </w:p>
        </w:tc>
        <w:tc>
          <w:tcPr>
            <w:tcW w:w="1845" w:type="dxa"/>
          </w:tcPr>
          <w:p w14:paraId="00D016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MEML</w:t>
            </w:r>
          </w:p>
        </w:tc>
        <w:tc>
          <w:tcPr>
            <w:tcW w:w="4820" w:type="dxa"/>
          </w:tcPr>
          <w:p w14:paraId="4A07F28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MEM MODE LIGHT</w:t>
            </w:r>
          </w:p>
        </w:tc>
        <w:tc>
          <w:tcPr>
            <w:tcW w:w="1668" w:type="dxa"/>
          </w:tcPr>
          <w:p w14:paraId="2DF095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C91881D" w14:textId="77777777" w:rsidTr="008D5CAD">
        <w:trPr>
          <w:jc w:val="center"/>
        </w:trPr>
        <w:tc>
          <w:tcPr>
            <w:tcW w:w="1237" w:type="dxa"/>
          </w:tcPr>
          <w:p w14:paraId="488813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004</w:t>
            </w:r>
          </w:p>
        </w:tc>
        <w:tc>
          <w:tcPr>
            <w:tcW w:w="1845" w:type="dxa"/>
          </w:tcPr>
          <w:p w14:paraId="2755860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MDIL</w:t>
            </w:r>
          </w:p>
        </w:tc>
        <w:tc>
          <w:tcPr>
            <w:tcW w:w="4820" w:type="dxa"/>
          </w:tcPr>
          <w:p w14:paraId="1703EBE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MDI MODE LIGHT</w:t>
            </w:r>
          </w:p>
        </w:tc>
        <w:tc>
          <w:tcPr>
            <w:tcW w:w="1668" w:type="dxa"/>
          </w:tcPr>
          <w:p w14:paraId="0C7DAE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28A8DA1" w14:textId="77777777" w:rsidTr="008D5CAD">
        <w:trPr>
          <w:jc w:val="center"/>
        </w:trPr>
        <w:tc>
          <w:tcPr>
            <w:tcW w:w="1237" w:type="dxa"/>
          </w:tcPr>
          <w:p w14:paraId="061F9E5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005</w:t>
            </w:r>
          </w:p>
        </w:tc>
        <w:tc>
          <w:tcPr>
            <w:tcW w:w="1845" w:type="dxa"/>
          </w:tcPr>
          <w:p w14:paraId="060A7F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JOGL</w:t>
            </w:r>
          </w:p>
        </w:tc>
        <w:tc>
          <w:tcPr>
            <w:tcW w:w="4820" w:type="dxa"/>
          </w:tcPr>
          <w:p w14:paraId="5BD18E7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JOG MODE LIGHT</w:t>
            </w:r>
          </w:p>
        </w:tc>
        <w:tc>
          <w:tcPr>
            <w:tcW w:w="1668" w:type="dxa"/>
          </w:tcPr>
          <w:p w14:paraId="1152DA3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5D70AC0" w14:textId="77777777" w:rsidTr="008D5CAD">
        <w:trPr>
          <w:jc w:val="center"/>
        </w:trPr>
        <w:tc>
          <w:tcPr>
            <w:tcW w:w="1237" w:type="dxa"/>
          </w:tcPr>
          <w:p w14:paraId="086839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006</w:t>
            </w:r>
          </w:p>
        </w:tc>
        <w:tc>
          <w:tcPr>
            <w:tcW w:w="1845" w:type="dxa"/>
          </w:tcPr>
          <w:p w14:paraId="2182E3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INCJOGL</w:t>
            </w:r>
          </w:p>
        </w:tc>
        <w:tc>
          <w:tcPr>
            <w:tcW w:w="4820" w:type="dxa"/>
          </w:tcPr>
          <w:p w14:paraId="356A443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INC JOG MODE LIGHT</w:t>
            </w:r>
          </w:p>
        </w:tc>
        <w:tc>
          <w:tcPr>
            <w:tcW w:w="1668" w:type="dxa"/>
          </w:tcPr>
          <w:p w14:paraId="48C76E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2A38E87" w14:textId="77777777" w:rsidTr="008D5CAD">
        <w:trPr>
          <w:jc w:val="center"/>
        </w:trPr>
        <w:tc>
          <w:tcPr>
            <w:tcW w:w="1237" w:type="dxa"/>
          </w:tcPr>
          <w:p w14:paraId="45C429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007</w:t>
            </w:r>
          </w:p>
        </w:tc>
        <w:tc>
          <w:tcPr>
            <w:tcW w:w="1845" w:type="dxa"/>
          </w:tcPr>
          <w:p w14:paraId="117A59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MPGL</w:t>
            </w:r>
          </w:p>
        </w:tc>
        <w:tc>
          <w:tcPr>
            <w:tcW w:w="4820" w:type="dxa"/>
          </w:tcPr>
          <w:p w14:paraId="1DB6C08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MPG MODE LIGHT</w:t>
            </w:r>
          </w:p>
        </w:tc>
        <w:tc>
          <w:tcPr>
            <w:tcW w:w="1668" w:type="dxa"/>
          </w:tcPr>
          <w:p w14:paraId="0704EA7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059EF2" w14:textId="77777777" w:rsidTr="008D5CAD">
        <w:trPr>
          <w:jc w:val="center"/>
        </w:trPr>
        <w:tc>
          <w:tcPr>
            <w:tcW w:w="1237" w:type="dxa"/>
          </w:tcPr>
          <w:p w14:paraId="379FACD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008</w:t>
            </w:r>
          </w:p>
        </w:tc>
        <w:tc>
          <w:tcPr>
            <w:tcW w:w="1845" w:type="dxa"/>
          </w:tcPr>
          <w:p w14:paraId="03B62E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HOMEL</w:t>
            </w:r>
          </w:p>
        </w:tc>
        <w:tc>
          <w:tcPr>
            <w:tcW w:w="4820" w:type="dxa"/>
          </w:tcPr>
          <w:p w14:paraId="7F1F537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HOME MODE LIGHT</w:t>
            </w:r>
          </w:p>
        </w:tc>
        <w:tc>
          <w:tcPr>
            <w:tcW w:w="1668" w:type="dxa"/>
          </w:tcPr>
          <w:p w14:paraId="6FD2474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513D0AA" w14:textId="77777777" w:rsidTr="008D5CAD">
        <w:trPr>
          <w:jc w:val="center"/>
        </w:trPr>
        <w:tc>
          <w:tcPr>
            <w:tcW w:w="1237" w:type="dxa"/>
          </w:tcPr>
          <w:p w14:paraId="7FAFAB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009</w:t>
            </w:r>
          </w:p>
        </w:tc>
        <w:tc>
          <w:tcPr>
            <w:tcW w:w="1845" w:type="dxa"/>
          </w:tcPr>
          <w:p w14:paraId="1157901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OPRL</w:t>
            </w:r>
          </w:p>
        </w:tc>
        <w:tc>
          <w:tcPr>
            <w:tcW w:w="4820" w:type="dxa"/>
          </w:tcPr>
          <w:p w14:paraId="673E6A2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OPR MODE LIGHT</w:t>
            </w:r>
          </w:p>
        </w:tc>
        <w:tc>
          <w:tcPr>
            <w:tcW w:w="1668" w:type="dxa"/>
          </w:tcPr>
          <w:p w14:paraId="607C8C0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848C18E" w14:textId="77777777" w:rsidTr="008D5CAD">
        <w:trPr>
          <w:jc w:val="center"/>
        </w:trPr>
        <w:tc>
          <w:tcPr>
            <w:tcW w:w="1237" w:type="dxa"/>
          </w:tcPr>
          <w:p w14:paraId="0438DC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010</w:t>
            </w:r>
          </w:p>
        </w:tc>
        <w:tc>
          <w:tcPr>
            <w:tcW w:w="1845" w:type="dxa"/>
          </w:tcPr>
          <w:p w14:paraId="146F22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MREADY</w:t>
            </w:r>
          </w:p>
        </w:tc>
        <w:tc>
          <w:tcPr>
            <w:tcW w:w="4820" w:type="dxa"/>
          </w:tcPr>
          <w:p w14:paraId="068CE96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 STATUS BLOCK STOP(M_READY)</w:t>
            </w:r>
          </w:p>
        </w:tc>
        <w:tc>
          <w:tcPr>
            <w:tcW w:w="1668" w:type="dxa"/>
          </w:tcPr>
          <w:p w14:paraId="66E272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CA6D38" w14:textId="77777777" w:rsidTr="008D5CAD">
        <w:trPr>
          <w:jc w:val="center"/>
        </w:trPr>
        <w:tc>
          <w:tcPr>
            <w:tcW w:w="1237" w:type="dxa"/>
          </w:tcPr>
          <w:p w14:paraId="3A3631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011</w:t>
            </w:r>
          </w:p>
        </w:tc>
        <w:tc>
          <w:tcPr>
            <w:tcW w:w="1845" w:type="dxa"/>
          </w:tcPr>
          <w:p w14:paraId="4C1743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BSTOP</w:t>
            </w:r>
          </w:p>
        </w:tc>
        <w:tc>
          <w:tcPr>
            <w:tcW w:w="4820" w:type="dxa"/>
          </w:tcPr>
          <w:p w14:paraId="3385E44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 STATUS BLOCK STOP(B_STOP)</w:t>
            </w:r>
          </w:p>
        </w:tc>
        <w:tc>
          <w:tcPr>
            <w:tcW w:w="1668" w:type="dxa"/>
          </w:tcPr>
          <w:p w14:paraId="3292B8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2012.11.23</w:t>
            </w:r>
          </w:p>
        </w:tc>
      </w:tr>
      <w:tr w:rsidR="00AE098B" w:rsidRPr="008D5CAD" w14:paraId="7D6D2620" w14:textId="77777777" w:rsidTr="008D5CAD">
        <w:trPr>
          <w:jc w:val="center"/>
        </w:trPr>
        <w:tc>
          <w:tcPr>
            <w:tcW w:w="1237" w:type="dxa"/>
          </w:tcPr>
          <w:p w14:paraId="0DCCD8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012</w:t>
            </w:r>
          </w:p>
        </w:tc>
        <w:tc>
          <w:tcPr>
            <w:tcW w:w="1845" w:type="dxa"/>
          </w:tcPr>
          <w:p w14:paraId="068796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MANABS2</w:t>
            </w:r>
          </w:p>
        </w:tc>
        <w:tc>
          <w:tcPr>
            <w:tcW w:w="4820" w:type="dxa"/>
          </w:tcPr>
          <w:p w14:paraId="1A9EC09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Inverse of Manual Absolute Signal</w:t>
            </w:r>
          </w:p>
        </w:tc>
        <w:tc>
          <w:tcPr>
            <w:tcW w:w="1668" w:type="dxa"/>
          </w:tcPr>
          <w:p w14:paraId="574E99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1EA680F" w14:textId="77777777" w:rsidTr="008D5CAD">
        <w:trPr>
          <w:jc w:val="center"/>
        </w:trPr>
        <w:tc>
          <w:tcPr>
            <w:tcW w:w="1237" w:type="dxa"/>
          </w:tcPr>
          <w:p w14:paraId="5F5C8F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013</w:t>
            </w:r>
          </w:p>
        </w:tc>
        <w:tc>
          <w:tcPr>
            <w:tcW w:w="1845" w:type="dxa"/>
          </w:tcPr>
          <w:p w14:paraId="7CF97D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0A54A34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6C090AA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9E9C333" w14:textId="77777777" w:rsidTr="008D5CAD">
        <w:trPr>
          <w:jc w:val="center"/>
        </w:trPr>
        <w:tc>
          <w:tcPr>
            <w:tcW w:w="1237" w:type="dxa"/>
          </w:tcPr>
          <w:p w14:paraId="08A6D4B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014</w:t>
            </w:r>
          </w:p>
        </w:tc>
        <w:tc>
          <w:tcPr>
            <w:tcW w:w="1845" w:type="dxa"/>
          </w:tcPr>
          <w:p w14:paraId="033ABB49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7F2F9457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5F5ACF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FD69520" w14:textId="77777777" w:rsidTr="008D5CAD">
        <w:trPr>
          <w:jc w:val="center"/>
        </w:trPr>
        <w:tc>
          <w:tcPr>
            <w:tcW w:w="1237" w:type="dxa"/>
          </w:tcPr>
          <w:p w14:paraId="57F24E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015</w:t>
            </w:r>
          </w:p>
        </w:tc>
        <w:tc>
          <w:tcPr>
            <w:tcW w:w="1845" w:type="dxa"/>
          </w:tcPr>
          <w:p w14:paraId="05B674DA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43AD81D9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725B339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8143A1A" w14:textId="77777777" w:rsidTr="008D5CAD">
        <w:trPr>
          <w:jc w:val="center"/>
        </w:trPr>
        <w:tc>
          <w:tcPr>
            <w:tcW w:w="1237" w:type="dxa"/>
          </w:tcPr>
          <w:p w14:paraId="5623B6E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016</w:t>
            </w:r>
          </w:p>
        </w:tc>
        <w:tc>
          <w:tcPr>
            <w:tcW w:w="1845" w:type="dxa"/>
          </w:tcPr>
          <w:p w14:paraId="332BAFCE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ZP1X</w:t>
            </w:r>
          </w:p>
        </w:tc>
        <w:tc>
          <w:tcPr>
            <w:tcW w:w="4820" w:type="dxa"/>
          </w:tcPr>
          <w:p w14:paraId="2E04320D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X 1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st</w:t>
            </w:r>
            <w:r w:rsidRPr="008D5CAD">
              <w:rPr>
                <w:rFonts w:cs="Arial"/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7200E9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ED49944" w14:textId="77777777" w:rsidTr="008D5CAD">
        <w:trPr>
          <w:jc w:val="center"/>
        </w:trPr>
        <w:tc>
          <w:tcPr>
            <w:tcW w:w="1237" w:type="dxa"/>
          </w:tcPr>
          <w:p w14:paraId="2B05B8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017</w:t>
            </w:r>
          </w:p>
        </w:tc>
        <w:tc>
          <w:tcPr>
            <w:tcW w:w="1845" w:type="dxa"/>
          </w:tcPr>
          <w:p w14:paraId="158BD99D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ZP1Y</w:t>
            </w:r>
          </w:p>
        </w:tc>
        <w:tc>
          <w:tcPr>
            <w:tcW w:w="4820" w:type="dxa"/>
          </w:tcPr>
          <w:p w14:paraId="3128180E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Y 1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st</w:t>
            </w:r>
            <w:r w:rsidRPr="008D5CAD">
              <w:rPr>
                <w:rFonts w:cs="Arial"/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6A2F97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6C44B46" w14:textId="77777777" w:rsidTr="008D5CAD">
        <w:trPr>
          <w:jc w:val="center"/>
        </w:trPr>
        <w:tc>
          <w:tcPr>
            <w:tcW w:w="1237" w:type="dxa"/>
          </w:tcPr>
          <w:p w14:paraId="7D0898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018</w:t>
            </w:r>
          </w:p>
        </w:tc>
        <w:tc>
          <w:tcPr>
            <w:tcW w:w="1845" w:type="dxa"/>
          </w:tcPr>
          <w:p w14:paraId="4DC695B6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ZP1Z</w:t>
            </w:r>
          </w:p>
        </w:tc>
        <w:tc>
          <w:tcPr>
            <w:tcW w:w="4820" w:type="dxa"/>
          </w:tcPr>
          <w:p w14:paraId="566A50B1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 1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st</w:t>
            </w:r>
            <w:r w:rsidRPr="008D5CAD">
              <w:rPr>
                <w:rFonts w:cs="Arial"/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47A66D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50EF65C" w14:textId="77777777" w:rsidTr="008D5CAD">
        <w:trPr>
          <w:jc w:val="center"/>
        </w:trPr>
        <w:tc>
          <w:tcPr>
            <w:tcW w:w="1237" w:type="dxa"/>
          </w:tcPr>
          <w:p w14:paraId="4388B2F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019</w:t>
            </w:r>
          </w:p>
        </w:tc>
        <w:tc>
          <w:tcPr>
            <w:tcW w:w="1845" w:type="dxa"/>
          </w:tcPr>
          <w:p w14:paraId="6E469534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ZP14</w:t>
            </w:r>
          </w:p>
        </w:tc>
        <w:tc>
          <w:tcPr>
            <w:tcW w:w="4820" w:type="dxa"/>
          </w:tcPr>
          <w:p w14:paraId="24D6E62D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4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th</w:t>
            </w:r>
            <w:r w:rsidRPr="008D5CAD">
              <w:rPr>
                <w:rFonts w:cs="Arial"/>
                <w:sz w:val="20"/>
                <w:szCs w:val="20"/>
              </w:rPr>
              <w:t xml:space="preserve"> 1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st</w:t>
            </w:r>
            <w:r w:rsidRPr="008D5CAD">
              <w:rPr>
                <w:rFonts w:cs="Arial"/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634910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C997651" w14:textId="77777777" w:rsidTr="008D5CAD">
        <w:trPr>
          <w:jc w:val="center"/>
        </w:trPr>
        <w:tc>
          <w:tcPr>
            <w:tcW w:w="1237" w:type="dxa"/>
          </w:tcPr>
          <w:p w14:paraId="2A0DD8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020</w:t>
            </w:r>
          </w:p>
        </w:tc>
        <w:tc>
          <w:tcPr>
            <w:tcW w:w="1845" w:type="dxa"/>
          </w:tcPr>
          <w:p w14:paraId="70264023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ZP2X</w:t>
            </w:r>
          </w:p>
        </w:tc>
        <w:tc>
          <w:tcPr>
            <w:tcW w:w="4820" w:type="dxa"/>
          </w:tcPr>
          <w:p w14:paraId="0677819E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X 2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nd</w:t>
            </w:r>
            <w:r w:rsidRPr="008D5CAD">
              <w:rPr>
                <w:rFonts w:cs="Arial"/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31B44A7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6FD7D45" w14:textId="77777777" w:rsidTr="008D5CAD">
        <w:trPr>
          <w:jc w:val="center"/>
        </w:trPr>
        <w:tc>
          <w:tcPr>
            <w:tcW w:w="1237" w:type="dxa"/>
          </w:tcPr>
          <w:p w14:paraId="565CFF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021</w:t>
            </w:r>
          </w:p>
        </w:tc>
        <w:tc>
          <w:tcPr>
            <w:tcW w:w="1845" w:type="dxa"/>
          </w:tcPr>
          <w:p w14:paraId="48BE131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ZP2Y</w:t>
            </w:r>
          </w:p>
        </w:tc>
        <w:tc>
          <w:tcPr>
            <w:tcW w:w="4820" w:type="dxa"/>
          </w:tcPr>
          <w:p w14:paraId="3EF0286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Y 2</w:t>
            </w:r>
            <w:r w:rsidRPr="008D5CAD">
              <w:rPr>
                <w:sz w:val="20"/>
                <w:szCs w:val="20"/>
                <w:vertAlign w:val="superscript"/>
              </w:rPr>
              <w:t>nd</w:t>
            </w:r>
            <w:r w:rsidRPr="008D5CAD">
              <w:rPr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1E4C0F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AC5A7FA" w14:textId="77777777" w:rsidTr="008D5CAD">
        <w:trPr>
          <w:jc w:val="center"/>
        </w:trPr>
        <w:tc>
          <w:tcPr>
            <w:tcW w:w="1237" w:type="dxa"/>
          </w:tcPr>
          <w:p w14:paraId="25BBB33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022</w:t>
            </w:r>
          </w:p>
        </w:tc>
        <w:tc>
          <w:tcPr>
            <w:tcW w:w="1845" w:type="dxa"/>
          </w:tcPr>
          <w:p w14:paraId="2CD7BF3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ZP2Z</w:t>
            </w:r>
          </w:p>
        </w:tc>
        <w:tc>
          <w:tcPr>
            <w:tcW w:w="4820" w:type="dxa"/>
          </w:tcPr>
          <w:p w14:paraId="6BD07B1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Z 2</w:t>
            </w:r>
            <w:r w:rsidRPr="008D5CAD">
              <w:rPr>
                <w:sz w:val="20"/>
                <w:szCs w:val="20"/>
                <w:vertAlign w:val="superscript"/>
              </w:rPr>
              <w:t>nd</w:t>
            </w:r>
            <w:r w:rsidRPr="008D5CAD">
              <w:rPr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380E61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A12B976" w14:textId="77777777" w:rsidTr="008D5CAD">
        <w:trPr>
          <w:jc w:val="center"/>
        </w:trPr>
        <w:tc>
          <w:tcPr>
            <w:tcW w:w="1237" w:type="dxa"/>
          </w:tcPr>
          <w:p w14:paraId="2BC9E6E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023</w:t>
            </w:r>
          </w:p>
        </w:tc>
        <w:tc>
          <w:tcPr>
            <w:tcW w:w="1845" w:type="dxa"/>
          </w:tcPr>
          <w:p w14:paraId="7BAC17E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ZP24</w:t>
            </w:r>
          </w:p>
        </w:tc>
        <w:tc>
          <w:tcPr>
            <w:tcW w:w="4820" w:type="dxa"/>
          </w:tcPr>
          <w:p w14:paraId="141D55D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4</w:t>
            </w:r>
            <w:r w:rsidRPr="008D5CAD">
              <w:rPr>
                <w:sz w:val="20"/>
                <w:szCs w:val="20"/>
                <w:vertAlign w:val="superscript"/>
              </w:rPr>
              <w:t>th</w:t>
            </w:r>
            <w:r w:rsidRPr="008D5CAD">
              <w:rPr>
                <w:sz w:val="20"/>
                <w:szCs w:val="20"/>
              </w:rPr>
              <w:t xml:space="preserve"> 2</w:t>
            </w:r>
            <w:r w:rsidRPr="008D5CAD">
              <w:rPr>
                <w:sz w:val="20"/>
                <w:szCs w:val="20"/>
                <w:vertAlign w:val="superscript"/>
              </w:rPr>
              <w:t>nd</w:t>
            </w:r>
            <w:r w:rsidRPr="008D5CAD">
              <w:rPr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447365B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0594EA8" w14:textId="77777777" w:rsidTr="008D5CAD">
        <w:trPr>
          <w:jc w:val="center"/>
        </w:trPr>
        <w:tc>
          <w:tcPr>
            <w:tcW w:w="1237" w:type="dxa"/>
          </w:tcPr>
          <w:p w14:paraId="5B61A7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024</w:t>
            </w:r>
          </w:p>
        </w:tc>
        <w:tc>
          <w:tcPr>
            <w:tcW w:w="1845" w:type="dxa"/>
          </w:tcPr>
          <w:p w14:paraId="4C5F00F7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ZP15</w:t>
            </w:r>
          </w:p>
        </w:tc>
        <w:tc>
          <w:tcPr>
            <w:tcW w:w="4820" w:type="dxa"/>
          </w:tcPr>
          <w:p w14:paraId="73B4DD91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5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th</w:t>
            </w:r>
            <w:r w:rsidRPr="008D5CAD">
              <w:rPr>
                <w:rFonts w:cs="Arial"/>
                <w:sz w:val="20"/>
                <w:szCs w:val="20"/>
              </w:rPr>
              <w:t xml:space="preserve"> 1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st</w:t>
            </w:r>
            <w:r w:rsidRPr="008D5CAD">
              <w:rPr>
                <w:rFonts w:cs="Arial"/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7CA4FB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A93C590" w14:textId="77777777" w:rsidTr="008D5CAD">
        <w:trPr>
          <w:jc w:val="center"/>
        </w:trPr>
        <w:tc>
          <w:tcPr>
            <w:tcW w:w="1237" w:type="dxa"/>
          </w:tcPr>
          <w:p w14:paraId="5D2B5F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025</w:t>
            </w:r>
          </w:p>
        </w:tc>
        <w:tc>
          <w:tcPr>
            <w:tcW w:w="1845" w:type="dxa"/>
          </w:tcPr>
          <w:p w14:paraId="63F2A48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ZP25</w:t>
            </w:r>
          </w:p>
        </w:tc>
        <w:tc>
          <w:tcPr>
            <w:tcW w:w="4820" w:type="dxa"/>
          </w:tcPr>
          <w:p w14:paraId="6E9F577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5</w:t>
            </w:r>
            <w:r w:rsidRPr="008D5CAD">
              <w:rPr>
                <w:sz w:val="20"/>
                <w:szCs w:val="20"/>
                <w:vertAlign w:val="superscript"/>
              </w:rPr>
              <w:t>th</w:t>
            </w:r>
            <w:r w:rsidRPr="008D5CAD">
              <w:rPr>
                <w:sz w:val="20"/>
                <w:szCs w:val="20"/>
              </w:rPr>
              <w:t xml:space="preserve"> 2</w:t>
            </w:r>
            <w:r w:rsidRPr="008D5CAD">
              <w:rPr>
                <w:sz w:val="20"/>
                <w:szCs w:val="20"/>
                <w:vertAlign w:val="superscript"/>
              </w:rPr>
              <w:t>nd</w:t>
            </w:r>
            <w:r w:rsidRPr="008D5CAD">
              <w:rPr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71EB4A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95E7C25" w14:textId="77777777" w:rsidTr="008D5CAD">
        <w:trPr>
          <w:jc w:val="center"/>
        </w:trPr>
        <w:tc>
          <w:tcPr>
            <w:tcW w:w="1237" w:type="dxa"/>
          </w:tcPr>
          <w:p w14:paraId="420F10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026</w:t>
            </w:r>
          </w:p>
        </w:tc>
        <w:tc>
          <w:tcPr>
            <w:tcW w:w="1845" w:type="dxa"/>
          </w:tcPr>
          <w:p w14:paraId="56FA2E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HOMEOK</w:t>
            </w:r>
          </w:p>
        </w:tc>
        <w:tc>
          <w:tcPr>
            <w:tcW w:w="4820" w:type="dxa"/>
          </w:tcPr>
          <w:p w14:paraId="56E3A42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 check X(Y)Z axis Home Ok status</w:t>
            </w:r>
          </w:p>
        </w:tc>
        <w:tc>
          <w:tcPr>
            <w:tcW w:w="1668" w:type="dxa"/>
          </w:tcPr>
          <w:p w14:paraId="761C5E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C3EEC09" w14:textId="77777777" w:rsidTr="008D5CAD">
        <w:trPr>
          <w:jc w:val="center"/>
        </w:trPr>
        <w:tc>
          <w:tcPr>
            <w:tcW w:w="1237" w:type="dxa"/>
          </w:tcPr>
          <w:p w14:paraId="78CD72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027</w:t>
            </w:r>
          </w:p>
        </w:tc>
        <w:tc>
          <w:tcPr>
            <w:tcW w:w="1845" w:type="dxa"/>
          </w:tcPr>
          <w:p w14:paraId="7CADA6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2CE344C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25D3751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0BA4670" w14:textId="77777777" w:rsidTr="008D5CAD">
        <w:trPr>
          <w:jc w:val="center"/>
        </w:trPr>
        <w:tc>
          <w:tcPr>
            <w:tcW w:w="1237" w:type="dxa"/>
          </w:tcPr>
          <w:p w14:paraId="54F1ED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028</w:t>
            </w:r>
          </w:p>
        </w:tc>
        <w:tc>
          <w:tcPr>
            <w:tcW w:w="1845" w:type="dxa"/>
          </w:tcPr>
          <w:p w14:paraId="602F99B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1D27DC4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1D39E2B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08EE2A2" w14:textId="77777777" w:rsidTr="008D5CAD">
        <w:trPr>
          <w:jc w:val="center"/>
        </w:trPr>
        <w:tc>
          <w:tcPr>
            <w:tcW w:w="1237" w:type="dxa"/>
          </w:tcPr>
          <w:p w14:paraId="152D21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029</w:t>
            </w:r>
          </w:p>
        </w:tc>
        <w:tc>
          <w:tcPr>
            <w:tcW w:w="1845" w:type="dxa"/>
          </w:tcPr>
          <w:p w14:paraId="7F7D9E9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MF</w:t>
            </w:r>
          </w:p>
        </w:tc>
        <w:tc>
          <w:tcPr>
            <w:tcW w:w="4820" w:type="dxa"/>
          </w:tcPr>
          <w:p w14:paraId="1139926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 CODE READ</w:t>
            </w:r>
          </w:p>
        </w:tc>
        <w:tc>
          <w:tcPr>
            <w:tcW w:w="1668" w:type="dxa"/>
          </w:tcPr>
          <w:p w14:paraId="68B205A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A3329AD" w14:textId="77777777" w:rsidTr="008D5CAD">
        <w:trPr>
          <w:jc w:val="center"/>
        </w:trPr>
        <w:tc>
          <w:tcPr>
            <w:tcW w:w="1237" w:type="dxa"/>
          </w:tcPr>
          <w:p w14:paraId="54991EF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030</w:t>
            </w:r>
          </w:p>
        </w:tc>
        <w:tc>
          <w:tcPr>
            <w:tcW w:w="1845" w:type="dxa"/>
          </w:tcPr>
          <w:p w14:paraId="1145D9D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DEN</w:t>
            </w:r>
          </w:p>
        </w:tc>
        <w:tc>
          <w:tcPr>
            <w:tcW w:w="4820" w:type="dxa"/>
          </w:tcPr>
          <w:p w14:paraId="3FC2434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DISTRIBUTION END</w:t>
            </w:r>
          </w:p>
        </w:tc>
        <w:tc>
          <w:tcPr>
            <w:tcW w:w="1668" w:type="dxa"/>
          </w:tcPr>
          <w:p w14:paraId="1A9CBE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7768D34" w14:textId="77777777" w:rsidTr="008D5CAD">
        <w:trPr>
          <w:jc w:val="center"/>
        </w:trPr>
        <w:tc>
          <w:tcPr>
            <w:tcW w:w="1237" w:type="dxa"/>
          </w:tcPr>
          <w:p w14:paraId="67D293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031</w:t>
            </w:r>
          </w:p>
        </w:tc>
        <w:tc>
          <w:tcPr>
            <w:tcW w:w="1845" w:type="dxa"/>
          </w:tcPr>
          <w:p w14:paraId="1470DA6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AL</w:t>
            </w:r>
          </w:p>
        </w:tc>
        <w:tc>
          <w:tcPr>
            <w:tcW w:w="4820" w:type="dxa"/>
          </w:tcPr>
          <w:p w14:paraId="4876AF6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ALARM</w:t>
            </w:r>
          </w:p>
        </w:tc>
        <w:tc>
          <w:tcPr>
            <w:tcW w:w="1668" w:type="dxa"/>
          </w:tcPr>
          <w:p w14:paraId="0C32E48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C29AC0F" w14:textId="77777777" w:rsidTr="008D5CAD">
        <w:trPr>
          <w:jc w:val="center"/>
        </w:trPr>
        <w:tc>
          <w:tcPr>
            <w:tcW w:w="1237" w:type="dxa"/>
            <w:tcBorders>
              <w:top w:val="nil"/>
            </w:tcBorders>
          </w:tcPr>
          <w:p w14:paraId="3A13BC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032</w:t>
            </w:r>
          </w:p>
        </w:tc>
        <w:tc>
          <w:tcPr>
            <w:tcW w:w="1845" w:type="dxa"/>
            <w:tcBorders>
              <w:top w:val="nil"/>
            </w:tcBorders>
          </w:tcPr>
          <w:p w14:paraId="22265A8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RST</w:t>
            </w:r>
          </w:p>
        </w:tc>
        <w:tc>
          <w:tcPr>
            <w:tcW w:w="4820" w:type="dxa"/>
            <w:tcBorders>
              <w:top w:val="nil"/>
            </w:tcBorders>
          </w:tcPr>
          <w:p w14:paraId="346C64A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RESET</w:t>
            </w:r>
          </w:p>
        </w:tc>
        <w:tc>
          <w:tcPr>
            <w:tcW w:w="1668" w:type="dxa"/>
            <w:tcBorders>
              <w:top w:val="nil"/>
            </w:tcBorders>
          </w:tcPr>
          <w:p w14:paraId="3D5F4D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B1BCC01" w14:textId="77777777" w:rsidTr="008D5CAD">
        <w:trPr>
          <w:jc w:val="center"/>
        </w:trPr>
        <w:tc>
          <w:tcPr>
            <w:tcW w:w="1237" w:type="dxa"/>
          </w:tcPr>
          <w:p w14:paraId="35BA79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033</w:t>
            </w:r>
          </w:p>
        </w:tc>
        <w:tc>
          <w:tcPr>
            <w:tcW w:w="1845" w:type="dxa"/>
          </w:tcPr>
          <w:p w14:paraId="4DC25A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</w:t>
            </w:r>
          </w:p>
        </w:tc>
        <w:tc>
          <w:tcPr>
            <w:tcW w:w="4820" w:type="dxa"/>
          </w:tcPr>
          <w:p w14:paraId="340F753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NC READY</w:t>
            </w:r>
          </w:p>
        </w:tc>
        <w:tc>
          <w:tcPr>
            <w:tcW w:w="1668" w:type="dxa"/>
          </w:tcPr>
          <w:p w14:paraId="500FD99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同於</w:t>
            </w:r>
            <w:r w:rsidRPr="008D5CAD">
              <w:rPr>
                <w:rFonts w:cs="Arial" w:hint="eastAsia"/>
                <w:sz w:val="20"/>
                <w:szCs w:val="20"/>
              </w:rPr>
              <w:t>S533</w:t>
            </w:r>
          </w:p>
        </w:tc>
      </w:tr>
      <w:tr w:rsidR="00AE098B" w:rsidRPr="008D5CAD" w14:paraId="3FDB0A94" w14:textId="77777777" w:rsidTr="008D5CAD">
        <w:trPr>
          <w:jc w:val="center"/>
        </w:trPr>
        <w:tc>
          <w:tcPr>
            <w:tcW w:w="1237" w:type="dxa"/>
          </w:tcPr>
          <w:p w14:paraId="446DFAC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034</w:t>
            </w:r>
          </w:p>
        </w:tc>
        <w:tc>
          <w:tcPr>
            <w:tcW w:w="1845" w:type="dxa"/>
          </w:tcPr>
          <w:p w14:paraId="4A3AC2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ALSOFF</w:t>
            </w:r>
          </w:p>
        </w:tc>
        <w:tc>
          <w:tcPr>
            <w:tcW w:w="4820" w:type="dxa"/>
          </w:tcPr>
          <w:p w14:paraId="4B3A9A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ALARM FOR SERVO OFF</w:t>
            </w:r>
          </w:p>
        </w:tc>
        <w:tc>
          <w:tcPr>
            <w:tcW w:w="1668" w:type="dxa"/>
          </w:tcPr>
          <w:p w14:paraId="2244AE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0F47DC6" w14:textId="77777777" w:rsidTr="008D5CAD">
        <w:trPr>
          <w:jc w:val="center"/>
        </w:trPr>
        <w:tc>
          <w:tcPr>
            <w:tcW w:w="1237" w:type="dxa"/>
          </w:tcPr>
          <w:p w14:paraId="5131B0D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035</w:t>
            </w:r>
          </w:p>
        </w:tc>
        <w:tc>
          <w:tcPr>
            <w:tcW w:w="1845" w:type="dxa"/>
          </w:tcPr>
          <w:p w14:paraId="7A5B44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1A5D45F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075207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EFFE1E0" w14:textId="77777777" w:rsidTr="008D5CAD">
        <w:trPr>
          <w:jc w:val="center"/>
        </w:trPr>
        <w:tc>
          <w:tcPr>
            <w:tcW w:w="1237" w:type="dxa"/>
          </w:tcPr>
          <w:p w14:paraId="6E89FB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036</w:t>
            </w:r>
          </w:p>
        </w:tc>
        <w:tc>
          <w:tcPr>
            <w:tcW w:w="1845" w:type="dxa"/>
          </w:tcPr>
          <w:p w14:paraId="3E76F7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INCFEED1</w:t>
            </w:r>
          </w:p>
        </w:tc>
        <w:tc>
          <w:tcPr>
            <w:tcW w:w="4820" w:type="dxa"/>
          </w:tcPr>
          <w:p w14:paraId="750F005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INCJOG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1.*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1, MPG 1.*1</w:t>
            </w:r>
          </w:p>
        </w:tc>
        <w:tc>
          <w:tcPr>
            <w:tcW w:w="1668" w:type="dxa"/>
          </w:tcPr>
          <w:p w14:paraId="5B8D18D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4670C81" w14:textId="77777777" w:rsidTr="008D5CAD">
        <w:trPr>
          <w:jc w:val="center"/>
        </w:trPr>
        <w:tc>
          <w:tcPr>
            <w:tcW w:w="1237" w:type="dxa"/>
          </w:tcPr>
          <w:p w14:paraId="498937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037</w:t>
            </w:r>
          </w:p>
        </w:tc>
        <w:tc>
          <w:tcPr>
            <w:tcW w:w="1845" w:type="dxa"/>
          </w:tcPr>
          <w:p w14:paraId="30201D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INCFEED2</w:t>
            </w:r>
          </w:p>
        </w:tc>
        <w:tc>
          <w:tcPr>
            <w:tcW w:w="4820" w:type="dxa"/>
          </w:tcPr>
          <w:p w14:paraId="5B14B2D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INCJOG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2.*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10, MPG 2.*10</w:t>
            </w:r>
          </w:p>
        </w:tc>
        <w:tc>
          <w:tcPr>
            <w:tcW w:w="1668" w:type="dxa"/>
          </w:tcPr>
          <w:p w14:paraId="441E95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7DFC40B" w14:textId="77777777" w:rsidTr="008D5CAD">
        <w:trPr>
          <w:jc w:val="center"/>
        </w:trPr>
        <w:tc>
          <w:tcPr>
            <w:tcW w:w="1237" w:type="dxa"/>
          </w:tcPr>
          <w:p w14:paraId="6057A1E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038</w:t>
            </w:r>
          </w:p>
        </w:tc>
        <w:tc>
          <w:tcPr>
            <w:tcW w:w="1845" w:type="dxa"/>
          </w:tcPr>
          <w:p w14:paraId="1CEC04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INCFEED3</w:t>
            </w:r>
          </w:p>
        </w:tc>
        <w:tc>
          <w:tcPr>
            <w:tcW w:w="4820" w:type="dxa"/>
          </w:tcPr>
          <w:p w14:paraId="2587924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INCJOG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3.*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100, MPG 3.*100</w:t>
            </w:r>
          </w:p>
        </w:tc>
        <w:tc>
          <w:tcPr>
            <w:tcW w:w="1668" w:type="dxa"/>
          </w:tcPr>
          <w:p w14:paraId="5D04AF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E63F3D6" w14:textId="77777777" w:rsidTr="008D5CAD">
        <w:trPr>
          <w:jc w:val="center"/>
        </w:trPr>
        <w:tc>
          <w:tcPr>
            <w:tcW w:w="1237" w:type="dxa"/>
          </w:tcPr>
          <w:p w14:paraId="7E7092A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039</w:t>
            </w:r>
          </w:p>
        </w:tc>
        <w:tc>
          <w:tcPr>
            <w:tcW w:w="1845" w:type="dxa"/>
          </w:tcPr>
          <w:p w14:paraId="3FB683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INCFEED4</w:t>
            </w:r>
          </w:p>
        </w:tc>
        <w:tc>
          <w:tcPr>
            <w:tcW w:w="4820" w:type="dxa"/>
          </w:tcPr>
          <w:p w14:paraId="57E7806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INCJOG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4.*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1000, MPG 4.*1000</w:t>
            </w:r>
          </w:p>
        </w:tc>
        <w:tc>
          <w:tcPr>
            <w:tcW w:w="1668" w:type="dxa"/>
          </w:tcPr>
          <w:p w14:paraId="673604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29A7460" w14:textId="77777777" w:rsidTr="008D5CAD">
        <w:trPr>
          <w:jc w:val="center"/>
        </w:trPr>
        <w:tc>
          <w:tcPr>
            <w:tcW w:w="1237" w:type="dxa"/>
          </w:tcPr>
          <w:p w14:paraId="7B8E22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040</w:t>
            </w:r>
          </w:p>
        </w:tc>
        <w:tc>
          <w:tcPr>
            <w:tcW w:w="1845" w:type="dxa"/>
          </w:tcPr>
          <w:p w14:paraId="16D8CB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SBKL</w:t>
            </w:r>
          </w:p>
        </w:tc>
        <w:tc>
          <w:tcPr>
            <w:tcW w:w="4820" w:type="dxa"/>
          </w:tcPr>
          <w:p w14:paraId="15F3FE0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SINGLE BLOCK LIGHT</w:t>
            </w:r>
          </w:p>
        </w:tc>
        <w:tc>
          <w:tcPr>
            <w:tcW w:w="1668" w:type="dxa"/>
          </w:tcPr>
          <w:p w14:paraId="4C64659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6A2A41D" w14:textId="77777777" w:rsidTr="008D5CAD">
        <w:trPr>
          <w:jc w:val="center"/>
        </w:trPr>
        <w:tc>
          <w:tcPr>
            <w:tcW w:w="1237" w:type="dxa"/>
          </w:tcPr>
          <w:p w14:paraId="3A6F5F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041</w:t>
            </w:r>
          </w:p>
        </w:tc>
        <w:tc>
          <w:tcPr>
            <w:tcW w:w="1845" w:type="dxa"/>
          </w:tcPr>
          <w:p w14:paraId="5DBE7F9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BDTL</w:t>
            </w:r>
          </w:p>
        </w:tc>
        <w:tc>
          <w:tcPr>
            <w:tcW w:w="4820" w:type="dxa"/>
          </w:tcPr>
          <w:p w14:paraId="70310AC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OPTIONAL BLOCK SKIP LIGHT</w:t>
            </w:r>
          </w:p>
        </w:tc>
        <w:tc>
          <w:tcPr>
            <w:tcW w:w="1668" w:type="dxa"/>
          </w:tcPr>
          <w:p w14:paraId="2476A4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5FEAFC9" w14:textId="77777777" w:rsidTr="008D5CAD">
        <w:trPr>
          <w:jc w:val="center"/>
        </w:trPr>
        <w:tc>
          <w:tcPr>
            <w:tcW w:w="1237" w:type="dxa"/>
          </w:tcPr>
          <w:p w14:paraId="587EE25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042</w:t>
            </w:r>
          </w:p>
        </w:tc>
        <w:tc>
          <w:tcPr>
            <w:tcW w:w="1845" w:type="dxa"/>
          </w:tcPr>
          <w:p w14:paraId="16BD52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DRNL</w:t>
            </w:r>
          </w:p>
        </w:tc>
        <w:tc>
          <w:tcPr>
            <w:tcW w:w="4820" w:type="dxa"/>
          </w:tcPr>
          <w:p w14:paraId="780B77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DRY RUN LIGHT</w:t>
            </w:r>
          </w:p>
        </w:tc>
        <w:tc>
          <w:tcPr>
            <w:tcW w:w="1668" w:type="dxa"/>
          </w:tcPr>
          <w:p w14:paraId="6AF2F7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6363927" w14:textId="77777777" w:rsidTr="008D5CAD">
        <w:trPr>
          <w:jc w:val="center"/>
        </w:trPr>
        <w:tc>
          <w:tcPr>
            <w:tcW w:w="1237" w:type="dxa"/>
          </w:tcPr>
          <w:p w14:paraId="16AA77E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043</w:t>
            </w:r>
          </w:p>
        </w:tc>
        <w:tc>
          <w:tcPr>
            <w:tcW w:w="1845" w:type="dxa"/>
          </w:tcPr>
          <w:p w14:paraId="24C7AA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MLKL</w:t>
            </w:r>
          </w:p>
        </w:tc>
        <w:tc>
          <w:tcPr>
            <w:tcW w:w="4820" w:type="dxa"/>
          </w:tcPr>
          <w:p w14:paraId="1AF7C1B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MACHINE LOCK LIGHT</w:t>
            </w:r>
          </w:p>
        </w:tc>
        <w:tc>
          <w:tcPr>
            <w:tcW w:w="1668" w:type="dxa"/>
          </w:tcPr>
          <w:p w14:paraId="2DCE80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380C8A5" w14:textId="77777777" w:rsidTr="008D5CAD">
        <w:trPr>
          <w:jc w:val="center"/>
        </w:trPr>
        <w:tc>
          <w:tcPr>
            <w:tcW w:w="1237" w:type="dxa"/>
          </w:tcPr>
          <w:p w14:paraId="493B7A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044</w:t>
            </w:r>
          </w:p>
        </w:tc>
        <w:tc>
          <w:tcPr>
            <w:tcW w:w="1845" w:type="dxa"/>
          </w:tcPr>
          <w:p w14:paraId="09D9C7A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OPSL</w:t>
            </w:r>
          </w:p>
        </w:tc>
        <w:tc>
          <w:tcPr>
            <w:tcW w:w="4820" w:type="dxa"/>
          </w:tcPr>
          <w:p w14:paraId="02CCDCE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OPTIONAL STOP LIGHT</w:t>
            </w:r>
          </w:p>
        </w:tc>
        <w:tc>
          <w:tcPr>
            <w:tcW w:w="1668" w:type="dxa"/>
          </w:tcPr>
          <w:p w14:paraId="084393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76DFE15" w14:textId="77777777" w:rsidTr="008D5CAD">
        <w:trPr>
          <w:jc w:val="center"/>
        </w:trPr>
        <w:tc>
          <w:tcPr>
            <w:tcW w:w="1237" w:type="dxa"/>
          </w:tcPr>
          <w:p w14:paraId="1E9E17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045</w:t>
            </w:r>
          </w:p>
        </w:tc>
        <w:tc>
          <w:tcPr>
            <w:tcW w:w="1845" w:type="dxa"/>
          </w:tcPr>
          <w:p w14:paraId="31F5BC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RTL</w:t>
            </w:r>
          </w:p>
        </w:tc>
        <w:tc>
          <w:tcPr>
            <w:tcW w:w="4820" w:type="dxa"/>
          </w:tcPr>
          <w:p w14:paraId="3B3D16A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RAPID TRAVEL LIGHT</w:t>
            </w:r>
          </w:p>
        </w:tc>
        <w:tc>
          <w:tcPr>
            <w:tcW w:w="1668" w:type="dxa"/>
          </w:tcPr>
          <w:p w14:paraId="319BF7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F6AE479" w14:textId="77777777" w:rsidTr="008D5CAD">
        <w:trPr>
          <w:jc w:val="center"/>
        </w:trPr>
        <w:tc>
          <w:tcPr>
            <w:tcW w:w="1237" w:type="dxa"/>
          </w:tcPr>
          <w:p w14:paraId="61B94E2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046</w:t>
            </w:r>
          </w:p>
        </w:tc>
        <w:tc>
          <w:tcPr>
            <w:tcW w:w="1845" w:type="dxa"/>
          </w:tcPr>
          <w:p w14:paraId="1CF84F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ZNGL</w:t>
            </w:r>
          </w:p>
        </w:tc>
        <w:tc>
          <w:tcPr>
            <w:tcW w:w="4820" w:type="dxa"/>
          </w:tcPr>
          <w:p w14:paraId="7D05AB6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 AXIS CANCEL LIGHT</w:t>
            </w:r>
          </w:p>
        </w:tc>
        <w:tc>
          <w:tcPr>
            <w:tcW w:w="1668" w:type="dxa"/>
          </w:tcPr>
          <w:p w14:paraId="5D8DAE7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495276B" w14:textId="77777777" w:rsidTr="008D5CAD">
        <w:trPr>
          <w:jc w:val="center"/>
        </w:trPr>
        <w:tc>
          <w:tcPr>
            <w:tcW w:w="1237" w:type="dxa"/>
          </w:tcPr>
          <w:p w14:paraId="62CBB6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047</w:t>
            </w:r>
          </w:p>
        </w:tc>
        <w:tc>
          <w:tcPr>
            <w:tcW w:w="1845" w:type="dxa"/>
          </w:tcPr>
          <w:p w14:paraId="3C1B62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AFLL</w:t>
            </w:r>
          </w:p>
        </w:tc>
        <w:tc>
          <w:tcPr>
            <w:tcW w:w="4820" w:type="dxa"/>
          </w:tcPr>
          <w:p w14:paraId="01AD435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AUXILIARY FUNCTION LOCK LIGHT</w:t>
            </w:r>
          </w:p>
        </w:tc>
        <w:tc>
          <w:tcPr>
            <w:tcW w:w="1668" w:type="dxa"/>
          </w:tcPr>
          <w:p w14:paraId="6EFCD5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AD00969" w14:textId="77777777" w:rsidTr="008D5CAD">
        <w:trPr>
          <w:jc w:val="center"/>
        </w:trPr>
        <w:tc>
          <w:tcPr>
            <w:tcW w:w="1237" w:type="dxa"/>
          </w:tcPr>
          <w:p w14:paraId="19161C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048</w:t>
            </w:r>
          </w:p>
        </w:tc>
        <w:tc>
          <w:tcPr>
            <w:tcW w:w="1845" w:type="dxa"/>
          </w:tcPr>
          <w:p w14:paraId="005D76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PCS</w:t>
            </w:r>
          </w:p>
        </w:tc>
        <w:tc>
          <w:tcPr>
            <w:tcW w:w="4820" w:type="dxa"/>
          </w:tcPr>
          <w:p w14:paraId="1CA11C8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Parts counter sufficient</w:t>
            </w:r>
          </w:p>
        </w:tc>
        <w:tc>
          <w:tcPr>
            <w:tcW w:w="1668" w:type="dxa"/>
          </w:tcPr>
          <w:p w14:paraId="6BD1630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5A604EF" w14:textId="77777777" w:rsidTr="008D5CAD">
        <w:trPr>
          <w:jc w:val="center"/>
        </w:trPr>
        <w:tc>
          <w:tcPr>
            <w:tcW w:w="1237" w:type="dxa"/>
          </w:tcPr>
          <w:p w14:paraId="7A05D8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049</w:t>
            </w:r>
          </w:p>
        </w:tc>
        <w:tc>
          <w:tcPr>
            <w:tcW w:w="1845" w:type="dxa"/>
          </w:tcPr>
          <w:p w14:paraId="4D474B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4336A4D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25DDAF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A0A7A75" w14:textId="77777777" w:rsidTr="008D5CAD">
        <w:trPr>
          <w:jc w:val="center"/>
        </w:trPr>
        <w:tc>
          <w:tcPr>
            <w:tcW w:w="1237" w:type="dxa"/>
          </w:tcPr>
          <w:p w14:paraId="4D17F81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050</w:t>
            </w:r>
          </w:p>
        </w:tc>
        <w:tc>
          <w:tcPr>
            <w:tcW w:w="1845" w:type="dxa"/>
          </w:tcPr>
          <w:p w14:paraId="2B94D4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07971CA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4B334C7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CBBE4D9" w14:textId="77777777" w:rsidTr="008D5CAD">
        <w:trPr>
          <w:jc w:val="center"/>
        </w:trPr>
        <w:tc>
          <w:tcPr>
            <w:tcW w:w="1237" w:type="dxa"/>
          </w:tcPr>
          <w:p w14:paraId="4F0897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051</w:t>
            </w:r>
          </w:p>
        </w:tc>
        <w:tc>
          <w:tcPr>
            <w:tcW w:w="1845" w:type="dxa"/>
          </w:tcPr>
          <w:p w14:paraId="17AB974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CD847F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004D33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9C41405" w14:textId="77777777" w:rsidTr="008D5CAD">
        <w:trPr>
          <w:jc w:val="center"/>
        </w:trPr>
        <w:tc>
          <w:tcPr>
            <w:tcW w:w="1237" w:type="dxa"/>
          </w:tcPr>
          <w:p w14:paraId="3F472E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052</w:t>
            </w:r>
          </w:p>
        </w:tc>
        <w:tc>
          <w:tcPr>
            <w:tcW w:w="1845" w:type="dxa"/>
          </w:tcPr>
          <w:p w14:paraId="28CBF7E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33F2A55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7EBD28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B5C935B" w14:textId="77777777" w:rsidTr="008D5CAD">
        <w:trPr>
          <w:jc w:val="center"/>
        </w:trPr>
        <w:tc>
          <w:tcPr>
            <w:tcW w:w="1237" w:type="dxa"/>
          </w:tcPr>
          <w:p w14:paraId="3240CF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053</w:t>
            </w:r>
          </w:p>
        </w:tc>
        <w:tc>
          <w:tcPr>
            <w:tcW w:w="1845" w:type="dxa"/>
          </w:tcPr>
          <w:p w14:paraId="7B67E0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5B09DA5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409E9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D4BC65C" w14:textId="77777777" w:rsidTr="008D5CAD">
        <w:trPr>
          <w:jc w:val="center"/>
        </w:trPr>
        <w:tc>
          <w:tcPr>
            <w:tcW w:w="1237" w:type="dxa"/>
          </w:tcPr>
          <w:p w14:paraId="198DD1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054</w:t>
            </w:r>
          </w:p>
        </w:tc>
        <w:tc>
          <w:tcPr>
            <w:tcW w:w="1845" w:type="dxa"/>
          </w:tcPr>
          <w:p w14:paraId="709860D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SF</w:t>
            </w:r>
          </w:p>
        </w:tc>
        <w:tc>
          <w:tcPr>
            <w:tcW w:w="4820" w:type="dxa"/>
          </w:tcPr>
          <w:p w14:paraId="20C70E0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 CODE READ</w:t>
            </w:r>
          </w:p>
        </w:tc>
        <w:tc>
          <w:tcPr>
            <w:tcW w:w="1668" w:type="dxa"/>
          </w:tcPr>
          <w:p w14:paraId="0F716C1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3D38435" w14:textId="77777777" w:rsidTr="008D5CAD">
        <w:trPr>
          <w:jc w:val="center"/>
        </w:trPr>
        <w:tc>
          <w:tcPr>
            <w:tcW w:w="1237" w:type="dxa"/>
          </w:tcPr>
          <w:p w14:paraId="2F0566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055</w:t>
            </w:r>
          </w:p>
        </w:tc>
        <w:tc>
          <w:tcPr>
            <w:tcW w:w="1845" w:type="dxa"/>
          </w:tcPr>
          <w:p w14:paraId="7D3652F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81A780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A7B360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92EEA9C" w14:textId="77777777" w:rsidTr="008D5CAD">
        <w:trPr>
          <w:jc w:val="center"/>
        </w:trPr>
        <w:tc>
          <w:tcPr>
            <w:tcW w:w="1237" w:type="dxa"/>
          </w:tcPr>
          <w:p w14:paraId="64838F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056</w:t>
            </w:r>
          </w:p>
        </w:tc>
        <w:tc>
          <w:tcPr>
            <w:tcW w:w="1845" w:type="dxa"/>
          </w:tcPr>
          <w:p w14:paraId="26229FA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9533C4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93B76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5E0E509" w14:textId="77777777" w:rsidTr="008D5CAD">
        <w:trPr>
          <w:jc w:val="center"/>
        </w:trPr>
        <w:tc>
          <w:tcPr>
            <w:tcW w:w="1237" w:type="dxa"/>
          </w:tcPr>
          <w:p w14:paraId="47EB45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057</w:t>
            </w:r>
          </w:p>
        </w:tc>
        <w:tc>
          <w:tcPr>
            <w:tcW w:w="1845" w:type="dxa"/>
          </w:tcPr>
          <w:p w14:paraId="27DECF5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9C5A74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EAF4B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964E71D" w14:textId="77777777" w:rsidTr="008D5CAD">
        <w:trPr>
          <w:jc w:val="center"/>
        </w:trPr>
        <w:tc>
          <w:tcPr>
            <w:tcW w:w="1237" w:type="dxa"/>
          </w:tcPr>
          <w:p w14:paraId="5FBF53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058</w:t>
            </w:r>
          </w:p>
        </w:tc>
        <w:tc>
          <w:tcPr>
            <w:tcW w:w="1845" w:type="dxa"/>
          </w:tcPr>
          <w:p w14:paraId="49FDB4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4F0A6B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3F37C3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70AB6B6" w14:textId="77777777" w:rsidTr="008D5CAD">
        <w:trPr>
          <w:jc w:val="center"/>
        </w:trPr>
        <w:tc>
          <w:tcPr>
            <w:tcW w:w="1237" w:type="dxa"/>
          </w:tcPr>
          <w:p w14:paraId="0F0339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059</w:t>
            </w:r>
          </w:p>
        </w:tc>
        <w:tc>
          <w:tcPr>
            <w:tcW w:w="1845" w:type="dxa"/>
          </w:tcPr>
          <w:p w14:paraId="09BAED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632EC6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1480AA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67599E1" w14:textId="77777777" w:rsidTr="008D5CAD">
        <w:trPr>
          <w:jc w:val="center"/>
        </w:trPr>
        <w:tc>
          <w:tcPr>
            <w:tcW w:w="1237" w:type="dxa"/>
          </w:tcPr>
          <w:p w14:paraId="611022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060</w:t>
            </w:r>
          </w:p>
        </w:tc>
        <w:tc>
          <w:tcPr>
            <w:tcW w:w="1845" w:type="dxa"/>
          </w:tcPr>
          <w:p w14:paraId="431AE03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SK1</w:t>
            </w:r>
          </w:p>
        </w:tc>
        <w:tc>
          <w:tcPr>
            <w:tcW w:w="4820" w:type="dxa"/>
          </w:tcPr>
          <w:p w14:paraId="79192A9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SOFT KEY 1 (Ex: Auto power off)</w:t>
            </w:r>
          </w:p>
        </w:tc>
        <w:tc>
          <w:tcPr>
            <w:tcW w:w="1668" w:type="dxa"/>
          </w:tcPr>
          <w:p w14:paraId="5584106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905823B" w14:textId="77777777" w:rsidTr="008D5CAD">
        <w:trPr>
          <w:jc w:val="center"/>
        </w:trPr>
        <w:tc>
          <w:tcPr>
            <w:tcW w:w="1237" w:type="dxa"/>
          </w:tcPr>
          <w:p w14:paraId="289D26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061</w:t>
            </w:r>
          </w:p>
        </w:tc>
        <w:tc>
          <w:tcPr>
            <w:tcW w:w="1845" w:type="dxa"/>
          </w:tcPr>
          <w:p w14:paraId="2FDAED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SK2</w:t>
            </w:r>
          </w:p>
        </w:tc>
        <w:tc>
          <w:tcPr>
            <w:tcW w:w="4820" w:type="dxa"/>
          </w:tcPr>
          <w:p w14:paraId="7CD8B12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SOFT KEY 2 (Ex: NA)</w:t>
            </w:r>
          </w:p>
        </w:tc>
        <w:tc>
          <w:tcPr>
            <w:tcW w:w="1668" w:type="dxa"/>
          </w:tcPr>
          <w:p w14:paraId="20124C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84121C8" w14:textId="77777777" w:rsidTr="008D5CAD">
        <w:trPr>
          <w:jc w:val="center"/>
        </w:trPr>
        <w:tc>
          <w:tcPr>
            <w:tcW w:w="1237" w:type="dxa"/>
          </w:tcPr>
          <w:p w14:paraId="6361F8F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062</w:t>
            </w:r>
          </w:p>
        </w:tc>
        <w:tc>
          <w:tcPr>
            <w:tcW w:w="1845" w:type="dxa"/>
          </w:tcPr>
          <w:p w14:paraId="4099B69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SK3</w:t>
            </w:r>
          </w:p>
        </w:tc>
        <w:tc>
          <w:tcPr>
            <w:tcW w:w="4820" w:type="dxa"/>
          </w:tcPr>
          <w:p w14:paraId="63FE669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SOFT KEY 3 (Ex: M18)</w:t>
            </w:r>
          </w:p>
        </w:tc>
        <w:tc>
          <w:tcPr>
            <w:tcW w:w="1668" w:type="dxa"/>
          </w:tcPr>
          <w:p w14:paraId="31B1AC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1FD9C52" w14:textId="77777777" w:rsidTr="008D5CAD">
        <w:trPr>
          <w:jc w:val="center"/>
        </w:trPr>
        <w:tc>
          <w:tcPr>
            <w:tcW w:w="1237" w:type="dxa"/>
          </w:tcPr>
          <w:p w14:paraId="45B9AF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063</w:t>
            </w:r>
          </w:p>
        </w:tc>
        <w:tc>
          <w:tcPr>
            <w:tcW w:w="1845" w:type="dxa"/>
          </w:tcPr>
          <w:p w14:paraId="7F8BC42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SK4</w:t>
            </w:r>
          </w:p>
        </w:tc>
        <w:tc>
          <w:tcPr>
            <w:tcW w:w="4820" w:type="dxa"/>
          </w:tcPr>
          <w:p w14:paraId="2FF1316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SOFT KEY 4 (Ex: MST optional function)</w:t>
            </w:r>
          </w:p>
        </w:tc>
        <w:tc>
          <w:tcPr>
            <w:tcW w:w="1668" w:type="dxa"/>
          </w:tcPr>
          <w:p w14:paraId="53006A5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55BF25D" w14:textId="77777777" w:rsidTr="008D5CAD">
        <w:trPr>
          <w:jc w:val="center"/>
        </w:trPr>
        <w:tc>
          <w:tcPr>
            <w:tcW w:w="1237" w:type="dxa"/>
            <w:tcBorders>
              <w:top w:val="nil"/>
            </w:tcBorders>
          </w:tcPr>
          <w:p w14:paraId="0962DF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064</w:t>
            </w:r>
          </w:p>
        </w:tc>
        <w:tc>
          <w:tcPr>
            <w:tcW w:w="1845" w:type="dxa"/>
            <w:tcBorders>
              <w:top w:val="nil"/>
            </w:tcBorders>
          </w:tcPr>
          <w:p w14:paraId="312589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8D5CAD">
              <w:rPr>
                <w:rFonts w:cs="Arial"/>
                <w:bCs/>
                <w:sz w:val="20"/>
                <w:szCs w:val="20"/>
              </w:rPr>
              <w:t>SK5</w:t>
            </w:r>
          </w:p>
        </w:tc>
        <w:tc>
          <w:tcPr>
            <w:tcW w:w="4820" w:type="dxa"/>
            <w:tcBorders>
              <w:top w:val="nil"/>
            </w:tcBorders>
          </w:tcPr>
          <w:p w14:paraId="0822201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SOFT KEY 5 (Ex: Air blow)</w:t>
            </w:r>
          </w:p>
        </w:tc>
        <w:tc>
          <w:tcPr>
            <w:tcW w:w="1668" w:type="dxa"/>
            <w:tcBorders>
              <w:top w:val="nil"/>
            </w:tcBorders>
          </w:tcPr>
          <w:p w14:paraId="20367CB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     </w:t>
            </w:r>
          </w:p>
        </w:tc>
      </w:tr>
      <w:tr w:rsidR="00AE098B" w:rsidRPr="008D5CAD" w14:paraId="1E55A314" w14:textId="77777777" w:rsidTr="008D5CAD">
        <w:trPr>
          <w:jc w:val="center"/>
        </w:trPr>
        <w:tc>
          <w:tcPr>
            <w:tcW w:w="1237" w:type="dxa"/>
          </w:tcPr>
          <w:p w14:paraId="136DD1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065</w:t>
            </w:r>
          </w:p>
        </w:tc>
        <w:tc>
          <w:tcPr>
            <w:tcW w:w="1845" w:type="dxa"/>
          </w:tcPr>
          <w:p w14:paraId="77003F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SK6</w:t>
            </w:r>
          </w:p>
        </w:tc>
        <w:tc>
          <w:tcPr>
            <w:tcW w:w="4820" w:type="dxa"/>
          </w:tcPr>
          <w:p w14:paraId="5F99184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SOFT KEY 6 (Ex: M60)</w:t>
            </w:r>
          </w:p>
        </w:tc>
        <w:tc>
          <w:tcPr>
            <w:tcW w:w="1668" w:type="dxa"/>
          </w:tcPr>
          <w:p w14:paraId="0F467DD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     </w:t>
            </w:r>
          </w:p>
        </w:tc>
      </w:tr>
      <w:tr w:rsidR="00AE098B" w:rsidRPr="008D5CAD" w14:paraId="315D6976" w14:textId="77777777" w:rsidTr="008D5CAD">
        <w:trPr>
          <w:jc w:val="center"/>
        </w:trPr>
        <w:tc>
          <w:tcPr>
            <w:tcW w:w="1237" w:type="dxa"/>
          </w:tcPr>
          <w:p w14:paraId="565DFC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066</w:t>
            </w:r>
          </w:p>
        </w:tc>
        <w:tc>
          <w:tcPr>
            <w:tcW w:w="1845" w:type="dxa"/>
          </w:tcPr>
          <w:p w14:paraId="6EA00FE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SK7</w:t>
            </w:r>
          </w:p>
        </w:tc>
        <w:tc>
          <w:tcPr>
            <w:tcW w:w="4820" w:type="dxa"/>
          </w:tcPr>
          <w:p w14:paraId="0D8E1A2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SOFT KEY 7 (Ex: M61)</w:t>
            </w:r>
          </w:p>
        </w:tc>
        <w:tc>
          <w:tcPr>
            <w:tcW w:w="1668" w:type="dxa"/>
          </w:tcPr>
          <w:p w14:paraId="1F8E4E4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     </w:t>
            </w:r>
          </w:p>
        </w:tc>
      </w:tr>
      <w:tr w:rsidR="00AE098B" w:rsidRPr="008D5CAD" w14:paraId="34B7838E" w14:textId="77777777" w:rsidTr="008D5CAD">
        <w:trPr>
          <w:jc w:val="center"/>
        </w:trPr>
        <w:tc>
          <w:tcPr>
            <w:tcW w:w="1237" w:type="dxa"/>
          </w:tcPr>
          <w:p w14:paraId="67A396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067</w:t>
            </w:r>
          </w:p>
        </w:tc>
        <w:tc>
          <w:tcPr>
            <w:tcW w:w="1845" w:type="dxa"/>
          </w:tcPr>
          <w:p w14:paraId="09DC320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SRVOFFL</w:t>
            </w:r>
          </w:p>
        </w:tc>
        <w:tc>
          <w:tcPr>
            <w:tcW w:w="4820" w:type="dxa"/>
          </w:tcPr>
          <w:p w14:paraId="5F76FE7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SERVO OFF LIGHT</w:t>
            </w:r>
            <w:r w:rsidRPr="008D5CAD">
              <w:rPr>
                <w:rFonts w:cs="Arial" w:hint="eastAsia"/>
                <w:sz w:val="20"/>
                <w:szCs w:val="20"/>
              </w:rPr>
              <w:t>(</w:t>
            </w:r>
            <w:r w:rsidRPr="008D5CAD">
              <w:rPr>
                <w:rFonts w:cs="Arial"/>
                <w:sz w:val="20"/>
                <w:szCs w:val="20"/>
              </w:rPr>
              <w:t>RESERVED</w:t>
            </w:r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730C2A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D9B0BF3" w14:textId="77777777" w:rsidTr="008D5CAD">
        <w:trPr>
          <w:jc w:val="center"/>
        </w:trPr>
        <w:tc>
          <w:tcPr>
            <w:tcW w:w="1237" w:type="dxa"/>
          </w:tcPr>
          <w:p w14:paraId="7F3EB8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068</w:t>
            </w:r>
          </w:p>
        </w:tc>
        <w:tc>
          <w:tcPr>
            <w:tcW w:w="1845" w:type="dxa"/>
          </w:tcPr>
          <w:p w14:paraId="24303F88" w14:textId="77777777" w:rsidR="00AE098B" w:rsidRPr="008D5CAD" w:rsidRDefault="00AE098B" w:rsidP="008D5CAD">
            <w:pPr>
              <w:pStyle w:val="afff8"/>
              <w:adjustRightInd/>
              <w:snapToGrid w:val="0"/>
              <w:spacing w:line="240" w:lineRule="auto"/>
              <w:textAlignment w:val="auto"/>
              <w:rPr>
                <w:spacing w:val="0"/>
                <w:kern w:val="2"/>
                <w:sz w:val="20"/>
                <w:szCs w:val="20"/>
              </w:rPr>
            </w:pPr>
            <w:r w:rsidRPr="008D5CAD">
              <w:rPr>
                <w:spacing w:val="0"/>
                <w:kern w:val="2"/>
                <w:sz w:val="20"/>
                <w:szCs w:val="20"/>
              </w:rPr>
              <w:t>MPGDRNL</w:t>
            </w:r>
          </w:p>
        </w:tc>
        <w:tc>
          <w:tcPr>
            <w:tcW w:w="4820" w:type="dxa"/>
          </w:tcPr>
          <w:p w14:paraId="6A01FFA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MPG DRY RUN LIGHT</w:t>
            </w:r>
          </w:p>
        </w:tc>
        <w:tc>
          <w:tcPr>
            <w:tcW w:w="1668" w:type="dxa"/>
          </w:tcPr>
          <w:p w14:paraId="69BA5D5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8F680F3" w14:textId="77777777" w:rsidTr="008D5CAD">
        <w:trPr>
          <w:jc w:val="center"/>
        </w:trPr>
        <w:tc>
          <w:tcPr>
            <w:tcW w:w="1237" w:type="dxa"/>
          </w:tcPr>
          <w:p w14:paraId="302638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069</w:t>
            </w:r>
          </w:p>
        </w:tc>
        <w:tc>
          <w:tcPr>
            <w:tcW w:w="1845" w:type="dxa"/>
          </w:tcPr>
          <w:p w14:paraId="45431A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TF</w:t>
            </w:r>
          </w:p>
        </w:tc>
        <w:tc>
          <w:tcPr>
            <w:tcW w:w="4820" w:type="dxa"/>
          </w:tcPr>
          <w:p w14:paraId="3A5F978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 CODE READ</w:t>
            </w:r>
          </w:p>
        </w:tc>
        <w:tc>
          <w:tcPr>
            <w:tcW w:w="1668" w:type="dxa"/>
          </w:tcPr>
          <w:p w14:paraId="0043ED6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176A75F" w14:textId="77777777" w:rsidTr="008D5CAD">
        <w:trPr>
          <w:jc w:val="center"/>
        </w:trPr>
        <w:tc>
          <w:tcPr>
            <w:tcW w:w="1237" w:type="dxa"/>
          </w:tcPr>
          <w:p w14:paraId="33BDB4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070</w:t>
            </w:r>
          </w:p>
        </w:tc>
        <w:tc>
          <w:tcPr>
            <w:tcW w:w="1845" w:type="dxa"/>
          </w:tcPr>
          <w:p w14:paraId="0FC3AD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60F18C5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2DA1C1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3192C01" w14:textId="77777777" w:rsidTr="008D5CAD">
        <w:trPr>
          <w:jc w:val="center"/>
        </w:trPr>
        <w:tc>
          <w:tcPr>
            <w:tcW w:w="1237" w:type="dxa"/>
          </w:tcPr>
          <w:p w14:paraId="2FFFB7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071</w:t>
            </w:r>
          </w:p>
        </w:tc>
        <w:tc>
          <w:tcPr>
            <w:tcW w:w="1845" w:type="dxa"/>
          </w:tcPr>
          <w:p w14:paraId="001F9D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57DA238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6691669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4893EBA" w14:textId="77777777" w:rsidTr="008D5CAD">
        <w:trPr>
          <w:jc w:val="center"/>
        </w:trPr>
        <w:tc>
          <w:tcPr>
            <w:tcW w:w="1237" w:type="dxa"/>
          </w:tcPr>
          <w:p w14:paraId="27BA26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072</w:t>
            </w:r>
          </w:p>
        </w:tc>
        <w:tc>
          <w:tcPr>
            <w:tcW w:w="1845" w:type="dxa"/>
          </w:tcPr>
          <w:p w14:paraId="2B5C9FF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1B714C2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648244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719733F" w14:textId="77777777" w:rsidTr="008D5CAD">
        <w:trPr>
          <w:jc w:val="center"/>
        </w:trPr>
        <w:tc>
          <w:tcPr>
            <w:tcW w:w="1237" w:type="dxa"/>
          </w:tcPr>
          <w:p w14:paraId="503859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073</w:t>
            </w:r>
          </w:p>
        </w:tc>
        <w:tc>
          <w:tcPr>
            <w:tcW w:w="1845" w:type="dxa"/>
          </w:tcPr>
          <w:p w14:paraId="1CDF03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NA</w:t>
            </w:r>
          </w:p>
        </w:tc>
        <w:tc>
          <w:tcPr>
            <w:tcW w:w="4820" w:type="dxa"/>
          </w:tcPr>
          <w:p w14:paraId="3287287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1668" w:type="dxa"/>
          </w:tcPr>
          <w:p w14:paraId="0628D2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6CC490B" w14:textId="77777777" w:rsidTr="008D5CAD">
        <w:trPr>
          <w:jc w:val="center"/>
        </w:trPr>
        <w:tc>
          <w:tcPr>
            <w:tcW w:w="1237" w:type="dxa"/>
          </w:tcPr>
          <w:p w14:paraId="566721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074</w:t>
            </w:r>
          </w:p>
        </w:tc>
        <w:tc>
          <w:tcPr>
            <w:tcW w:w="1845" w:type="dxa"/>
          </w:tcPr>
          <w:p w14:paraId="4D7B83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TSX</w:t>
            </w:r>
          </w:p>
        </w:tc>
        <w:tc>
          <w:tcPr>
            <w:tcW w:w="4820" w:type="dxa"/>
          </w:tcPr>
          <w:p w14:paraId="1660A6F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SKIP X AXIS</w:t>
            </w:r>
          </w:p>
        </w:tc>
        <w:tc>
          <w:tcPr>
            <w:tcW w:w="1668" w:type="dxa"/>
          </w:tcPr>
          <w:p w14:paraId="14F1AE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3C42868" w14:textId="77777777" w:rsidTr="008D5CAD">
        <w:trPr>
          <w:jc w:val="center"/>
        </w:trPr>
        <w:tc>
          <w:tcPr>
            <w:tcW w:w="1237" w:type="dxa"/>
          </w:tcPr>
          <w:p w14:paraId="361AD8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075</w:t>
            </w:r>
          </w:p>
        </w:tc>
        <w:tc>
          <w:tcPr>
            <w:tcW w:w="1845" w:type="dxa"/>
          </w:tcPr>
          <w:p w14:paraId="3EF283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TSY</w:t>
            </w:r>
          </w:p>
        </w:tc>
        <w:tc>
          <w:tcPr>
            <w:tcW w:w="4820" w:type="dxa"/>
          </w:tcPr>
          <w:p w14:paraId="78B8E18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SKIP Y AXIS</w:t>
            </w:r>
          </w:p>
        </w:tc>
        <w:tc>
          <w:tcPr>
            <w:tcW w:w="1668" w:type="dxa"/>
          </w:tcPr>
          <w:p w14:paraId="67B05B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FD9F71C" w14:textId="77777777" w:rsidTr="008D5CAD">
        <w:trPr>
          <w:jc w:val="center"/>
        </w:trPr>
        <w:tc>
          <w:tcPr>
            <w:tcW w:w="1237" w:type="dxa"/>
          </w:tcPr>
          <w:p w14:paraId="474F014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076</w:t>
            </w:r>
          </w:p>
        </w:tc>
        <w:tc>
          <w:tcPr>
            <w:tcW w:w="1845" w:type="dxa"/>
          </w:tcPr>
          <w:p w14:paraId="3CF12F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TSZ</w:t>
            </w:r>
          </w:p>
        </w:tc>
        <w:tc>
          <w:tcPr>
            <w:tcW w:w="4820" w:type="dxa"/>
          </w:tcPr>
          <w:p w14:paraId="0BC1B79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SKIP Z AXIS</w:t>
            </w:r>
          </w:p>
        </w:tc>
        <w:tc>
          <w:tcPr>
            <w:tcW w:w="1668" w:type="dxa"/>
          </w:tcPr>
          <w:p w14:paraId="21ADB3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68AAEA4" w14:textId="77777777" w:rsidTr="008D5CAD">
        <w:trPr>
          <w:jc w:val="center"/>
        </w:trPr>
        <w:tc>
          <w:tcPr>
            <w:tcW w:w="1237" w:type="dxa"/>
          </w:tcPr>
          <w:p w14:paraId="07E9AE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077</w:t>
            </w:r>
          </w:p>
        </w:tc>
        <w:tc>
          <w:tcPr>
            <w:tcW w:w="1845" w:type="dxa"/>
          </w:tcPr>
          <w:p w14:paraId="2ACA3A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TS4</w:t>
            </w:r>
          </w:p>
        </w:tc>
        <w:tc>
          <w:tcPr>
            <w:tcW w:w="4820" w:type="dxa"/>
          </w:tcPr>
          <w:p w14:paraId="2B3AB18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SKIP CH4 AXIS</w:t>
            </w:r>
          </w:p>
        </w:tc>
        <w:tc>
          <w:tcPr>
            <w:tcW w:w="1668" w:type="dxa"/>
          </w:tcPr>
          <w:p w14:paraId="05B9735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47B577D" w14:textId="77777777" w:rsidTr="008D5CAD">
        <w:trPr>
          <w:jc w:val="center"/>
        </w:trPr>
        <w:tc>
          <w:tcPr>
            <w:tcW w:w="1237" w:type="dxa"/>
          </w:tcPr>
          <w:p w14:paraId="015AA1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078</w:t>
            </w:r>
          </w:p>
        </w:tc>
        <w:tc>
          <w:tcPr>
            <w:tcW w:w="1845" w:type="dxa"/>
          </w:tcPr>
          <w:p w14:paraId="0CFFB4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TS5</w:t>
            </w:r>
          </w:p>
        </w:tc>
        <w:tc>
          <w:tcPr>
            <w:tcW w:w="4820" w:type="dxa"/>
          </w:tcPr>
          <w:p w14:paraId="48B32B2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SKIP CH5 AXIS</w:t>
            </w:r>
          </w:p>
        </w:tc>
        <w:tc>
          <w:tcPr>
            <w:tcW w:w="1668" w:type="dxa"/>
          </w:tcPr>
          <w:p w14:paraId="1C8C7BF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1601AF9" w14:textId="77777777" w:rsidTr="008D5CAD">
        <w:trPr>
          <w:jc w:val="center"/>
        </w:trPr>
        <w:tc>
          <w:tcPr>
            <w:tcW w:w="1237" w:type="dxa"/>
          </w:tcPr>
          <w:p w14:paraId="1AD844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079</w:t>
            </w:r>
          </w:p>
        </w:tc>
        <w:tc>
          <w:tcPr>
            <w:tcW w:w="1845" w:type="dxa"/>
          </w:tcPr>
          <w:p w14:paraId="75BC76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TS6</w:t>
            </w:r>
          </w:p>
        </w:tc>
        <w:tc>
          <w:tcPr>
            <w:tcW w:w="4820" w:type="dxa"/>
          </w:tcPr>
          <w:p w14:paraId="5A1BB60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TORQUE SKIP CH6 AXIS</w:t>
            </w:r>
          </w:p>
        </w:tc>
        <w:tc>
          <w:tcPr>
            <w:tcW w:w="1668" w:type="dxa"/>
          </w:tcPr>
          <w:p w14:paraId="742382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3CCC946" w14:textId="77777777" w:rsidTr="008D5CAD">
        <w:trPr>
          <w:jc w:val="center"/>
        </w:trPr>
        <w:tc>
          <w:tcPr>
            <w:tcW w:w="1237" w:type="dxa"/>
          </w:tcPr>
          <w:p w14:paraId="2EF78F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080</w:t>
            </w:r>
          </w:p>
        </w:tc>
        <w:tc>
          <w:tcPr>
            <w:tcW w:w="1845" w:type="dxa"/>
          </w:tcPr>
          <w:p w14:paraId="6A45778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M00</w:t>
            </w:r>
          </w:p>
        </w:tc>
        <w:tc>
          <w:tcPr>
            <w:tcW w:w="4820" w:type="dxa"/>
          </w:tcPr>
          <w:p w14:paraId="06073B5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PROGRAM STOP</w:t>
            </w:r>
          </w:p>
        </w:tc>
        <w:tc>
          <w:tcPr>
            <w:tcW w:w="1668" w:type="dxa"/>
          </w:tcPr>
          <w:p w14:paraId="5E7CC63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D021B6A" w14:textId="77777777" w:rsidTr="008D5CAD">
        <w:trPr>
          <w:jc w:val="center"/>
        </w:trPr>
        <w:tc>
          <w:tcPr>
            <w:tcW w:w="1237" w:type="dxa"/>
          </w:tcPr>
          <w:p w14:paraId="125283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081</w:t>
            </w:r>
          </w:p>
        </w:tc>
        <w:tc>
          <w:tcPr>
            <w:tcW w:w="1845" w:type="dxa"/>
          </w:tcPr>
          <w:p w14:paraId="0289F1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M01</w:t>
            </w:r>
          </w:p>
        </w:tc>
        <w:tc>
          <w:tcPr>
            <w:tcW w:w="4820" w:type="dxa"/>
          </w:tcPr>
          <w:p w14:paraId="00F9049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OPTIONAL STOP</w:t>
            </w:r>
          </w:p>
        </w:tc>
        <w:tc>
          <w:tcPr>
            <w:tcW w:w="1668" w:type="dxa"/>
          </w:tcPr>
          <w:p w14:paraId="6C329E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BA32B0F" w14:textId="77777777" w:rsidTr="008D5CAD">
        <w:trPr>
          <w:jc w:val="center"/>
        </w:trPr>
        <w:tc>
          <w:tcPr>
            <w:tcW w:w="1237" w:type="dxa"/>
          </w:tcPr>
          <w:p w14:paraId="04E2AA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082</w:t>
            </w:r>
          </w:p>
        </w:tc>
        <w:tc>
          <w:tcPr>
            <w:tcW w:w="1845" w:type="dxa"/>
          </w:tcPr>
          <w:p w14:paraId="06B471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M02</w:t>
            </w:r>
          </w:p>
        </w:tc>
        <w:tc>
          <w:tcPr>
            <w:tcW w:w="4820" w:type="dxa"/>
          </w:tcPr>
          <w:p w14:paraId="536A9D2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PROGRAM RESET</w:t>
            </w:r>
          </w:p>
        </w:tc>
        <w:tc>
          <w:tcPr>
            <w:tcW w:w="1668" w:type="dxa"/>
          </w:tcPr>
          <w:p w14:paraId="3C1B3A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4E1B2E7" w14:textId="77777777" w:rsidTr="008D5CAD">
        <w:trPr>
          <w:jc w:val="center"/>
        </w:trPr>
        <w:tc>
          <w:tcPr>
            <w:tcW w:w="1237" w:type="dxa"/>
          </w:tcPr>
          <w:p w14:paraId="3DB7E2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083</w:t>
            </w:r>
          </w:p>
        </w:tc>
        <w:tc>
          <w:tcPr>
            <w:tcW w:w="1845" w:type="dxa"/>
          </w:tcPr>
          <w:p w14:paraId="528677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M30</w:t>
            </w:r>
          </w:p>
        </w:tc>
        <w:tc>
          <w:tcPr>
            <w:tcW w:w="4820" w:type="dxa"/>
          </w:tcPr>
          <w:p w14:paraId="0B96B2B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RESET &amp; REWIND</w:t>
            </w:r>
          </w:p>
        </w:tc>
        <w:tc>
          <w:tcPr>
            <w:tcW w:w="1668" w:type="dxa"/>
          </w:tcPr>
          <w:p w14:paraId="2F5402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AF7D4A4" w14:textId="77777777" w:rsidTr="008D5CAD">
        <w:trPr>
          <w:jc w:val="center"/>
        </w:trPr>
        <w:tc>
          <w:tcPr>
            <w:tcW w:w="1237" w:type="dxa"/>
          </w:tcPr>
          <w:p w14:paraId="219933B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084</w:t>
            </w:r>
          </w:p>
        </w:tc>
        <w:tc>
          <w:tcPr>
            <w:tcW w:w="1845" w:type="dxa"/>
          </w:tcPr>
          <w:p w14:paraId="0D62C2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MAIN_OPRCW</w:t>
            </w:r>
          </w:p>
        </w:tc>
        <w:tc>
          <w:tcPr>
            <w:tcW w:w="4820" w:type="dxa"/>
          </w:tcPr>
          <w:p w14:paraId="20BD8DF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MAIN_OPR SPINDLE CW</w:t>
            </w:r>
          </w:p>
        </w:tc>
        <w:tc>
          <w:tcPr>
            <w:tcW w:w="1668" w:type="dxa"/>
          </w:tcPr>
          <w:p w14:paraId="22FBA5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88C7EB7" w14:textId="77777777" w:rsidTr="008D5CAD">
        <w:trPr>
          <w:jc w:val="center"/>
        </w:trPr>
        <w:tc>
          <w:tcPr>
            <w:tcW w:w="1237" w:type="dxa"/>
          </w:tcPr>
          <w:p w14:paraId="00A5672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085</w:t>
            </w:r>
          </w:p>
        </w:tc>
        <w:tc>
          <w:tcPr>
            <w:tcW w:w="1845" w:type="dxa"/>
          </w:tcPr>
          <w:p w14:paraId="6473194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MAIN_OPRCCW</w:t>
            </w:r>
          </w:p>
        </w:tc>
        <w:tc>
          <w:tcPr>
            <w:tcW w:w="4820" w:type="dxa"/>
          </w:tcPr>
          <w:p w14:paraId="2E9CEDD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MAIN_OPR SPINDLE CCW</w:t>
            </w:r>
          </w:p>
        </w:tc>
        <w:tc>
          <w:tcPr>
            <w:tcW w:w="1668" w:type="dxa"/>
          </w:tcPr>
          <w:p w14:paraId="555E2A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BDDA86C" w14:textId="77777777" w:rsidTr="008D5CAD">
        <w:trPr>
          <w:jc w:val="center"/>
        </w:trPr>
        <w:tc>
          <w:tcPr>
            <w:tcW w:w="1237" w:type="dxa"/>
          </w:tcPr>
          <w:p w14:paraId="60E604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086</w:t>
            </w:r>
          </w:p>
        </w:tc>
        <w:tc>
          <w:tcPr>
            <w:tcW w:w="1845" w:type="dxa"/>
          </w:tcPr>
          <w:p w14:paraId="733A25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ORTFIN</w:t>
            </w:r>
          </w:p>
        </w:tc>
        <w:tc>
          <w:tcPr>
            <w:tcW w:w="4820" w:type="dxa"/>
          </w:tcPr>
          <w:p w14:paraId="18BFAD2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ORIENTATION FINISH</w:t>
            </w:r>
            <w:r w:rsidRPr="008D5CAD">
              <w:rPr>
                <w:rFonts w:cs="Arial" w:hint="eastAsia"/>
                <w:sz w:val="20"/>
                <w:szCs w:val="20"/>
              </w:rPr>
              <w:t>(</w:t>
            </w:r>
            <w:r w:rsidRPr="008D5CAD">
              <w:rPr>
                <w:rFonts w:cs="Arial"/>
                <w:sz w:val="20"/>
                <w:szCs w:val="20"/>
              </w:rPr>
              <w:t>RESERVED</w:t>
            </w:r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0C6363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832F8E5" w14:textId="77777777" w:rsidTr="008D5CAD">
        <w:trPr>
          <w:jc w:val="center"/>
        </w:trPr>
        <w:tc>
          <w:tcPr>
            <w:tcW w:w="1237" w:type="dxa"/>
          </w:tcPr>
          <w:p w14:paraId="619318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087</w:t>
            </w:r>
          </w:p>
        </w:tc>
        <w:tc>
          <w:tcPr>
            <w:tcW w:w="1845" w:type="dxa"/>
          </w:tcPr>
          <w:p w14:paraId="63110B6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ORTLSA</w:t>
            </w:r>
          </w:p>
        </w:tc>
        <w:tc>
          <w:tcPr>
            <w:tcW w:w="4820" w:type="dxa"/>
          </w:tcPr>
          <w:p w14:paraId="1FEFDD8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ORIENTATION LOW SPEED ARRIVAL</w:t>
            </w:r>
            <w:r w:rsidRPr="008D5CAD">
              <w:rPr>
                <w:rFonts w:cs="Arial" w:hint="eastAsia"/>
                <w:sz w:val="20"/>
                <w:szCs w:val="20"/>
              </w:rPr>
              <w:t>(</w:t>
            </w:r>
            <w:r w:rsidRPr="008D5CAD">
              <w:rPr>
                <w:rFonts w:cs="Arial"/>
                <w:sz w:val="20"/>
                <w:szCs w:val="20"/>
              </w:rPr>
              <w:t>RESERVED</w:t>
            </w:r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5011DC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4D707A5" w14:textId="77777777" w:rsidTr="008D5CAD">
        <w:trPr>
          <w:jc w:val="center"/>
        </w:trPr>
        <w:tc>
          <w:tcPr>
            <w:tcW w:w="1237" w:type="dxa"/>
          </w:tcPr>
          <w:p w14:paraId="368348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088</w:t>
            </w:r>
          </w:p>
        </w:tc>
        <w:tc>
          <w:tcPr>
            <w:tcW w:w="1845" w:type="dxa"/>
          </w:tcPr>
          <w:p w14:paraId="658CB1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MAIN_SPDARV</w:t>
            </w:r>
          </w:p>
        </w:tc>
        <w:tc>
          <w:tcPr>
            <w:tcW w:w="4820" w:type="dxa"/>
          </w:tcPr>
          <w:p w14:paraId="6186EFB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SPEED ARRIVAL</w:t>
            </w:r>
          </w:p>
        </w:tc>
        <w:tc>
          <w:tcPr>
            <w:tcW w:w="1668" w:type="dxa"/>
          </w:tcPr>
          <w:p w14:paraId="10A7EA5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4775030" w14:textId="77777777" w:rsidTr="008D5CAD">
        <w:trPr>
          <w:jc w:val="center"/>
        </w:trPr>
        <w:tc>
          <w:tcPr>
            <w:tcW w:w="1237" w:type="dxa"/>
          </w:tcPr>
          <w:p w14:paraId="184D033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089</w:t>
            </w:r>
          </w:p>
        </w:tc>
        <w:tc>
          <w:tcPr>
            <w:tcW w:w="1845" w:type="dxa"/>
          </w:tcPr>
          <w:p w14:paraId="5D80DFE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ORTM</w:t>
            </w:r>
          </w:p>
        </w:tc>
        <w:tc>
          <w:tcPr>
            <w:tcW w:w="4820" w:type="dxa"/>
          </w:tcPr>
          <w:p w14:paraId="341B282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ORIENTATION ONE MORE TURN</w:t>
            </w:r>
            <w:r w:rsidRPr="008D5CAD">
              <w:rPr>
                <w:rFonts w:cs="Arial" w:hint="eastAsia"/>
                <w:sz w:val="20"/>
                <w:szCs w:val="20"/>
              </w:rPr>
              <w:t>(</w:t>
            </w:r>
            <w:r w:rsidRPr="008D5CAD">
              <w:rPr>
                <w:rFonts w:cs="Arial"/>
                <w:sz w:val="20"/>
                <w:szCs w:val="20"/>
              </w:rPr>
              <w:t>RESERVED</w:t>
            </w:r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10DFCA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47CDC9" w14:textId="77777777" w:rsidTr="008D5CAD">
        <w:trPr>
          <w:jc w:val="center"/>
        </w:trPr>
        <w:tc>
          <w:tcPr>
            <w:tcW w:w="1237" w:type="dxa"/>
          </w:tcPr>
          <w:p w14:paraId="204C269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090</w:t>
            </w:r>
          </w:p>
        </w:tc>
        <w:tc>
          <w:tcPr>
            <w:tcW w:w="1845" w:type="dxa"/>
          </w:tcPr>
          <w:p w14:paraId="247151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MAIN_RTSR</w:t>
            </w:r>
          </w:p>
        </w:tc>
        <w:tc>
          <w:tcPr>
            <w:tcW w:w="4820" w:type="dxa"/>
          </w:tcPr>
          <w:p w14:paraId="2A4097D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RIGID TAPPING MAIN SPINDLE REVERSE FROM BOTTOM</w:t>
            </w:r>
            <w:r w:rsidRPr="008D5CAD">
              <w:rPr>
                <w:rFonts w:cs="Arial" w:hint="eastAsia"/>
                <w:sz w:val="20"/>
                <w:szCs w:val="20"/>
              </w:rPr>
              <w:t>(</w:t>
            </w:r>
            <w:r w:rsidRPr="008D5CAD">
              <w:rPr>
                <w:rFonts w:cs="Arial"/>
                <w:sz w:val="20"/>
                <w:szCs w:val="20"/>
              </w:rPr>
              <w:t>RESERVED</w:t>
            </w:r>
            <w:r w:rsidRPr="008D5CAD">
              <w:rPr>
                <w:rFonts w:cs="Arial" w:hint="eastAsia"/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0B0E5E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7B30982" w14:textId="77777777" w:rsidTr="008D5CAD">
        <w:trPr>
          <w:jc w:val="center"/>
        </w:trPr>
        <w:tc>
          <w:tcPr>
            <w:tcW w:w="1237" w:type="dxa"/>
          </w:tcPr>
          <w:p w14:paraId="7AAE7F5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091</w:t>
            </w:r>
          </w:p>
        </w:tc>
        <w:tc>
          <w:tcPr>
            <w:tcW w:w="1845" w:type="dxa"/>
          </w:tcPr>
          <w:p w14:paraId="13583F5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G80</w:t>
            </w:r>
          </w:p>
        </w:tc>
        <w:tc>
          <w:tcPr>
            <w:tcW w:w="4820" w:type="dxa"/>
          </w:tcPr>
          <w:p w14:paraId="3B81D31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CANNED CYCLE CANCEL </w:t>
            </w:r>
          </w:p>
        </w:tc>
        <w:tc>
          <w:tcPr>
            <w:tcW w:w="1668" w:type="dxa"/>
          </w:tcPr>
          <w:p w14:paraId="7E8B79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A963C2" w14:textId="77777777" w:rsidTr="008D5CAD">
        <w:trPr>
          <w:jc w:val="center"/>
        </w:trPr>
        <w:tc>
          <w:tcPr>
            <w:tcW w:w="1237" w:type="dxa"/>
          </w:tcPr>
          <w:p w14:paraId="3A80995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092</w:t>
            </w:r>
          </w:p>
        </w:tc>
        <w:tc>
          <w:tcPr>
            <w:tcW w:w="1845" w:type="dxa"/>
          </w:tcPr>
          <w:p w14:paraId="728691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MAIN_ZSA</w:t>
            </w:r>
          </w:p>
        </w:tc>
        <w:tc>
          <w:tcPr>
            <w:tcW w:w="4820" w:type="dxa"/>
          </w:tcPr>
          <w:p w14:paraId="2F7AEE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ZERO SPEED ARRIVAL</w:t>
            </w:r>
          </w:p>
        </w:tc>
        <w:tc>
          <w:tcPr>
            <w:tcW w:w="1668" w:type="dxa"/>
          </w:tcPr>
          <w:p w14:paraId="1A1563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35D6A61" w14:textId="77777777" w:rsidTr="008D5CAD">
        <w:trPr>
          <w:jc w:val="center"/>
        </w:trPr>
        <w:tc>
          <w:tcPr>
            <w:tcW w:w="1237" w:type="dxa"/>
          </w:tcPr>
          <w:p w14:paraId="1A64DF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093</w:t>
            </w:r>
          </w:p>
        </w:tc>
        <w:tc>
          <w:tcPr>
            <w:tcW w:w="1845" w:type="dxa"/>
          </w:tcPr>
          <w:p w14:paraId="2AE1B2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F8C25F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E984A0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A67B75" w14:textId="77777777" w:rsidTr="008D5CAD">
        <w:trPr>
          <w:jc w:val="center"/>
        </w:trPr>
        <w:tc>
          <w:tcPr>
            <w:tcW w:w="1237" w:type="dxa"/>
          </w:tcPr>
          <w:p w14:paraId="51C6D1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094</w:t>
            </w:r>
          </w:p>
        </w:tc>
        <w:tc>
          <w:tcPr>
            <w:tcW w:w="1845" w:type="dxa"/>
          </w:tcPr>
          <w:p w14:paraId="536683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MAIN_SVRONS2C</w:t>
            </w:r>
          </w:p>
        </w:tc>
        <w:tc>
          <w:tcPr>
            <w:tcW w:w="4820" w:type="dxa"/>
          </w:tcPr>
          <w:p w14:paraId="1ECD0BE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SERVO ON FOR SPINDLE CHANGE TO C AXIS</w:t>
            </w:r>
          </w:p>
        </w:tc>
        <w:tc>
          <w:tcPr>
            <w:tcW w:w="1668" w:type="dxa"/>
          </w:tcPr>
          <w:p w14:paraId="3B4E30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7BC3050" w14:textId="77777777" w:rsidTr="008D5CAD">
        <w:trPr>
          <w:jc w:val="center"/>
        </w:trPr>
        <w:tc>
          <w:tcPr>
            <w:tcW w:w="1237" w:type="dxa"/>
          </w:tcPr>
          <w:p w14:paraId="2ADB07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095</w:t>
            </w:r>
          </w:p>
        </w:tc>
        <w:tc>
          <w:tcPr>
            <w:tcW w:w="1845" w:type="dxa"/>
          </w:tcPr>
          <w:p w14:paraId="2FC53F3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MAIN_SPDSAG</w:t>
            </w:r>
          </w:p>
        </w:tc>
        <w:tc>
          <w:tcPr>
            <w:tcW w:w="4820" w:type="dxa"/>
          </w:tcPr>
          <w:p w14:paraId="3D1630F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SPEED ARRIVAL FOR AUTO GEAR CHANGE FUNCTION</w:t>
            </w:r>
          </w:p>
        </w:tc>
        <w:tc>
          <w:tcPr>
            <w:tcW w:w="1668" w:type="dxa"/>
          </w:tcPr>
          <w:p w14:paraId="1761385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843CFCB" w14:textId="77777777" w:rsidTr="008D5CAD">
        <w:trPr>
          <w:jc w:val="center"/>
        </w:trPr>
        <w:tc>
          <w:tcPr>
            <w:tcW w:w="1237" w:type="dxa"/>
            <w:tcBorders>
              <w:top w:val="nil"/>
            </w:tcBorders>
          </w:tcPr>
          <w:p w14:paraId="59962F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096</w:t>
            </w:r>
          </w:p>
        </w:tc>
        <w:tc>
          <w:tcPr>
            <w:tcW w:w="1845" w:type="dxa"/>
            <w:tcBorders>
              <w:top w:val="nil"/>
            </w:tcBorders>
          </w:tcPr>
          <w:p w14:paraId="71A726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MAIN_LOWGEAR</w:t>
            </w:r>
          </w:p>
        </w:tc>
        <w:tc>
          <w:tcPr>
            <w:tcW w:w="4820" w:type="dxa"/>
            <w:tcBorders>
              <w:top w:val="nil"/>
            </w:tcBorders>
          </w:tcPr>
          <w:p w14:paraId="346C4B7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LOW GEAR</w:t>
            </w:r>
          </w:p>
        </w:tc>
        <w:tc>
          <w:tcPr>
            <w:tcW w:w="1668" w:type="dxa"/>
            <w:tcBorders>
              <w:top w:val="nil"/>
            </w:tcBorders>
          </w:tcPr>
          <w:p w14:paraId="399806A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70AFA88" w14:textId="77777777" w:rsidTr="008D5CAD">
        <w:trPr>
          <w:jc w:val="center"/>
        </w:trPr>
        <w:tc>
          <w:tcPr>
            <w:tcW w:w="1237" w:type="dxa"/>
          </w:tcPr>
          <w:p w14:paraId="7C876F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097</w:t>
            </w:r>
          </w:p>
        </w:tc>
        <w:tc>
          <w:tcPr>
            <w:tcW w:w="1845" w:type="dxa"/>
          </w:tcPr>
          <w:p w14:paraId="72BFB47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MAIN_MIDGEAR</w:t>
            </w:r>
          </w:p>
        </w:tc>
        <w:tc>
          <w:tcPr>
            <w:tcW w:w="4820" w:type="dxa"/>
          </w:tcPr>
          <w:p w14:paraId="3F7ADA6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MIDDLEGEAR</w:t>
            </w:r>
          </w:p>
        </w:tc>
        <w:tc>
          <w:tcPr>
            <w:tcW w:w="1668" w:type="dxa"/>
          </w:tcPr>
          <w:p w14:paraId="671A4D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7481C44" w14:textId="77777777" w:rsidTr="008D5CAD">
        <w:trPr>
          <w:jc w:val="center"/>
        </w:trPr>
        <w:tc>
          <w:tcPr>
            <w:tcW w:w="1237" w:type="dxa"/>
          </w:tcPr>
          <w:p w14:paraId="7B3A3B8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098</w:t>
            </w:r>
          </w:p>
        </w:tc>
        <w:tc>
          <w:tcPr>
            <w:tcW w:w="1845" w:type="dxa"/>
          </w:tcPr>
          <w:p w14:paraId="040B6B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MAIN_3RDGEAR</w:t>
            </w:r>
          </w:p>
        </w:tc>
        <w:tc>
          <w:tcPr>
            <w:tcW w:w="4820" w:type="dxa"/>
          </w:tcPr>
          <w:p w14:paraId="452FF6B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3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RD</w:t>
            </w:r>
            <w:r w:rsidRPr="008D5CAD">
              <w:rPr>
                <w:rFonts w:cs="Arial"/>
                <w:sz w:val="20"/>
                <w:szCs w:val="20"/>
              </w:rPr>
              <w:t xml:space="preserve"> GEAR</w:t>
            </w:r>
          </w:p>
        </w:tc>
        <w:tc>
          <w:tcPr>
            <w:tcW w:w="1668" w:type="dxa"/>
          </w:tcPr>
          <w:p w14:paraId="5C189CE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D5164F6" w14:textId="77777777" w:rsidTr="008D5CAD">
        <w:trPr>
          <w:jc w:val="center"/>
        </w:trPr>
        <w:tc>
          <w:tcPr>
            <w:tcW w:w="1237" w:type="dxa"/>
          </w:tcPr>
          <w:p w14:paraId="647128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099</w:t>
            </w:r>
          </w:p>
        </w:tc>
        <w:tc>
          <w:tcPr>
            <w:tcW w:w="1845" w:type="dxa"/>
          </w:tcPr>
          <w:p w14:paraId="641B7D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MAIN_HIGHGEAR</w:t>
            </w:r>
          </w:p>
        </w:tc>
        <w:tc>
          <w:tcPr>
            <w:tcW w:w="4820" w:type="dxa"/>
          </w:tcPr>
          <w:p w14:paraId="0D9C2A1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HIGH GEAR</w:t>
            </w:r>
          </w:p>
        </w:tc>
        <w:tc>
          <w:tcPr>
            <w:tcW w:w="1668" w:type="dxa"/>
          </w:tcPr>
          <w:p w14:paraId="3B086D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C4C56F2" w14:textId="77777777" w:rsidTr="008D5CAD">
        <w:trPr>
          <w:jc w:val="center"/>
        </w:trPr>
        <w:tc>
          <w:tcPr>
            <w:tcW w:w="1237" w:type="dxa"/>
          </w:tcPr>
          <w:p w14:paraId="469B16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100</w:t>
            </w:r>
          </w:p>
        </w:tc>
        <w:tc>
          <w:tcPr>
            <w:tcW w:w="1845" w:type="dxa"/>
          </w:tcPr>
          <w:p w14:paraId="46C46E0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UO0</w:t>
            </w:r>
          </w:p>
        </w:tc>
        <w:tc>
          <w:tcPr>
            <w:tcW w:w="4820" w:type="dxa"/>
          </w:tcPr>
          <w:p w14:paraId="78BD2DA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0</w:t>
            </w:r>
          </w:p>
        </w:tc>
        <w:tc>
          <w:tcPr>
            <w:tcW w:w="1668" w:type="dxa"/>
          </w:tcPr>
          <w:p w14:paraId="0C8D1A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986CC96" w14:textId="77777777" w:rsidTr="008D5CAD">
        <w:trPr>
          <w:jc w:val="center"/>
        </w:trPr>
        <w:tc>
          <w:tcPr>
            <w:tcW w:w="1237" w:type="dxa"/>
          </w:tcPr>
          <w:p w14:paraId="37B040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101</w:t>
            </w:r>
          </w:p>
        </w:tc>
        <w:tc>
          <w:tcPr>
            <w:tcW w:w="1845" w:type="dxa"/>
          </w:tcPr>
          <w:p w14:paraId="7FA39BF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UO1</w:t>
            </w:r>
          </w:p>
        </w:tc>
        <w:tc>
          <w:tcPr>
            <w:tcW w:w="4820" w:type="dxa"/>
          </w:tcPr>
          <w:p w14:paraId="42A41A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1</w:t>
            </w:r>
          </w:p>
        </w:tc>
        <w:tc>
          <w:tcPr>
            <w:tcW w:w="1668" w:type="dxa"/>
          </w:tcPr>
          <w:p w14:paraId="2C92745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05E3064" w14:textId="77777777" w:rsidTr="008D5CAD">
        <w:trPr>
          <w:jc w:val="center"/>
        </w:trPr>
        <w:tc>
          <w:tcPr>
            <w:tcW w:w="1237" w:type="dxa"/>
          </w:tcPr>
          <w:p w14:paraId="13633DD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102</w:t>
            </w:r>
          </w:p>
        </w:tc>
        <w:tc>
          <w:tcPr>
            <w:tcW w:w="1845" w:type="dxa"/>
          </w:tcPr>
          <w:p w14:paraId="6147D5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UO2</w:t>
            </w:r>
          </w:p>
        </w:tc>
        <w:tc>
          <w:tcPr>
            <w:tcW w:w="4820" w:type="dxa"/>
          </w:tcPr>
          <w:p w14:paraId="1BDEB64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2</w:t>
            </w:r>
          </w:p>
        </w:tc>
        <w:tc>
          <w:tcPr>
            <w:tcW w:w="1668" w:type="dxa"/>
          </w:tcPr>
          <w:p w14:paraId="4A04AC9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8154DC1" w14:textId="77777777" w:rsidTr="008D5CAD">
        <w:trPr>
          <w:jc w:val="center"/>
        </w:trPr>
        <w:tc>
          <w:tcPr>
            <w:tcW w:w="1237" w:type="dxa"/>
          </w:tcPr>
          <w:p w14:paraId="287338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103</w:t>
            </w:r>
          </w:p>
        </w:tc>
        <w:tc>
          <w:tcPr>
            <w:tcW w:w="1845" w:type="dxa"/>
          </w:tcPr>
          <w:p w14:paraId="675528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UO3</w:t>
            </w:r>
          </w:p>
        </w:tc>
        <w:tc>
          <w:tcPr>
            <w:tcW w:w="4820" w:type="dxa"/>
          </w:tcPr>
          <w:p w14:paraId="48FD593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3</w:t>
            </w:r>
          </w:p>
        </w:tc>
        <w:tc>
          <w:tcPr>
            <w:tcW w:w="1668" w:type="dxa"/>
          </w:tcPr>
          <w:p w14:paraId="3A541E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109DA39" w14:textId="77777777" w:rsidTr="008D5CAD">
        <w:trPr>
          <w:jc w:val="center"/>
        </w:trPr>
        <w:tc>
          <w:tcPr>
            <w:tcW w:w="1237" w:type="dxa"/>
          </w:tcPr>
          <w:p w14:paraId="7454B6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104</w:t>
            </w:r>
          </w:p>
        </w:tc>
        <w:tc>
          <w:tcPr>
            <w:tcW w:w="1845" w:type="dxa"/>
          </w:tcPr>
          <w:p w14:paraId="70EC76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UO4</w:t>
            </w:r>
          </w:p>
        </w:tc>
        <w:tc>
          <w:tcPr>
            <w:tcW w:w="4820" w:type="dxa"/>
          </w:tcPr>
          <w:p w14:paraId="3A964AD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4</w:t>
            </w:r>
          </w:p>
        </w:tc>
        <w:tc>
          <w:tcPr>
            <w:tcW w:w="1668" w:type="dxa"/>
          </w:tcPr>
          <w:p w14:paraId="32C23F7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D671692" w14:textId="77777777" w:rsidTr="008D5CAD">
        <w:trPr>
          <w:jc w:val="center"/>
        </w:trPr>
        <w:tc>
          <w:tcPr>
            <w:tcW w:w="1237" w:type="dxa"/>
          </w:tcPr>
          <w:p w14:paraId="5205B1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105</w:t>
            </w:r>
          </w:p>
        </w:tc>
        <w:tc>
          <w:tcPr>
            <w:tcW w:w="1845" w:type="dxa"/>
          </w:tcPr>
          <w:p w14:paraId="3F7DDB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UO5</w:t>
            </w:r>
          </w:p>
        </w:tc>
        <w:tc>
          <w:tcPr>
            <w:tcW w:w="4820" w:type="dxa"/>
          </w:tcPr>
          <w:p w14:paraId="5A62D93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5</w:t>
            </w:r>
          </w:p>
        </w:tc>
        <w:tc>
          <w:tcPr>
            <w:tcW w:w="1668" w:type="dxa"/>
          </w:tcPr>
          <w:p w14:paraId="1D33F5B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E0F1B22" w14:textId="77777777" w:rsidTr="008D5CAD">
        <w:trPr>
          <w:jc w:val="center"/>
        </w:trPr>
        <w:tc>
          <w:tcPr>
            <w:tcW w:w="1237" w:type="dxa"/>
          </w:tcPr>
          <w:p w14:paraId="26D9C0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106</w:t>
            </w:r>
          </w:p>
        </w:tc>
        <w:tc>
          <w:tcPr>
            <w:tcW w:w="1845" w:type="dxa"/>
          </w:tcPr>
          <w:p w14:paraId="0AC433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UO6</w:t>
            </w:r>
          </w:p>
        </w:tc>
        <w:tc>
          <w:tcPr>
            <w:tcW w:w="4820" w:type="dxa"/>
          </w:tcPr>
          <w:p w14:paraId="2405410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6</w:t>
            </w:r>
          </w:p>
        </w:tc>
        <w:tc>
          <w:tcPr>
            <w:tcW w:w="1668" w:type="dxa"/>
          </w:tcPr>
          <w:p w14:paraId="789D85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4C51075" w14:textId="77777777" w:rsidTr="008D5CAD">
        <w:trPr>
          <w:jc w:val="center"/>
        </w:trPr>
        <w:tc>
          <w:tcPr>
            <w:tcW w:w="1237" w:type="dxa"/>
          </w:tcPr>
          <w:p w14:paraId="3490CA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107</w:t>
            </w:r>
          </w:p>
        </w:tc>
        <w:tc>
          <w:tcPr>
            <w:tcW w:w="1845" w:type="dxa"/>
          </w:tcPr>
          <w:p w14:paraId="31B4B6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UO7</w:t>
            </w:r>
          </w:p>
        </w:tc>
        <w:tc>
          <w:tcPr>
            <w:tcW w:w="4820" w:type="dxa"/>
          </w:tcPr>
          <w:p w14:paraId="7CC7B3C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7</w:t>
            </w:r>
          </w:p>
        </w:tc>
        <w:tc>
          <w:tcPr>
            <w:tcW w:w="1668" w:type="dxa"/>
          </w:tcPr>
          <w:p w14:paraId="144922B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4D3CC8D" w14:textId="77777777" w:rsidTr="008D5CAD">
        <w:trPr>
          <w:jc w:val="center"/>
        </w:trPr>
        <w:tc>
          <w:tcPr>
            <w:tcW w:w="1237" w:type="dxa"/>
          </w:tcPr>
          <w:p w14:paraId="271533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108</w:t>
            </w:r>
          </w:p>
        </w:tc>
        <w:tc>
          <w:tcPr>
            <w:tcW w:w="1845" w:type="dxa"/>
          </w:tcPr>
          <w:p w14:paraId="736FC9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UO8</w:t>
            </w:r>
          </w:p>
        </w:tc>
        <w:tc>
          <w:tcPr>
            <w:tcW w:w="4820" w:type="dxa"/>
          </w:tcPr>
          <w:p w14:paraId="2285E7E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8</w:t>
            </w:r>
          </w:p>
        </w:tc>
        <w:tc>
          <w:tcPr>
            <w:tcW w:w="1668" w:type="dxa"/>
          </w:tcPr>
          <w:p w14:paraId="061DEB2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67456D5" w14:textId="77777777" w:rsidTr="008D5CAD">
        <w:trPr>
          <w:jc w:val="center"/>
        </w:trPr>
        <w:tc>
          <w:tcPr>
            <w:tcW w:w="1237" w:type="dxa"/>
          </w:tcPr>
          <w:p w14:paraId="0C5B27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109</w:t>
            </w:r>
          </w:p>
        </w:tc>
        <w:tc>
          <w:tcPr>
            <w:tcW w:w="1845" w:type="dxa"/>
          </w:tcPr>
          <w:p w14:paraId="200EB5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UO9</w:t>
            </w:r>
          </w:p>
        </w:tc>
        <w:tc>
          <w:tcPr>
            <w:tcW w:w="4820" w:type="dxa"/>
          </w:tcPr>
          <w:p w14:paraId="6F604C2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9</w:t>
            </w:r>
          </w:p>
        </w:tc>
        <w:tc>
          <w:tcPr>
            <w:tcW w:w="1668" w:type="dxa"/>
          </w:tcPr>
          <w:p w14:paraId="5C56BB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F61EED7" w14:textId="77777777" w:rsidTr="008D5CAD">
        <w:trPr>
          <w:jc w:val="center"/>
        </w:trPr>
        <w:tc>
          <w:tcPr>
            <w:tcW w:w="1237" w:type="dxa"/>
          </w:tcPr>
          <w:p w14:paraId="3833D3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110</w:t>
            </w:r>
          </w:p>
        </w:tc>
        <w:tc>
          <w:tcPr>
            <w:tcW w:w="1845" w:type="dxa"/>
          </w:tcPr>
          <w:p w14:paraId="3750BEE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UO10</w:t>
            </w:r>
          </w:p>
        </w:tc>
        <w:tc>
          <w:tcPr>
            <w:tcW w:w="4820" w:type="dxa"/>
          </w:tcPr>
          <w:p w14:paraId="2FB7970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10</w:t>
            </w:r>
          </w:p>
        </w:tc>
        <w:tc>
          <w:tcPr>
            <w:tcW w:w="1668" w:type="dxa"/>
          </w:tcPr>
          <w:p w14:paraId="312ABB5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C588E3C" w14:textId="77777777" w:rsidTr="008D5CAD">
        <w:trPr>
          <w:jc w:val="center"/>
        </w:trPr>
        <w:tc>
          <w:tcPr>
            <w:tcW w:w="1237" w:type="dxa"/>
          </w:tcPr>
          <w:p w14:paraId="7B14A0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111</w:t>
            </w:r>
          </w:p>
        </w:tc>
        <w:tc>
          <w:tcPr>
            <w:tcW w:w="1845" w:type="dxa"/>
          </w:tcPr>
          <w:p w14:paraId="614DB6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UO11</w:t>
            </w:r>
          </w:p>
        </w:tc>
        <w:tc>
          <w:tcPr>
            <w:tcW w:w="4820" w:type="dxa"/>
          </w:tcPr>
          <w:p w14:paraId="7D7024A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11</w:t>
            </w:r>
          </w:p>
        </w:tc>
        <w:tc>
          <w:tcPr>
            <w:tcW w:w="1668" w:type="dxa"/>
          </w:tcPr>
          <w:p w14:paraId="523BD4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2061CCF" w14:textId="77777777" w:rsidTr="008D5CAD">
        <w:trPr>
          <w:jc w:val="center"/>
        </w:trPr>
        <w:tc>
          <w:tcPr>
            <w:tcW w:w="1237" w:type="dxa"/>
          </w:tcPr>
          <w:p w14:paraId="4C556F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112</w:t>
            </w:r>
          </w:p>
        </w:tc>
        <w:tc>
          <w:tcPr>
            <w:tcW w:w="1845" w:type="dxa"/>
          </w:tcPr>
          <w:p w14:paraId="04A974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UO12</w:t>
            </w:r>
          </w:p>
        </w:tc>
        <w:tc>
          <w:tcPr>
            <w:tcW w:w="4820" w:type="dxa"/>
          </w:tcPr>
          <w:p w14:paraId="73E323E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12</w:t>
            </w:r>
          </w:p>
        </w:tc>
        <w:tc>
          <w:tcPr>
            <w:tcW w:w="1668" w:type="dxa"/>
          </w:tcPr>
          <w:p w14:paraId="6BE52D4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F645060" w14:textId="77777777" w:rsidTr="008D5CAD">
        <w:trPr>
          <w:jc w:val="center"/>
        </w:trPr>
        <w:tc>
          <w:tcPr>
            <w:tcW w:w="1237" w:type="dxa"/>
          </w:tcPr>
          <w:p w14:paraId="4F8C17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113</w:t>
            </w:r>
          </w:p>
        </w:tc>
        <w:tc>
          <w:tcPr>
            <w:tcW w:w="1845" w:type="dxa"/>
          </w:tcPr>
          <w:p w14:paraId="4C67BB1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UO13</w:t>
            </w:r>
          </w:p>
        </w:tc>
        <w:tc>
          <w:tcPr>
            <w:tcW w:w="4820" w:type="dxa"/>
          </w:tcPr>
          <w:p w14:paraId="42816FC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13</w:t>
            </w:r>
          </w:p>
        </w:tc>
        <w:tc>
          <w:tcPr>
            <w:tcW w:w="1668" w:type="dxa"/>
          </w:tcPr>
          <w:p w14:paraId="7AAAA40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9B7CE19" w14:textId="77777777" w:rsidTr="008D5CAD">
        <w:trPr>
          <w:jc w:val="center"/>
        </w:trPr>
        <w:tc>
          <w:tcPr>
            <w:tcW w:w="1237" w:type="dxa"/>
          </w:tcPr>
          <w:p w14:paraId="466C61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114</w:t>
            </w:r>
          </w:p>
        </w:tc>
        <w:tc>
          <w:tcPr>
            <w:tcW w:w="1845" w:type="dxa"/>
          </w:tcPr>
          <w:p w14:paraId="46F8358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UO14</w:t>
            </w:r>
          </w:p>
        </w:tc>
        <w:tc>
          <w:tcPr>
            <w:tcW w:w="4820" w:type="dxa"/>
          </w:tcPr>
          <w:p w14:paraId="3B293C6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14</w:t>
            </w:r>
          </w:p>
        </w:tc>
        <w:tc>
          <w:tcPr>
            <w:tcW w:w="1668" w:type="dxa"/>
          </w:tcPr>
          <w:p w14:paraId="37FE16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2DD2ED8" w14:textId="77777777" w:rsidTr="008D5CAD">
        <w:trPr>
          <w:jc w:val="center"/>
        </w:trPr>
        <w:tc>
          <w:tcPr>
            <w:tcW w:w="1237" w:type="dxa"/>
          </w:tcPr>
          <w:p w14:paraId="0B6A6F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115</w:t>
            </w:r>
          </w:p>
        </w:tc>
        <w:tc>
          <w:tcPr>
            <w:tcW w:w="1845" w:type="dxa"/>
          </w:tcPr>
          <w:p w14:paraId="0D39A4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UO15</w:t>
            </w:r>
          </w:p>
        </w:tc>
        <w:tc>
          <w:tcPr>
            <w:tcW w:w="4820" w:type="dxa"/>
          </w:tcPr>
          <w:p w14:paraId="777787B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MACRO OUTPUT 15</w:t>
            </w:r>
          </w:p>
        </w:tc>
        <w:tc>
          <w:tcPr>
            <w:tcW w:w="1668" w:type="dxa"/>
          </w:tcPr>
          <w:p w14:paraId="3F9F07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385CFD1" w14:textId="77777777" w:rsidTr="008D5CAD">
        <w:trPr>
          <w:jc w:val="center"/>
        </w:trPr>
        <w:tc>
          <w:tcPr>
            <w:tcW w:w="1237" w:type="dxa"/>
          </w:tcPr>
          <w:p w14:paraId="0A5B01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116</w:t>
            </w:r>
          </w:p>
        </w:tc>
        <w:tc>
          <w:tcPr>
            <w:tcW w:w="1845" w:type="dxa"/>
          </w:tcPr>
          <w:p w14:paraId="60469D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024CE7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F113E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F6BCECF" w14:textId="77777777" w:rsidTr="008D5CAD">
        <w:trPr>
          <w:jc w:val="center"/>
        </w:trPr>
        <w:tc>
          <w:tcPr>
            <w:tcW w:w="1237" w:type="dxa"/>
          </w:tcPr>
          <w:p w14:paraId="3F8231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117</w:t>
            </w:r>
          </w:p>
        </w:tc>
        <w:tc>
          <w:tcPr>
            <w:tcW w:w="1845" w:type="dxa"/>
          </w:tcPr>
          <w:p w14:paraId="00BDA4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065B7A5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7E723BC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819E1F6" w14:textId="77777777" w:rsidTr="008D5CAD">
        <w:trPr>
          <w:jc w:val="center"/>
        </w:trPr>
        <w:tc>
          <w:tcPr>
            <w:tcW w:w="1237" w:type="dxa"/>
          </w:tcPr>
          <w:p w14:paraId="65E9DED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118</w:t>
            </w:r>
          </w:p>
        </w:tc>
        <w:tc>
          <w:tcPr>
            <w:tcW w:w="1845" w:type="dxa"/>
          </w:tcPr>
          <w:p w14:paraId="58170A3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06EFC29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3708CFD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F1C41A3" w14:textId="77777777" w:rsidTr="008D5CAD">
        <w:trPr>
          <w:jc w:val="center"/>
        </w:trPr>
        <w:tc>
          <w:tcPr>
            <w:tcW w:w="1237" w:type="dxa"/>
          </w:tcPr>
          <w:p w14:paraId="43FE94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119</w:t>
            </w:r>
          </w:p>
        </w:tc>
        <w:tc>
          <w:tcPr>
            <w:tcW w:w="1845" w:type="dxa"/>
          </w:tcPr>
          <w:p w14:paraId="1890EF5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0B39C87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42CC9F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494FEFC" w14:textId="77777777" w:rsidTr="008D5CAD">
        <w:trPr>
          <w:jc w:val="center"/>
        </w:trPr>
        <w:tc>
          <w:tcPr>
            <w:tcW w:w="1237" w:type="dxa"/>
          </w:tcPr>
          <w:p w14:paraId="3A0ED7D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120</w:t>
            </w:r>
          </w:p>
        </w:tc>
        <w:tc>
          <w:tcPr>
            <w:tcW w:w="1845" w:type="dxa"/>
          </w:tcPr>
          <w:p w14:paraId="667B33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4820" w:type="dxa"/>
          </w:tcPr>
          <w:p w14:paraId="1F8085B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 AXIS FINISH</w:t>
            </w:r>
          </w:p>
        </w:tc>
        <w:tc>
          <w:tcPr>
            <w:tcW w:w="1668" w:type="dxa"/>
          </w:tcPr>
          <w:p w14:paraId="20958ED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2654652" w14:textId="77777777" w:rsidTr="008D5CAD">
        <w:trPr>
          <w:jc w:val="center"/>
        </w:trPr>
        <w:tc>
          <w:tcPr>
            <w:tcW w:w="1237" w:type="dxa"/>
          </w:tcPr>
          <w:p w14:paraId="0306C43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121</w:t>
            </w:r>
          </w:p>
        </w:tc>
        <w:tc>
          <w:tcPr>
            <w:tcW w:w="1845" w:type="dxa"/>
          </w:tcPr>
          <w:p w14:paraId="35A254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F8E1A1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798BC7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383C031" w14:textId="77777777" w:rsidTr="008D5CAD">
        <w:trPr>
          <w:jc w:val="center"/>
        </w:trPr>
        <w:tc>
          <w:tcPr>
            <w:tcW w:w="1237" w:type="dxa"/>
          </w:tcPr>
          <w:p w14:paraId="02476F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122</w:t>
            </w:r>
          </w:p>
        </w:tc>
        <w:tc>
          <w:tcPr>
            <w:tcW w:w="1845" w:type="dxa"/>
          </w:tcPr>
          <w:p w14:paraId="09805A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C22929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755E08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19394D6" w14:textId="77777777" w:rsidTr="008D5CAD">
        <w:trPr>
          <w:jc w:val="center"/>
        </w:trPr>
        <w:tc>
          <w:tcPr>
            <w:tcW w:w="1237" w:type="dxa"/>
          </w:tcPr>
          <w:p w14:paraId="6070E20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123</w:t>
            </w:r>
          </w:p>
        </w:tc>
        <w:tc>
          <w:tcPr>
            <w:tcW w:w="1845" w:type="dxa"/>
          </w:tcPr>
          <w:p w14:paraId="659D0D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550E516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2154E9A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3338EDE" w14:textId="77777777" w:rsidTr="008D5CAD">
        <w:trPr>
          <w:jc w:val="center"/>
        </w:trPr>
        <w:tc>
          <w:tcPr>
            <w:tcW w:w="1237" w:type="dxa"/>
          </w:tcPr>
          <w:p w14:paraId="25C1BD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124</w:t>
            </w:r>
          </w:p>
        </w:tc>
        <w:tc>
          <w:tcPr>
            <w:tcW w:w="1845" w:type="dxa"/>
          </w:tcPr>
          <w:p w14:paraId="1487C1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37091BD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737E66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20635F4" w14:textId="77777777" w:rsidTr="008D5CAD">
        <w:trPr>
          <w:jc w:val="center"/>
        </w:trPr>
        <w:tc>
          <w:tcPr>
            <w:tcW w:w="1237" w:type="dxa"/>
          </w:tcPr>
          <w:p w14:paraId="7BFCC1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125</w:t>
            </w:r>
          </w:p>
        </w:tc>
        <w:tc>
          <w:tcPr>
            <w:tcW w:w="1845" w:type="dxa"/>
          </w:tcPr>
          <w:p w14:paraId="2AAA59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6444007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FD38E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476CD23" w14:textId="77777777" w:rsidTr="008D5CAD">
        <w:trPr>
          <w:jc w:val="center"/>
        </w:trPr>
        <w:tc>
          <w:tcPr>
            <w:tcW w:w="1237" w:type="dxa"/>
          </w:tcPr>
          <w:p w14:paraId="135084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126</w:t>
            </w:r>
          </w:p>
        </w:tc>
        <w:tc>
          <w:tcPr>
            <w:tcW w:w="1845" w:type="dxa"/>
          </w:tcPr>
          <w:p w14:paraId="12F002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CAFAAA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1A31D2F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DD15B19" w14:textId="77777777" w:rsidTr="008D5CAD">
        <w:trPr>
          <w:jc w:val="center"/>
        </w:trPr>
        <w:tc>
          <w:tcPr>
            <w:tcW w:w="1237" w:type="dxa"/>
          </w:tcPr>
          <w:p w14:paraId="5CA859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127</w:t>
            </w:r>
          </w:p>
        </w:tc>
        <w:tc>
          <w:tcPr>
            <w:tcW w:w="1845" w:type="dxa"/>
          </w:tcPr>
          <w:p w14:paraId="418A26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6BF2ECB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16FEC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5A9754E" w14:textId="77777777" w:rsidTr="008D5CAD">
        <w:trPr>
          <w:jc w:val="center"/>
        </w:trPr>
        <w:tc>
          <w:tcPr>
            <w:tcW w:w="1237" w:type="dxa"/>
          </w:tcPr>
          <w:p w14:paraId="03A08B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5" w:type="dxa"/>
          </w:tcPr>
          <w:p w14:paraId="41042C3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5820614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D4045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B1B9E9E" w14:textId="77777777" w:rsidTr="008D5CAD">
        <w:trPr>
          <w:jc w:val="center"/>
        </w:trPr>
        <w:tc>
          <w:tcPr>
            <w:tcW w:w="1237" w:type="dxa"/>
          </w:tcPr>
          <w:p w14:paraId="61061B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150</w:t>
            </w:r>
          </w:p>
        </w:tc>
        <w:tc>
          <w:tcPr>
            <w:tcW w:w="1845" w:type="dxa"/>
          </w:tcPr>
          <w:p w14:paraId="425FF2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CF2C1</w:t>
            </w:r>
          </w:p>
        </w:tc>
        <w:tc>
          <w:tcPr>
            <w:tcW w:w="4820" w:type="dxa"/>
          </w:tcPr>
          <w:p w14:paraId="75E98C2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CS/</w:t>
            </w:r>
            <w:r w:rsidRPr="008D5CAD">
              <w:rPr>
                <w:rFonts w:cs="Arial"/>
                <w:sz w:val="20"/>
                <w:szCs w:val="20"/>
              </w:rPr>
              <w:t>CF AXIS CHANGE TO C AXIS COMMAND</w:t>
            </w:r>
          </w:p>
        </w:tc>
        <w:tc>
          <w:tcPr>
            <w:tcW w:w="1668" w:type="dxa"/>
          </w:tcPr>
          <w:p w14:paraId="1BB288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7473A50" w14:textId="77777777" w:rsidTr="008D5CAD">
        <w:trPr>
          <w:jc w:val="center"/>
        </w:trPr>
        <w:tc>
          <w:tcPr>
            <w:tcW w:w="1237" w:type="dxa"/>
          </w:tcPr>
          <w:p w14:paraId="5DA0D9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151</w:t>
            </w:r>
          </w:p>
        </w:tc>
        <w:tc>
          <w:tcPr>
            <w:tcW w:w="1845" w:type="dxa"/>
          </w:tcPr>
          <w:p w14:paraId="7EB4D1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4820" w:type="dxa"/>
          </w:tcPr>
          <w:p w14:paraId="79DA962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CF AXIS CHANGE TO SPINDLE COMMAND</w:t>
            </w:r>
          </w:p>
        </w:tc>
        <w:tc>
          <w:tcPr>
            <w:tcW w:w="1668" w:type="dxa"/>
          </w:tcPr>
          <w:p w14:paraId="51C03F3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5DCA7B" w14:textId="77777777" w:rsidTr="008D5CAD">
        <w:trPr>
          <w:jc w:val="center"/>
        </w:trPr>
        <w:tc>
          <w:tcPr>
            <w:tcW w:w="1237" w:type="dxa"/>
          </w:tcPr>
          <w:p w14:paraId="6294F4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152</w:t>
            </w:r>
          </w:p>
        </w:tc>
        <w:tc>
          <w:tcPr>
            <w:tcW w:w="1845" w:type="dxa"/>
          </w:tcPr>
          <w:p w14:paraId="0775438C" w14:textId="77777777" w:rsidR="00AE098B" w:rsidRPr="008D5CAD" w:rsidRDefault="00AE098B" w:rsidP="008D5CAD">
            <w:pPr>
              <w:pStyle w:val="affd"/>
              <w:snapToGrid w:val="0"/>
              <w:ind w:left="-28" w:firstLine="28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ZP16</w:t>
            </w:r>
          </w:p>
        </w:tc>
        <w:tc>
          <w:tcPr>
            <w:tcW w:w="4820" w:type="dxa"/>
          </w:tcPr>
          <w:p w14:paraId="38AD124C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6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th</w:t>
            </w:r>
            <w:r w:rsidRPr="008D5CAD">
              <w:rPr>
                <w:rFonts w:cs="Arial"/>
                <w:sz w:val="20"/>
                <w:szCs w:val="20"/>
              </w:rPr>
              <w:t xml:space="preserve"> 1</w:t>
            </w:r>
            <w:r w:rsidRPr="008D5CAD">
              <w:rPr>
                <w:rFonts w:cs="Arial"/>
                <w:sz w:val="20"/>
                <w:szCs w:val="20"/>
                <w:vertAlign w:val="superscript"/>
              </w:rPr>
              <w:t>st</w:t>
            </w:r>
            <w:r w:rsidRPr="008D5CAD">
              <w:rPr>
                <w:rFonts w:cs="Arial"/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62A3CF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F5F0329" w14:textId="77777777" w:rsidTr="008D5CAD">
        <w:trPr>
          <w:jc w:val="center"/>
        </w:trPr>
        <w:tc>
          <w:tcPr>
            <w:tcW w:w="1237" w:type="dxa"/>
          </w:tcPr>
          <w:p w14:paraId="462DB95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153</w:t>
            </w:r>
          </w:p>
        </w:tc>
        <w:tc>
          <w:tcPr>
            <w:tcW w:w="1845" w:type="dxa"/>
          </w:tcPr>
          <w:p w14:paraId="632CCEB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ZP26</w:t>
            </w:r>
          </w:p>
        </w:tc>
        <w:tc>
          <w:tcPr>
            <w:tcW w:w="4820" w:type="dxa"/>
          </w:tcPr>
          <w:p w14:paraId="4904447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6</w:t>
            </w:r>
            <w:r w:rsidRPr="008D5CAD">
              <w:rPr>
                <w:sz w:val="20"/>
                <w:szCs w:val="20"/>
                <w:vertAlign w:val="superscript"/>
              </w:rPr>
              <w:t>th</w:t>
            </w:r>
            <w:r w:rsidRPr="008D5CAD">
              <w:rPr>
                <w:sz w:val="20"/>
                <w:szCs w:val="20"/>
              </w:rPr>
              <w:t xml:space="preserve"> 2</w:t>
            </w:r>
            <w:r w:rsidRPr="008D5CAD">
              <w:rPr>
                <w:sz w:val="20"/>
                <w:szCs w:val="20"/>
                <w:vertAlign w:val="superscript"/>
              </w:rPr>
              <w:t>nd</w:t>
            </w:r>
            <w:r w:rsidRPr="008D5CAD">
              <w:rPr>
                <w:sz w:val="20"/>
                <w:szCs w:val="20"/>
              </w:rPr>
              <w:t xml:space="preserve"> POINT RETURN END</w:t>
            </w:r>
          </w:p>
        </w:tc>
        <w:tc>
          <w:tcPr>
            <w:tcW w:w="1668" w:type="dxa"/>
          </w:tcPr>
          <w:p w14:paraId="43C2485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9EC4E4F" w14:textId="77777777" w:rsidTr="008D5CAD">
        <w:trPr>
          <w:jc w:val="center"/>
        </w:trPr>
        <w:tc>
          <w:tcPr>
            <w:tcW w:w="1237" w:type="dxa"/>
          </w:tcPr>
          <w:p w14:paraId="4B08FA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162</w:t>
            </w:r>
          </w:p>
        </w:tc>
        <w:tc>
          <w:tcPr>
            <w:tcW w:w="1845" w:type="dxa"/>
          </w:tcPr>
          <w:p w14:paraId="32802DE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NCSD</w:t>
            </w:r>
          </w:p>
        </w:tc>
        <w:tc>
          <w:tcPr>
            <w:tcW w:w="4820" w:type="dxa"/>
          </w:tcPr>
          <w:p w14:paraId="7A6E432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NC to Shut Down Signal</w:t>
            </w:r>
          </w:p>
        </w:tc>
        <w:tc>
          <w:tcPr>
            <w:tcW w:w="1668" w:type="dxa"/>
          </w:tcPr>
          <w:p w14:paraId="7313CE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4E5BB2D" w14:textId="77777777" w:rsidTr="008D5CAD">
        <w:trPr>
          <w:jc w:val="center"/>
        </w:trPr>
        <w:tc>
          <w:tcPr>
            <w:tcW w:w="1237" w:type="dxa"/>
          </w:tcPr>
          <w:p w14:paraId="598524F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165</w:t>
            </w:r>
          </w:p>
        </w:tc>
        <w:tc>
          <w:tcPr>
            <w:tcW w:w="1845" w:type="dxa"/>
          </w:tcPr>
          <w:p w14:paraId="63E7B9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MAIN_SRFTCA</w:t>
            </w:r>
          </w:p>
        </w:tc>
        <w:tc>
          <w:tcPr>
            <w:tcW w:w="4820" w:type="dxa"/>
          </w:tcPr>
          <w:p w14:paraId="4BBC80D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Spindle Run for Tool Change Active</w:t>
            </w:r>
          </w:p>
        </w:tc>
        <w:tc>
          <w:tcPr>
            <w:tcW w:w="1668" w:type="dxa"/>
          </w:tcPr>
          <w:p w14:paraId="19A75E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7F8BF14" w14:textId="77777777" w:rsidTr="008D5CAD">
        <w:trPr>
          <w:jc w:val="center"/>
        </w:trPr>
        <w:tc>
          <w:tcPr>
            <w:tcW w:w="1237" w:type="dxa"/>
          </w:tcPr>
          <w:p w14:paraId="3C4A76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166</w:t>
            </w:r>
          </w:p>
        </w:tc>
        <w:tc>
          <w:tcPr>
            <w:tcW w:w="1845" w:type="dxa"/>
          </w:tcPr>
          <w:p w14:paraId="0FBB8A6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M19_Flow.FIN</w:t>
            </w:r>
          </w:p>
        </w:tc>
        <w:tc>
          <w:tcPr>
            <w:tcW w:w="4820" w:type="dxa"/>
          </w:tcPr>
          <w:p w14:paraId="28BA8B8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第一主軸定位動作結束</w:t>
            </w:r>
            <w:r w:rsidRPr="008D5CAD">
              <w:rPr>
                <w:sz w:val="20"/>
                <w:szCs w:val="20"/>
              </w:rPr>
              <w:t>(Flow Finish)</w:t>
            </w:r>
          </w:p>
        </w:tc>
        <w:tc>
          <w:tcPr>
            <w:tcW w:w="1668" w:type="dxa"/>
          </w:tcPr>
          <w:p w14:paraId="1786C3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11A292D" w14:textId="77777777" w:rsidTr="008D5CAD">
        <w:trPr>
          <w:jc w:val="center"/>
        </w:trPr>
        <w:tc>
          <w:tcPr>
            <w:tcW w:w="1237" w:type="dxa"/>
          </w:tcPr>
          <w:p w14:paraId="0CC71F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167</w:t>
            </w:r>
          </w:p>
        </w:tc>
        <w:tc>
          <w:tcPr>
            <w:tcW w:w="1845" w:type="dxa"/>
          </w:tcPr>
          <w:p w14:paraId="4E20DA1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sz w:val="20"/>
                <w:szCs w:val="20"/>
              </w:rPr>
              <w:t>MAIN_InputVoltage</w:t>
            </w:r>
            <w:proofErr w:type="spellEnd"/>
          </w:p>
        </w:tc>
        <w:tc>
          <w:tcPr>
            <w:tcW w:w="4820" w:type="dxa"/>
          </w:tcPr>
          <w:p w14:paraId="5D5C262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0 to 10v    s167=0</w:t>
            </w:r>
          </w:p>
          <w:p w14:paraId="3331B3E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-10v to 10</w:t>
            </w:r>
            <w:proofErr w:type="gramStart"/>
            <w:r w:rsidRPr="008D5CAD">
              <w:rPr>
                <w:sz w:val="20"/>
                <w:szCs w:val="20"/>
              </w:rPr>
              <w:t>v  s</w:t>
            </w:r>
            <w:proofErr w:type="gramEnd"/>
            <w:r w:rsidRPr="008D5CAD">
              <w:rPr>
                <w:sz w:val="20"/>
                <w:szCs w:val="20"/>
              </w:rPr>
              <w:t>167=1</w:t>
            </w:r>
          </w:p>
        </w:tc>
        <w:tc>
          <w:tcPr>
            <w:tcW w:w="1668" w:type="dxa"/>
          </w:tcPr>
          <w:p w14:paraId="14CEEB0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205EFAE" w14:textId="77777777" w:rsidTr="008D5CAD">
        <w:trPr>
          <w:jc w:val="center"/>
        </w:trPr>
        <w:tc>
          <w:tcPr>
            <w:tcW w:w="1237" w:type="dxa"/>
          </w:tcPr>
          <w:p w14:paraId="43AA9C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168</w:t>
            </w:r>
          </w:p>
        </w:tc>
        <w:tc>
          <w:tcPr>
            <w:tcW w:w="1845" w:type="dxa"/>
          </w:tcPr>
          <w:p w14:paraId="034E758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M29_NC.FIN</w:t>
            </w:r>
          </w:p>
        </w:tc>
        <w:tc>
          <w:tcPr>
            <w:tcW w:w="4820" w:type="dxa"/>
          </w:tcPr>
          <w:p w14:paraId="73FFD56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第二主軸定位動作結束</w:t>
            </w:r>
            <w:r w:rsidRPr="008D5CAD">
              <w:rPr>
                <w:sz w:val="20"/>
                <w:szCs w:val="20"/>
              </w:rPr>
              <w:t>(Flow Finish)</w:t>
            </w:r>
          </w:p>
        </w:tc>
        <w:tc>
          <w:tcPr>
            <w:tcW w:w="1668" w:type="dxa"/>
          </w:tcPr>
          <w:p w14:paraId="38AB63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F1D84FF" w14:textId="77777777" w:rsidTr="008D5CAD">
        <w:trPr>
          <w:jc w:val="center"/>
        </w:trPr>
        <w:tc>
          <w:tcPr>
            <w:tcW w:w="1237" w:type="dxa"/>
          </w:tcPr>
          <w:p w14:paraId="58C8BD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169</w:t>
            </w:r>
          </w:p>
        </w:tc>
        <w:tc>
          <w:tcPr>
            <w:tcW w:w="1845" w:type="dxa"/>
          </w:tcPr>
          <w:p w14:paraId="280C697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M29_HAND.FIN</w:t>
            </w:r>
          </w:p>
        </w:tc>
        <w:tc>
          <w:tcPr>
            <w:tcW w:w="4820" w:type="dxa"/>
          </w:tcPr>
          <w:p w14:paraId="7F35CE5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第二主軸定位結束溝通流程結束</w:t>
            </w:r>
            <w:r w:rsidRPr="008D5CAD">
              <w:rPr>
                <w:sz w:val="20"/>
                <w:szCs w:val="20"/>
              </w:rPr>
              <w:t>(Handshake Finish)</w:t>
            </w:r>
            <w:r w:rsidRPr="008D5CAD">
              <w:rPr>
                <w:sz w:val="20"/>
                <w:szCs w:val="20"/>
              </w:rPr>
              <w:t>。</w:t>
            </w:r>
          </w:p>
        </w:tc>
        <w:tc>
          <w:tcPr>
            <w:tcW w:w="1668" w:type="dxa"/>
          </w:tcPr>
          <w:p w14:paraId="4E39EB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B64EF64" w14:textId="77777777" w:rsidTr="008D5CAD">
        <w:trPr>
          <w:jc w:val="center"/>
        </w:trPr>
        <w:tc>
          <w:tcPr>
            <w:tcW w:w="1237" w:type="dxa"/>
          </w:tcPr>
          <w:p w14:paraId="4A83FB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170</w:t>
            </w:r>
          </w:p>
        </w:tc>
        <w:tc>
          <w:tcPr>
            <w:tcW w:w="1845" w:type="dxa"/>
          </w:tcPr>
          <w:p w14:paraId="44567D6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M19_HAND.FIN</w:t>
            </w:r>
          </w:p>
        </w:tc>
        <w:tc>
          <w:tcPr>
            <w:tcW w:w="4820" w:type="dxa"/>
          </w:tcPr>
          <w:p w14:paraId="4514E9AD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pacing w:val="30"/>
                <w:kern w:val="0"/>
                <w:sz w:val="20"/>
                <w:szCs w:val="20"/>
              </w:rPr>
              <w:t>第一主軸定位結束溝通流程結束</w:t>
            </w:r>
            <w:r w:rsidRPr="008D5CAD">
              <w:rPr>
                <w:rFonts w:cs="Arial"/>
                <w:spacing w:val="30"/>
                <w:kern w:val="0"/>
                <w:sz w:val="20"/>
                <w:szCs w:val="20"/>
              </w:rPr>
              <w:t>(Handshake Finish)</w:t>
            </w:r>
            <w:r w:rsidRPr="008D5CAD">
              <w:rPr>
                <w:rFonts w:cs="Arial"/>
                <w:spacing w:val="30"/>
                <w:kern w:val="0"/>
                <w:sz w:val="20"/>
                <w:szCs w:val="20"/>
              </w:rPr>
              <w:t>。</w:t>
            </w:r>
          </w:p>
        </w:tc>
        <w:tc>
          <w:tcPr>
            <w:tcW w:w="1668" w:type="dxa"/>
          </w:tcPr>
          <w:p w14:paraId="4E5559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ECEE7AB" w14:textId="77777777" w:rsidTr="008D5CAD">
        <w:trPr>
          <w:jc w:val="center"/>
        </w:trPr>
        <w:tc>
          <w:tcPr>
            <w:tcW w:w="1237" w:type="dxa"/>
          </w:tcPr>
          <w:p w14:paraId="2A4098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180</w:t>
            </w:r>
          </w:p>
        </w:tc>
        <w:tc>
          <w:tcPr>
            <w:tcW w:w="1845" w:type="dxa"/>
          </w:tcPr>
          <w:p w14:paraId="0B1745C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pacing w:val="0"/>
                <w:kern w:val="2"/>
                <w:sz w:val="20"/>
                <w:szCs w:val="20"/>
              </w:rPr>
            </w:pPr>
            <w:r w:rsidRPr="008D5CAD">
              <w:rPr>
                <w:rFonts w:hint="eastAsia"/>
                <w:spacing w:val="0"/>
                <w:kern w:val="2"/>
                <w:sz w:val="20"/>
                <w:szCs w:val="20"/>
              </w:rPr>
              <w:t>Mill_ Rev _Fin</w:t>
            </w:r>
          </w:p>
        </w:tc>
        <w:tc>
          <w:tcPr>
            <w:tcW w:w="4820" w:type="dxa"/>
          </w:tcPr>
          <w:p w14:paraId="16DCCF91" w14:textId="77777777" w:rsidR="00AE098B" w:rsidRPr="008D5CAD" w:rsidRDefault="00AE098B" w:rsidP="008D5CAD">
            <w:pPr>
              <w:pStyle w:val="affd"/>
              <w:snapToGrid w:val="0"/>
              <w:ind w:left="0"/>
              <w:rPr>
                <w:rFonts w:cs="Arial"/>
                <w:sz w:val="20"/>
                <w:szCs w:val="20"/>
              </w:rPr>
            </w:pPr>
            <w:proofErr w:type="gramStart"/>
            <w:r w:rsidRPr="008D5CAD">
              <w:rPr>
                <w:rFonts w:cs="Arial" w:hint="eastAsia"/>
                <w:sz w:val="20"/>
                <w:szCs w:val="20"/>
              </w:rPr>
              <w:t>銑削軸反向</w:t>
            </w:r>
            <w:proofErr w:type="spellStart"/>
            <w:proofErr w:type="gramEnd"/>
            <w:r w:rsidRPr="008D5CAD">
              <w:rPr>
                <w:rFonts w:cs="Arial" w:hint="eastAsia"/>
                <w:sz w:val="20"/>
                <w:szCs w:val="20"/>
              </w:rPr>
              <w:t>Mcode</w:t>
            </w:r>
            <w:proofErr w:type="spellEnd"/>
            <w:r w:rsidRPr="008D5CAD">
              <w:rPr>
                <w:rFonts w:cs="Arial" w:hint="eastAsia"/>
                <w:sz w:val="20"/>
                <w:szCs w:val="20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</w:rPr>
              <w:t>結束信號</w:t>
            </w:r>
          </w:p>
        </w:tc>
        <w:tc>
          <w:tcPr>
            <w:tcW w:w="1668" w:type="dxa"/>
          </w:tcPr>
          <w:p w14:paraId="3013B33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311FAB0" w14:textId="77777777" w:rsidTr="008D5CAD">
        <w:trPr>
          <w:jc w:val="center"/>
        </w:trPr>
        <w:tc>
          <w:tcPr>
            <w:tcW w:w="1237" w:type="dxa"/>
          </w:tcPr>
          <w:p w14:paraId="629A8F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181</w:t>
            </w:r>
          </w:p>
        </w:tc>
        <w:tc>
          <w:tcPr>
            <w:tcW w:w="1845" w:type="dxa"/>
          </w:tcPr>
          <w:p w14:paraId="5E725A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_LOWGEAR</w:t>
            </w:r>
          </w:p>
        </w:tc>
        <w:tc>
          <w:tcPr>
            <w:tcW w:w="4820" w:type="dxa"/>
          </w:tcPr>
          <w:p w14:paraId="6402103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LOW GEAR</w:t>
            </w:r>
          </w:p>
        </w:tc>
        <w:tc>
          <w:tcPr>
            <w:tcW w:w="1668" w:type="dxa"/>
          </w:tcPr>
          <w:p w14:paraId="3E349A5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013287B" w14:textId="77777777" w:rsidTr="008D5CAD">
        <w:trPr>
          <w:jc w:val="center"/>
        </w:trPr>
        <w:tc>
          <w:tcPr>
            <w:tcW w:w="1237" w:type="dxa"/>
          </w:tcPr>
          <w:p w14:paraId="63CAE7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182</w:t>
            </w:r>
          </w:p>
        </w:tc>
        <w:tc>
          <w:tcPr>
            <w:tcW w:w="1845" w:type="dxa"/>
          </w:tcPr>
          <w:p w14:paraId="7A2BE10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_MIDGEAR</w:t>
            </w:r>
          </w:p>
        </w:tc>
        <w:tc>
          <w:tcPr>
            <w:tcW w:w="4820" w:type="dxa"/>
          </w:tcPr>
          <w:p w14:paraId="0065429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MIDDLEGEAR</w:t>
            </w:r>
          </w:p>
        </w:tc>
        <w:tc>
          <w:tcPr>
            <w:tcW w:w="1668" w:type="dxa"/>
          </w:tcPr>
          <w:p w14:paraId="47B9057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D5CBEE3" w14:textId="77777777" w:rsidTr="008D5CAD">
        <w:trPr>
          <w:jc w:val="center"/>
        </w:trPr>
        <w:tc>
          <w:tcPr>
            <w:tcW w:w="1237" w:type="dxa"/>
          </w:tcPr>
          <w:p w14:paraId="1A04C9C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183</w:t>
            </w:r>
          </w:p>
        </w:tc>
        <w:tc>
          <w:tcPr>
            <w:tcW w:w="1845" w:type="dxa"/>
          </w:tcPr>
          <w:p w14:paraId="44BDC1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_3RDGEAR</w:t>
            </w:r>
          </w:p>
        </w:tc>
        <w:tc>
          <w:tcPr>
            <w:tcW w:w="4820" w:type="dxa"/>
          </w:tcPr>
          <w:p w14:paraId="3EC7F9E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3RD GEAR</w:t>
            </w:r>
          </w:p>
        </w:tc>
        <w:tc>
          <w:tcPr>
            <w:tcW w:w="1668" w:type="dxa"/>
          </w:tcPr>
          <w:p w14:paraId="18CBCB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349930F" w14:textId="77777777" w:rsidTr="008D5CAD">
        <w:trPr>
          <w:jc w:val="center"/>
        </w:trPr>
        <w:tc>
          <w:tcPr>
            <w:tcW w:w="1237" w:type="dxa"/>
          </w:tcPr>
          <w:p w14:paraId="4A13E37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184</w:t>
            </w:r>
          </w:p>
        </w:tc>
        <w:tc>
          <w:tcPr>
            <w:tcW w:w="1845" w:type="dxa"/>
          </w:tcPr>
          <w:p w14:paraId="780AB7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Mill</w:t>
            </w:r>
            <w:r w:rsidRPr="008D5CAD">
              <w:rPr>
                <w:rFonts w:cs="Arial"/>
                <w:sz w:val="20"/>
                <w:szCs w:val="20"/>
              </w:rPr>
              <w:t xml:space="preserve"> _HIGHGEAR</w:t>
            </w:r>
          </w:p>
        </w:tc>
        <w:tc>
          <w:tcPr>
            <w:tcW w:w="4820" w:type="dxa"/>
          </w:tcPr>
          <w:p w14:paraId="4E2BD75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HIGH GEAR</w:t>
            </w:r>
          </w:p>
        </w:tc>
        <w:tc>
          <w:tcPr>
            <w:tcW w:w="1668" w:type="dxa"/>
          </w:tcPr>
          <w:p w14:paraId="02F02F0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790416" w14:textId="77777777" w:rsidTr="008D5CAD">
        <w:trPr>
          <w:jc w:val="center"/>
        </w:trPr>
        <w:tc>
          <w:tcPr>
            <w:tcW w:w="1237" w:type="dxa"/>
          </w:tcPr>
          <w:p w14:paraId="489B8D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200</w:t>
            </w:r>
          </w:p>
        </w:tc>
        <w:tc>
          <w:tcPr>
            <w:tcW w:w="1845" w:type="dxa"/>
          </w:tcPr>
          <w:p w14:paraId="127E299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ST</w:t>
            </w:r>
          </w:p>
        </w:tc>
        <w:tc>
          <w:tcPr>
            <w:tcW w:w="4820" w:type="dxa"/>
          </w:tcPr>
          <w:p w14:paraId="0D0DB2B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Cycle Start</w:t>
            </w:r>
          </w:p>
        </w:tc>
        <w:tc>
          <w:tcPr>
            <w:tcW w:w="1668" w:type="dxa"/>
          </w:tcPr>
          <w:p w14:paraId="618CCB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58F95C4" w14:textId="77777777" w:rsidTr="008D5CAD">
        <w:trPr>
          <w:jc w:val="center"/>
        </w:trPr>
        <w:tc>
          <w:tcPr>
            <w:tcW w:w="1237" w:type="dxa"/>
          </w:tcPr>
          <w:p w14:paraId="4A9EC5E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201</w:t>
            </w:r>
          </w:p>
        </w:tc>
        <w:tc>
          <w:tcPr>
            <w:tcW w:w="1845" w:type="dxa"/>
          </w:tcPr>
          <w:p w14:paraId="481A861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HOLD</w:t>
            </w:r>
          </w:p>
        </w:tc>
        <w:tc>
          <w:tcPr>
            <w:tcW w:w="4820" w:type="dxa"/>
          </w:tcPr>
          <w:p w14:paraId="3C96ADB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Hold</w:t>
            </w:r>
          </w:p>
        </w:tc>
        <w:tc>
          <w:tcPr>
            <w:tcW w:w="1668" w:type="dxa"/>
          </w:tcPr>
          <w:p w14:paraId="7B9245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70656E4" w14:textId="77777777" w:rsidTr="008D5CAD">
        <w:trPr>
          <w:jc w:val="center"/>
        </w:trPr>
        <w:tc>
          <w:tcPr>
            <w:tcW w:w="1237" w:type="dxa"/>
          </w:tcPr>
          <w:p w14:paraId="60714F8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202</w:t>
            </w:r>
          </w:p>
        </w:tc>
        <w:tc>
          <w:tcPr>
            <w:tcW w:w="1845" w:type="dxa"/>
          </w:tcPr>
          <w:p w14:paraId="7605BBC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RESET</w:t>
            </w:r>
          </w:p>
        </w:tc>
        <w:tc>
          <w:tcPr>
            <w:tcW w:w="4820" w:type="dxa"/>
          </w:tcPr>
          <w:p w14:paraId="550175D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Reset</w:t>
            </w:r>
          </w:p>
        </w:tc>
        <w:tc>
          <w:tcPr>
            <w:tcW w:w="1668" w:type="dxa"/>
          </w:tcPr>
          <w:p w14:paraId="3411B9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B8AA184" w14:textId="77777777" w:rsidTr="008D5CAD">
        <w:trPr>
          <w:jc w:val="center"/>
        </w:trPr>
        <w:tc>
          <w:tcPr>
            <w:tcW w:w="1237" w:type="dxa"/>
          </w:tcPr>
          <w:p w14:paraId="394038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203</w:t>
            </w:r>
          </w:p>
        </w:tc>
        <w:tc>
          <w:tcPr>
            <w:tcW w:w="1845" w:type="dxa"/>
          </w:tcPr>
          <w:p w14:paraId="6FB7FDE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14:paraId="00943B7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</w:tcPr>
          <w:p w14:paraId="51B944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FAF0F4E" w14:textId="77777777" w:rsidTr="008D5CAD">
        <w:trPr>
          <w:jc w:val="center"/>
        </w:trPr>
        <w:tc>
          <w:tcPr>
            <w:tcW w:w="1237" w:type="dxa"/>
          </w:tcPr>
          <w:p w14:paraId="20631F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204</w:t>
            </w:r>
          </w:p>
        </w:tc>
        <w:tc>
          <w:tcPr>
            <w:tcW w:w="1845" w:type="dxa"/>
          </w:tcPr>
          <w:p w14:paraId="15C681B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</w:tcPr>
          <w:p w14:paraId="7B6BF9D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</w:tcPr>
          <w:p w14:paraId="785C80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7F66241" w14:textId="77777777" w:rsidTr="008D5CAD">
        <w:trPr>
          <w:jc w:val="center"/>
        </w:trPr>
        <w:tc>
          <w:tcPr>
            <w:tcW w:w="1237" w:type="dxa"/>
          </w:tcPr>
          <w:p w14:paraId="49EAD0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205</w:t>
            </w:r>
          </w:p>
        </w:tc>
        <w:tc>
          <w:tcPr>
            <w:tcW w:w="1845" w:type="dxa"/>
          </w:tcPr>
          <w:p w14:paraId="505405D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POWER</w:t>
            </w:r>
          </w:p>
        </w:tc>
        <w:tc>
          <w:tcPr>
            <w:tcW w:w="4820" w:type="dxa"/>
          </w:tcPr>
          <w:p w14:paraId="4270DB2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Power</w:t>
            </w:r>
          </w:p>
        </w:tc>
        <w:tc>
          <w:tcPr>
            <w:tcW w:w="1668" w:type="dxa"/>
          </w:tcPr>
          <w:p w14:paraId="7E943D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67E10C5" w14:textId="77777777" w:rsidTr="008D5CAD">
        <w:trPr>
          <w:jc w:val="center"/>
        </w:trPr>
        <w:tc>
          <w:tcPr>
            <w:tcW w:w="1237" w:type="dxa"/>
          </w:tcPr>
          <w:p w14:paraId="622425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206</w:t>
            </w:r>
          </w:p>
        </w:tc>
        <w:tc>
          <w:tcPr>
            <w:tcW w:w="1845" w:type="dxa"/>
          </w:tcPr>
          <w:p w14:paraId="1FB855C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LIGHT</w:t>
            </w:r>
          </w:p>
        </w:tc>
        <w:tc>
          <w:tcPr>
            <w:tcW w:w="4820" w:type="dxa"/>
          </w:tcPr>
          <w:p w14:paraId="7DBF02A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Lighting</w:t>
            </w:r>
          </w:p>
        </w:tc>
        <w:tc>
          <w:tcPr>
            <w:tcW w:w="1668" w:type="dxa"/>
          </w:tcPr>
          <w:p w14:paraId="23D612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1D87B1E" w14:textId="77777777" w:rsidTr="008D5CAD">
        <w:trPr>
          <w:jc w:val="center"/>
        </w:trPr>
        <w:tc>
          <w:tcPr>
            <w:tcW w:w="1237" w:type="dxa"/>
          </w:tcPr>
          <w:p w14:paraId="0D5656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207</w:t>
            </w:r>
          </w:p>
        </w:tc>
        <w:tc>
          <w:tcPr>
            <w:tcW w:w="1845" w:type="dxa"/>
          </w:tcPr>
          <w:p w14:paraId="4439575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AIR</w:t>
            </w:r>
          </w:p>
        </w:tc>
        <w:tc>
          <w:tcPr>
            <w:tcW w:w="4820" w:type="dxa"/>
          </w:tcPr>
          <w:p w14:paraId="66D83AC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Air Coolant</w:t>
            </w:r>
          </w:p>
        </w:tc>
        <w:tc>
          <w:tcPr>
            <w:tcW w:w="1668" w:type="dxa"/>
          </w:tcPr>
          <w:p w14:paraId="105401D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DDDC1A2" w14:textId="77777777" w:rsidTr="008D5CAD">
        <w:trPr>
          <w:jc w:val="center"/>
        </w:trPr>
        <w:tc>
          <w:tcPr>
            <w:tcW w:w="1237" w:type="dxa"/>
          </w:tcPr>
          <w:p w14:paraId="68F7DC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208</w:t>
            </w:r>
          </w:p>
        </w:tc>
        <w:tc>
          <w:tcPr>
            <w:tcW w:w="1845" w:type="dxa"/>
          </w:tcPr>
          <w:p w14:paraId="07DBB99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SHOWER</w:t>
            </w:r>
          </w:p>
        </w:tc>
        <w:tc>
          <w:tcPr>
            <w:tcW w:w="4820" w:type="dxa"/>
          </w:tcPr>
          <w:p w14:paraId="136AD30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Shower</w:t>
            </w:r>
          </w:p>
        </w:tc>
        <w:tc>
          <w:tcPr>
            <w:tcW w:w="1668" w:type="dxa"/>
          </w:tcPr>
          <w:p w14:paraId="042EAE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8A93A79" w14:textId="77777777" w:rsidTr="008D5CAD">
        <w:trPr>
          <w:jc w:val="center"/>
        </w:trPr>
        <w:tc>
          <w:tcPr>
            <w:tcW w:w="1237" w:type="dxa"/>
          </w:tcPr>
          <w:p w14:paraId="0F5A14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209</w:t>
            </w:r>
          </w:p>
        </w:tc>
        <w:tc>
          <w:tcPr>
            <w:tcW w:w="1845" w:type="dxa"/>
          </w:tcPr>
          <w:p w14:paraId="0DE1C75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FLUSH</w:t>
            </w:r>
          </w:p>
        </w:tc>
        <w:tc>
          <w:tcPr>
            <w:tcW w:w="4820" w:type="dxa"/>
          </w:tcPr>
          <w:p w14:paraId="29A8A55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Flushing</w:t>
            </w:r>
          </w:p>
        </w:tc>
        <w:tc>
          <w:tcPr>
            <w:tcW w:w="1668" w:type="dxa"/>
          </w:tcPr>
          <w:p w14:paraId="45DB49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318097A" w14:textId="77777777" w:rsidTr="008D5CAD">
        <w:trPr>
          <w:jc w:val="center"/>
        </w:trPr>
        <w:tc>
          <w:tcPr>
            <w:tcW w:w="1237" w:type="dxa"/>
          </w:tcPr>
          <w:p w14:paraId="5F34E0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210</w:t>
            </w:r>
          </w:p>
        </w:tc>
        <w:tc>
          <w:tcPr>
            <w:tcW w:w="1845" w:type="dxa"/>
          </w:tcPr>
          <w:p w14:paraId="0A9F8A8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CTS</w:t>
            </w:r>
          </w:p>
        </w:tc>
        <w:tc>
          <w:tcPr>
            <w:tcW w:w="4820" w:type="dxa"/>
          </w:tcPr>
          <w:p w14:paraId="259165C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刀具中心出水</w:t>
            </w:r>
          </w:p>
        </w:tc>
        <w:tc>
          <w:tcPr>
            <w:tcW w:w="1668" w:type="dxa"/>
          </w:tcPr>
          <w:p w14:paraId="55F996B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8F82790" w14:textId="77777777" w:rsidTr="008D5CAD">
        <w:trPr>
          <w:jc w:val="center"/>
        </w:trPr>
        <w:tc>
          <w:tcPr>
            <w:tcW w:w="1237" w:type="dxa"/>
          </w:tcPr>
          <w:p w14:paraId="2C30781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211</w:t>
            </w:r>
          </w:p>
        </w:tc>
        <w:tc>
          <w:tcPr>
            <w:tcW w:w="1845" w:type="dxa"/>
          </w:tcPr>
          <w:p w14:paraId="5A7C045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DOOR</w:t>
            </w:r>
          </w:p>
        </w:tc>
        <w:tc>
          <w:tcPr>
            <w:tcW w:w="4820" w:type="dxa"/>
          </w:tcPr>
          <w:p w14:paraId="62BF4C5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Door Open</w:t>
            </w:r>
          </w:p>
        </w:tc>
        <w:tc>
          <w:tcPr>
            <w:tcW w:w="1668" w:type="dxa"/>
          </w:tcPr>
          <w:p w14:paraId="5FE115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58E8F24" w14:textId="77777777" w:rsidTr="008D5CAD">
        <w:trPr>
          <w:jc w:val="center"/>
        </w:trPr>
        <w:tc>
          <w:tcPr>
            <w:tcW w:w="1237" w:type="dxa"/>
          </w:tcPr>
          <w:p w14:paraId="4312A2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212</w:t>
            </w:r>
          </w:p>
        </w:tc>
        <w:tc>
          <w:tcPr>
            <w:tcW w:w="1845" w:type="dxa"/>
          </w:tcPr>
          <w:p w14:paraId="3CFD0E2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SBK</w:t>
            </w:r>
          </w:p>
        </w:tc>
        <w:tc>
          <w:tcPr>
            <w:tcW w:w="4820" w:type="dxa"/>
          </w:tcPr>
          <w:p w14:paraId="5314F36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Single Block</w:t>
            </w:r>
          </w:p>
        </w:tc>
        <w:tc>
          <w:tcPr>
            <w:tcW w:w="1668" w:type="dxa"/>
          </w:tcPr>
          <w:p w14:paraId="65CA1B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BD42DEB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19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80F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OSP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E9B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Option Stop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C9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DF8CEB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64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F51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BDT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5F9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Option Block Skip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AF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80AB47C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14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1BB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MLK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817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Machine Lock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A1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AB8F32B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CA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AE1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Z MLK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E0BE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 w:rsidRPr="008D5CAD">
              <w:rPr>
                <w:sz w:val="20"/>
                <w:szCs w:val="20"/>
              </w:rPr>
              <w:t>Z.Cancel</w:t>
            </w:r>
            <w:proofErr w:type="spellEnd"/>
            <w:proofErr w:type="gram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DC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A6D7293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AB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FFE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MST //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531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M.S.T Lock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CEC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25A1540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165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D2EB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DRN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B0F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Dry Run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E9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781A57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0D3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F66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 DRN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D90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 Dry Run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30D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0D53736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9B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B28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ATC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BA2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Tool Change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9DE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871B486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C96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D2B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ORT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00E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Spindle Orientation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A2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6EC13B8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79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DE78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4DB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EC6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3ADBC0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4DB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3C9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5D0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85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A82DE3E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099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224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37D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BF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4D9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2212D7E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CD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FE2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0E6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AF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5089C09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240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C21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DA9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D4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F7EAD15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ECD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0F2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17D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CC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4551059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E5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EE3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BBA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FA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0C573E5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017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229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477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339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EFE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C121E3E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DF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C8F2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-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40B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Overrate 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42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C73D226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0A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E3F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+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15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Overrate +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D69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EBD6A30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CD7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9AB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100%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065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Feed Overrate 100%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29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92E8E6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6DF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248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RAPID -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FE5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Rapid Override 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813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851999F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A4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C39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RAPID +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7535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Rapid overrate +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64E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3BEC990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4D6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CCF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RAPID 100%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1A0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Rapid 100%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CF5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A8E59CB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58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BF8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 -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6EF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Spindle </w:t>
            </w:r>
            <w:proofErr w:type="gramStart"/>
            <w:r w:rsidRPr="008D5CAD">
              <w:rPr>
                <w:sz w:val="20"/>
                <w:szCs w:val="20"/>
              </w:rPr>
              <w:t>overrate</w:t>
            </w:r>
            <w:proofErr w:type="gramEnd"/>
            <w:r w:rsidRPr="008D5CAD">
              <w:rPr>
                <w:sz w:val="20"/>
                <w:szCs w:val="20"/>
              </w:rPr>
              <w:t xml:space="preserve"> 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DA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3BEC5AC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A71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489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 +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BE7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Spindle overrate +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A2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11D1F03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2F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320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 100%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36C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Spindle </w:t>
            </w:r>
            <w:proofErr w:type="gramStart"/>
            <w:r w:rsidRPr="008D5CAD">
              <w:rPr>
                <w:sz w:val="20"/>
                <w:szCs w:val="20"/>
              </w:rPr>
              <w:t>overrate</w:t>
            </w:r>
            <w:proofErr w:type="gramEnd"/>
            <w:r w:rsidRPr="008D5CAD">
              <w:rPr>
                <w:sz w:val="20"/>
                <w:szCs w:val="20"/>
              </w:rPr>
              <w:t xml:space="preserve"> 100%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635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1C3BA51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0A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239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857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MPG*1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F32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MPG Override X1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60A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22EFF82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9DB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BC6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MPG*10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122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 Override X10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9F0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1A0E759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D7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6D7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MPG*100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193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 Override X100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1D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0ECCCA8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FC3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0E1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-X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951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-X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FBD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F392E40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1E4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3E9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+X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55A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+X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059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8FFEA6E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10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D69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-Y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A66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-Y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19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9520507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85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66B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+Y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6E3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+Y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0C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DACDF26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D28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8D7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-Z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9F3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-Z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C9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A835CC3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B8E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58B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+Z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87B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+Z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E8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503FF1CC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7E4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4B8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681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-4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F3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957E56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05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249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BDB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8FD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+4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D3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5DA4D41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3F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32B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9C7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-5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056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66CAC15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89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251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2FD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242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+5 Axis Direction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78B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91D6FFA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13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616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 CW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60A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Spindle Forward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8A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10695AA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A9F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DD13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 STP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906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Spindle Stop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C6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625AE22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889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60B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 CCW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7ED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Spindle Reverse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1B0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62B5E50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0A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246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ATC CW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4F6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ATC motor </w:t>
            </w:r>
            <w:proofErr w:type="spellStart"/>
            <w:r w:rsidRPr="008D5CAD">
              <w:rPr>
                <w:sz w:val="20"/>
                <w:szCs w:val="20"/>
              </w:rPr>
              <w:t>cw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DC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B25C32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2D3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082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ATC CCW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74C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ATC motor </w:t>
            </w:r>
            <w:proofErr w:type="spellStart"/>
            <w:r w:rsidRPr="008D5CAD">
              <w:rPr>
                <w:sz w:val="20"/>
                <w:szCs w:val="20"/>
              </w:rPr>
              <w:t>ccw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96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8A62B97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9D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65C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CHIP</w:t>
            </w:r>
          </w:p>
          <w:p w14:paraId="2D4627B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556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8D5CAD">
              <w:rPr>
                <w:sz w:val="20"/>
                <w:szCs w:val="20"/>
              </w:rPr>
              <w:t>捲屑機</w:t>
            </w:r>
            <w:proofErr w:type="gramEnd"/>
            <w:r w:rsidRPr="008D5CAD">
              <w:rPr>
                <w:sz w:val="20"/>
                <w:szCs w:val="20"/>
              </w:rPr>
              <w:t>正轉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1EC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46529E5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2EB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83A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CHIP</w:t>
            </w:r>
          </w:p>
          <w:p w14:paraId="481B458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lastRenderedPageBreak/>
              <w:t>REV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3E2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8D5CAD">
              <w:rPr>
                <w:sz w:val="20"/>
                <w:szCs w:val="20"/>
              </w:rPr>
              <w:lastRenderedPageBreak/>
              <w:t>捲屑機</w:t>
            </w:r>
            <w:proofErr w:type="gramEnd"/>
            <w:r w:rsidRPr="008D5CAD">
              <w:rPr>
                <w:sz w:val="20"/>
                <w:szCs w:val="20"/>
              </w:rPr>
              <w:t>反轉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76E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44DE208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0AB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BDC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Water ON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ACE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Coolant Fluid 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8D5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230B069D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1E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CE0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Water STP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00A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Coolant Fluid Stop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9D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448A466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67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289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9DB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Water AUTO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6E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Coolant Fluid Auto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8A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57964B0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AD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91A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EDIT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71E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EDIT Mode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FB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6803C4B0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79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608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093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MEM Mode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50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A89C3D6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7A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263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MDI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760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MDI Mode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BB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7AF076C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A3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F4B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JOG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279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Jog Mode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4D9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2D17131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A03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19B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RAPID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5B8F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Rapid </w:t>
            </w:r>
            <w:proofErr w:type="gramStart"/>
            <w:r w:rsidRPr="008D5CAD">
              <w:rPr>
                <w:sz w:val="20"/>
                <w:szCs w:val="20"/>
              </w:rPr>
              <w:t>Mode(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inc</w:t>
            </w:r>
            <w:proofErr w:type="spellEnd"/>
            <w:r w:rsidRPr="008D5CAD">
              <w:rPr>
                <w:sz w:val="20"/>
                <w:szCs w:val="20"/>
              </w:rPr>
              <w:t xml:space="preserve"> jog)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22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EE4E381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2CF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89C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317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MPG Mode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A4F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7509CA8E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B4E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41D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HOME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830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Home Mode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B1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C7F4105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9A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95F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OPR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243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OPER Mode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1D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00105307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0F1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E0F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188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21D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46660342" w14:textId="77777777" w:rsidTr="008D5CAD">
        <w:trPr>
          <w:jc w:val="center"/>
        </w:trPr>
        <w:tc>
          <w:tcPr>
            <w:tcW w:w="1237" w:type="dxa"/>
          </w:tcPr>
          <w:p w14:paraId="0D4DEFF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299</w:t>
            </w:r>
          </w:p>
        </w:tc>
        <w:tc>
          <w:tcPr>
            <w:tcW w:w="1845" w:type="dxa"/>
          </w:tcPr>
          <w:p w14:paraId="01FA8D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0403E77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(HMI</w:t>
            </w:r>
            <w:r w:rsidRPr="008D5CAD">
              <w:rPr>
                <w:sz w:val="20"/>
                <w:szCs w:val="20"/>
              </w:rPr>
              <w:sym w:font="Wingdings" w:char="F0E0"/>
            </w:r>
            <w:r w:rsidRPr="008D5CAD">
              <w:rPr>
                <w:sz w:val="20"/>
                <w:szCs w:val="20"/>
              </w:rPr>
              <w:t>CNC)</w:t>
            </w:r>
          </w:p>
        </w:tc>
        <w:tc>
          <w:tcPr>
            <w:tcW w:w="1668" w:type="dxa"/>
          </w:tcPr>
          <w:p w14:paraId="24D2CF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/>
                <w:sz w:val="20"/>
                <w:szCs w:val="20"/>
              </w:rPr>
              <w:t>SoftPanel</w:t>
            </w:r>
            <w:proofErr w:type="spellEnd"/>
          </w:p>
        </w:tc>
      </w:tr>
      <w:tr w:rsidR="00AE098B" w:rsidRPr="008D5CAD" w14:paraId="3E7A32D2" w14:textId="77777777" w:rsidTr="008D5CAD">
        <w:trPr>
          <w:jc w:val="center"/>
        </w:trPr>
        <w:tc>
          <w:tcPr>
            <w:tcW w:w="1237" w:type="dxa"/>
          </w:tcPr>
          <w:p w14:paraId="5297CF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300</w:t>
            </w:r>
          </w:p>
        </w:tc>
        <w:tc>
          <w:tcPr>
            <w:tcW w:w="1845" w:type="dxa"/>
          </w:tcPr>
          <w:p w14:paraId="250A204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085966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FE8510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36EF8D1" w14:textId="77777777" w:rsidTr="008D5CAD">
        <w:trPr>
          <w:jc w:val="center"/>
        </w:trPr>
        <w:tc>
          <w:tcPr>
            <w:tcW w:w="1237" w:type="dxa"/>
          </w:tcPr>
          <w:p w14:paraId="39FA31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400</w:t>
            </w:r>
          </w:p>
        </w:tc>
        <w:tc>
          <w:tcPr>
            <w:tcW w:w="1845" w:type="dxa"/>
          </w:tcPr>
          <w:p w14:paraId="4E5ABB3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DG_SVO_RDY</w:t>
            </w:r>
          </w:p>
        </w:tc>
        <w:tc>
          <w:tcPr>
            <w:tcW w:w="4820" w:type="dxa"/>
          </w:tcPr>
          <w:p w14:paraId="09CE51C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Digital Driver Servo Ready (Break Signal)</w:t>
            </w:r>
          </w:p>
        </w:tc>
        <w:tc>
          <w:tcPr>
            <w:tcW w:w="1668" w:type="dxa"/>
          </w:tcPr>
          <w:p w14:paraId="4B241C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15603DB" w14:textId="77777777" w:rsidTr="008D5CAD">
        <w:trPr>
          <w:jc w:val="center"/>
        </w:trPr>
        <w:tc>
          <w:tcPr>
            <w:tcW w:w="1237" w:type="dxa"/>
          </w:tcPr>
          <w:p w14:paraId="134C3D5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401</w:t>
            </w:r>
          </w:p>
        </w:tc>
        <w:tc>
          <w:tcPr>
            <w:tcW w:w="1845" w:type="dxa"/>
          </w:tcPr>
          <w:p w14:paraId="6ED952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251E32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cs="Times New Roman" w:hint="eastAsia"/>
                <w:spacing w:val="0"/>
                <w:kern w:val="2"/>
                <w:sz w:val="20"/>
                <w:szCs w:val="20"/>
              </w:rPr>
              <w:t>第</w:t>
            </w:r>
            <w:r w:rsidRPr="008D5CAD">
              <w:rPr>
                <w:rFonts w:cs="Times New Roman" w:hint="eastAsia"/>
                <w:spacing w:val="0"/>
                <w:kern w:val="2"/>
                <w:sz w:val="20"/>
                <w:szCs w:val="20"/>
              </w:rPr>
              <w:t>1</w:t>
            </w:r>
            <w:r w:rsidRPr="008D5CAD">
              <w:rPr>
                <w:rFonts w:cs="Times New Roman" w:hint="eastAsia"/>
                <w:spacing w:val="0"/>
                <w:kern w:val="2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3A84BD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241DAA6" w14:textId="77777777" w:rsidTr="008D5CAD">
        <w:trPr>
          <w:jc w:val="center"/>
        </w:trPr>
        <w:tc>
          <w:tcPr>
            <w:tcW w:w="1237" w:type="dxa"/>
          </w:tcPr>
          <w:p w14:paraId="2BDE916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402</w:t>
            </w:r>
          </w:p>
        </w:tc>
        <w:tc>
          <w:tcPr>
            <w:tcW w:w="1845" w:type="dxa"/>
          </w:tcPr>
          <w:p w14:paraId="147CA9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0D77F87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2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4E83D2F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EAD71A4" w14:textId="77777777" w:rsidTr="008D5CAD">
        <w:trPr>
          <w:jc w:val="center"/>
        </w:trPr>
        <w:tc>
          <w:tcPr>
            <w:tcW w:w="1237" w:type="dxa"/>
          </w:tcPr>
          <w:p w14:paraId="236DE8A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403</w:t>
            </w:r>
          </w:p>
        </w:tc>
        <w:tc>
          <w:tcPr>
            <w:tcW w:w="1845" w:type="dxa"/>
          </w:tcPr>
          <w:p w14:paraId="4A81FF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7827D60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3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2B4C06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EAC9D10" w14:textId="77777777" w:rsidTr="008D5CAD">
        <w:trPr>
          <w:jc w:val="center"/>
        </w:trPr>
        <w:tc>
          <w:tcPr>
            <w:tcW w:w="1237" w:type="dxa"/>
          </w:tcPr>
          <w:p w14:paraId="7EED568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404</w:t>
            </w:r>
          </w:p>
        </w:tc>
        <w:tc>
          <w:tcPr>
            <w:tcW w:w="1845" w:type="dxa"/>
          </w:tcPr>
          <w:p w14:paraId="721D4A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68BF885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4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16DE06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C7C7847" w14:textId="77777777" w:rsidTr="008D5CAD">
        <w:trPr>
          <w:jc w:val="center"/>
        </w:trPr>
        <w:tc>
          <w:tcPr>
            <w:tcW w:w="1237" w:type="dxa"/>
          </w:tcPr>
          <w:p w14:paraId="1F1267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405</w:t>
            </w:r>
          </w:p>
        </w:tc>
        <w:tc>
          <w:tcPr>
            <w:tcW w:w="1845" w:type="dxa"/>
          </w:tcPr>
          <w:p w14:paraId="202B8A4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4164C94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5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528B13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D7FD4F2" w14:textId="77777777" w:rsidTr="008D5CAD">
        <w:trPr>
          <w:jc w:val="center"/>
        </w:trPr>
        <w:tc>
          <w:tcPr>
            <w:tcW w:w="1237" w:type="dxa"/>
          </w:tcPr>
          <w:p w14:paraId="0E1F1A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406</w:t>
            </w:r>
          </w:p>
        </w:tc>
        <w:tc>
          <w:tcPr>
            <w:tcW w:w="1845" w:type="dxa"/>
          </w:tcPr>
          <w:p w14:paraId="5A4891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CF405F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6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289594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8F5D39C" w14:textId="77777777" w:rsidTr="008D5CAD">
        <w:trPr>
          <w:jc w:val="center"/>
        </w:trPr>
        <w:tc>
          <w:tcPr>
            <w:tcW w:w="1237" w:type="dxa"/>
          </w:tcPr>
          <w:p w14:paraId="7C18F0E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407</w:t>
            </w:r>
          </w:p>
        </w:tc>
        <w:tc>
          <w:tcPr>
            <w:tcW w:w="1845" w:type="dxa"/>
          </w:tcPr>
          <w:p w14:paraId="63DE8F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6C24D9D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7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5CC627E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29881AE" w14:textId="77777777" w:rsidTr="008D5CAD">
        <w:trPr>
          <w:jc w:val="center"/>
        </w:trPr>
        <w:tc>
          <w:tcPr>
            <w:tcW w:w="1237" w:type="dxa"/>
          </w:tcPr>
          <w:p w14:paraId="49C3E9D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408</w:t>
            </w:r>
          </w:p>
        </w:tc>
        <w:tc>
          <w:tcPr>
            <w:tcW w:w="1845" w:type="dxa"/>
          </w:tcPr>
          <w:p w14:paraId="7BEE41E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7E633D9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8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403EC1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1848F35" w14:textId="77777777" w:rsidTr="008D5CAD">
        <w:trPr>
          <w:jc w:val="center"/>
        </w:trPr>
        <w:tc>
          <w:tcPr>
            <w:tcW w:w="1237" w:type="dxa"/>
          </w:tcPr>
          <w:p w14:paraId="6FB3D1C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409</w:t>
            </w:r>
          </w:p>
        </w:tc>
        <w:tc>
          <w:tcPr>
            <w:tcW w:w="1845" w:type="dxa"/>
          </w:tcPr>
          <w:p w14:paraId="6083391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253164E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9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72F87A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54E7E48" w14:textId="77777777" w:rsidTr="008D5CAD">
        <w:trPr>
          <w:jc w:val="center"/>
        </w:trPr>
        <w:tc>
          <w:tcPr>
            <w:tcW w:w="1237" w:type="dxa"/>
          </w:tcPr>
          <w:p w14:paraId="1576CAA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410</w:t>
            </w:r>
          </w:p>
        </w:tc>
        <w:tc>
          <w:tcPr>
            <w:tcW w:w="1845" w:type="dxa"/>
          </w:tcPr>
          <w:p w14:paraId="094A5A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0485035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10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7DDE542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DDE6DA2" w14:textId="77777777" w:rsidTr="008D5CAD">
        <w:trPr>
          <w:jc w:val="center"/>
        </w:trPr>
        <w:tc>
          <w:tcPr>
            <w:tcW w:w="1237" w:type="dxa"/>
          </w:tcPr>
          <w:p w14:paraId="3F4F79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411</w:t>
            </w:r>
          </w:p>
        </w:tc>
        <w:tc>
          <w:tcPr>
            <w:tcW w:w="1845" w:type="dxa"/>
          </w:tcPr>
          <w:p w14:paraId="66F812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55E7125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11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1CB7AF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59FA113" w14:textId="77777777" w:rsidTr="008D5CAD">
        <w:trPr>
          <w:jc w:val="center"/>
        </w:trPr>
        <w:tc>
          <w:tcPr>
            <w:tcW w:w="1237" w:type="dxa"/>
          </w:tcPr>
          <w:p w14:paraId="6920B6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412</w:t>
            </w:r>
          </w:p>
        </w:tc>
        <w:tc>
          <w:tcPr>
            <w:tcW w:w="1845" w:type="dxa"/>
          </w:tcPr>
          <w:p w14:paraId="270AB24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</w:tcPr>
          <w:p w14:paraId="6066105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12</w:t>
            </w:r>
            <w:r w:rsidRPr="008D5CAD">
              <w:rPr>
                <w:rFonts w:hint="eastAsia"/>
                <w:sz w:val="20"/>
                <w:szCs w:val="20"/>
              </w:rPr>
              <w:t>軸向移動中</w:t>
            </w:r>
          </w:p>
        </w:tc>
        <w:tc>
          <w:tcPr>
            <w:tcW w:w="1668" w:type="dxa"/>
          </w:tcPr>
          <w:p w14:paraId="468D4BB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B81589C" w14:textId="77777777" w:rsidTr="008D5CAD">
        <w:trPr>
          <w:jc w:val="center"/>
        </w:trPr>
        <w:tc>
          <w:tcPr>
            <w:tcW w:w="1237" w:type="dxa"/>
          </w:tcPr>
          <w:p w14:paraId="47F322B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413</w:t>
            </w:r>
          </w:p>
        </w:tc>
        <w:tc>
          <w:tcPr>
            <w:tcW w:w="1845" w:type="dxa"/>
          </w:tcPr>
          <w:p w14:paraId="5587343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ascii="新細明體" w:hAnsi="新細明體" w:cs="Arial"/>
                <w:sz w:val="20"/>
                <w:szCs w:val="20"/>
              </w:rPr>
              <w:t>CNC_MOT_RDY</w:t>
            </w:r>
          </w:p>
        </w:tc>
        <w:tc>
          <w:tcPr>
            <w:tcW w:w="4820" w:type="dxa"/>
          </w:tcPr>
          <w:p w14:paraId="3EEA561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hint="eastAsia"/>
                <w:sz w:val="20"/>
                <w:szCs w:val="20"/>
                <w:lang w:eastAsia="zh-TW"/>
              </w:rPr>
              <w:t>MOT</w:t>
            </w:r>
            <w:r w:rsidRPr="008D5CAD">
              <w:rPr>
                <w:rFonts w:hint="eastAsia"/>
                <w:sz w:val="20"/>
                <w:szCs w:val="20"/>
                <w:lang w:eastAsia="zh-TW"/>
              </w:rPr>
              <w:t>位置維護備妥信號</w:t>
            </w:r>
          </w:p>
        </w:tc>
        <w:tc>
          <w:tcPr>
            <w:tcW w:w="1668" w:type="dxa"/>
          </w:tcPr>
          <w:p w14:paraId="3EF517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7E7A79B9" w14:textId="77777777" w:rsidTr="008D5CAD">
        <w:trPr>
          <w:jc w:val="center"/>
        </w:trPr>
        <w:tc>
          <w:tcPr>
            <w:tcW w:w="1237" w:type="dxa"/>
          </w:tcPr>
          <w:p w14:paraId="0C31363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414</w:t>
            </w:r>
          </w:p>
        </w:tc>
        <w:tc>
          <w:tcPr>
            <w:tcW w:w="1845" w:type="dxa"/>
          </w:tcPr>
          <w:p w14:paraId="56F876E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保留</w:t>
            </w:r>
            <w:proofErr w:type="spellEnd"/>
          </w:p>
        </w:tc>
        <w:tc>
          <w:tcPr>
            <w:tcW w:w="4820" w:type="dxa"/>
          </w:tcPr>
          <w:p w14:paraId="14F7316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</w:tcPr>
          <w:p w14:paraId="6A2DEA1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BC191AE" w14:textId="77777777" w:rsidTr="008D5CAD">
        <w:trPr>
          <w:jc w:val="center"/>
        </w:trPr>
        <w:tc>
          <w:tcPr>
            <w:tcW w:w="1237" w:type="dxa"/>
          </w:tcPr>
          <w:p w14:paraId="00F3D4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500</w:t>
            </w:r>
          </w:p>
        </w:tc>
        <w:tc>
          <w:tcPr>
            <w:tcW w:w="1845" w:type="dxa"/>
          </w:tcPr>
          <w:p w14:paraId="2539DD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MAIN_HOME_COMP</w:t>
            </w:r>
          </w:p>
        </w:tc>
        <w:tc>
          <w:tcPr>
            <w:tcW w:w="4820" w:type="dxa"/>
          </w:tcPr>
          <w:p w14:paraId="37F55E1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return home completion</w:t>
            </w:r>
          </w:p>
        </w:tc>
        <w:tc>
          <w:tcPr>
            <w:tcW w:w="1668" w:type="dxa"/>
          </w:tcPr>
          <w:p w14:paraId="5B266A1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AE098B" w:rsidRPr="008D5CAD" w14:paraId="5A090A3C" w14:textId="77777777" w:rsidTr="008D5CAD">
        <w:trPr>
          <w:jc w:val="center"/>
        </w:trPr>
        <w:tc>
          <w:tcPr>
            <w:tcW w:w="1237" w:type="dxa"/>
          </w:tcPr>
          <w:p w14:paraId="7BFEB46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501</w:t>
            </w:r>
          </w:p>
        </w:tc>
        <w:tc>
          <w:tcPr>
            <w:tcW w:w="1845" w:type="dxa"/>
          </w:tcPr>
          <w:p w14:paraId="755C88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SUB_HOME_COMP</w:t>
            </w:r>
          </w:p>
        </w:tc>
        <w:tc>
          <w:tcPr>
            <w:tcW w:w="4820" w:type="dxa"/>
          </w:tcPr>
          <w:p w14:paraId="79FE938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return home completion</w:t>
            </w:r>
          </w:p>
        </w:tc>
        <w:tc>
          <w:tcPr>
            <w:tcW w:w="1668" w:type="dxa"/>
          </w:tcPr>
          <w:p w14:paraId="366EF71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</w:tr>
      <w:tr w:rsidR="00AE098B" w:rsidRPr="008D5CAD" w14:paraId="67570226" w14:textId="77777777" w:rsidTr="008D5CAD">
        <w:trPr>
          <w:jc w:val="center"/>
        </w:trPr>
        <w:tc>
          <w:tcPr>
            <w:tcW w:w="1237" w:type="dxa"/>
          </w:tcPr>
          <w:p w14:paraId="27DA8F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502</w:t>
            </w:r>
          </w:p>
        </w:tc>
        <w:tc>
          <w:tcPr>
            <w:tcW w:w="1845" w:type="dxa"/>
          </w:tcPr>
          <w:p w14:paraId="06BDAE4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MAIN_CHUK</w:t>
            </w:r>
          </w:p>
        </w:tc>
        <w:tc>
          <w:tcPr>
            <w:tcW w:w="4820" w:type="dxa"/>
          </w:tcPr>
          <w:p w14:paraId="35D2C30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MAIN Spindle chuck ON/OFF</w:t>
            </w:r>
          </w:p>
        </w:tc>
        <w:tc>
          <w:tcPr>
            <w:tcW w:w="1668" w:type="dxa"/>
          </w:tcPr>
          <w:p w14:paraId="71911EC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B609E59" w14:textId="77777777" w:rsidTr="008D5CAD">
        <w:trPr>
          <w:jc w:val="center"/>
        </w:trPr>
        <w:tc>
          <w:tcPr>
            <w:tcW w:w="1237" w:type="dxa"/>
          </w:tcPr>
          <w:p w14:paraId="0FFA52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503</w:t>
            </w:r>
          </w:p>
        </w:tc>
        <w:tc>
          <w:tcPr>
            <w:tcW w:w="1845" w:type="dxa"/>
          </w:tcPr>
          <w:p w14:paraId="114885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SUB_CHUK</w:t>
            </w:r>
          </w:p>
        </w:tc>
        <w:tc>
          <w:tcPr>
            <w:tcW w:w="4820" w:type="dxa"/>
          </w:tcPr>
          <w:p w14:paraId="2643D92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chuck ON/OFF</w:t>
            </w:r>
          </w:p>
        </w:tc>
        <w:tc>
          <w:tcPr>
            <w:tcW w:w="1668" w:type="dxa"/>
          </w:tcPr>
          <w:p w14:paraId="13EFA3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77EEC36" w14:textId="77777777" w:rsidTr="008D5CAD">
        <w:trPr>
          <w:jc w:val="center"/>
        </w:trPr>
        <w:tc>
          <w:tcPr>
            <w:tcW w:w="1237" w:type="dxa"/>
          </w:tcPr>
          <w:p w14:paraId="74A79A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504</w:t>
            </w:r>
          </w:p>
        </w:tc>
        <w:tc>
          <w:tcPr>
            <w:tcW w:w="1845" w:type="dxa"/>
          </w:tcPr>
          <w:p w14:paraId="5CD700B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SPSYC</w:t>
            </w:r>
          </w:p>
        </w:tc>
        <w:tc>
          <w:tcPr>
            <w:tcW w:w="4820" w:type="dxa"/>
          </w:tcPr>
          <w:p w14:paraId="3F42713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Spindle synchronous command</w:t>
            </w:r>
          </w:p>
        </w:tc>
        <w:tc>
          <w:tcPr>
            <w:tcW w:w="1668" w:type="dxa"/>
          </w:tcPr>
          <w:p w14:paraId="72FE79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CA40632" w14:textId="77777777" w:rsidTr="008D5CAD">
        <w:trPr>
          <w:jc w:val="center"/>
        </w:trPr>
        <w:tc>
          <w:tcPr>
            <w:tcW w:w="1237" w:type="dxa"/>
          </w:tcPr>
          <w:p w14:paraId="4B38AA9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505</w:t>
            </w:r>
          </w:p>
        </w:tc>
        <w:tc>
          <w:tcPr>
            <w:tcW w:w="1845" w:type="dxa"/>
          </w:tcPr>
          <w:p w14:paraId="57F5F8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SPPHS</w:t>
            </w:r>
          </w:p>
        </w:tc>
        <w:tc>
          <w:tcPr>
            <w:tcW w:w="4820" w:type="dxa"/>
          </w:tcPr>
          <w:p w14:paraId="123B66E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Spindle phase synchronous command</w:t>
            </w:r>
          </w:p>
        </w:tc>
        <w:tc>
          <w:tcPr>
            <w:tcW w:w="1668" w:type="dxa"/>
          </w:tcPr>
          <w:p w14:paraId="0BE71F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4358EA1" w14:textId="77777777" w:rsidTr="008D5CAD">
        <w:trPr>
          <w:jc w:val="center"/>
        </w:trPr>
        <w:tc>
          <w:tcPr>
            <w:tcW w:w="1237" w:type="dxa"/>
          </w:tcPr>
          <w:p w14:paraId="7B8E87D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506</w:t>
            </w:r>
          </w:p>
        </w:tc>
        <w:tc>
          <w:tcPr>
            <w:tcW w:w="1845" w:type="dxa"/>
          </w:tcPr>
          <w:p w14:paraId="25FF82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FSPSY</w:t>
            </w:r>
          </w:p>
        </w:tc>
        <w:tc>
          <w:tcPr>
            <w:tcW w:w="4820" w:type="dxa"/>
          </w:tcPr>
          <w:p w14:paraId="5649D80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Spindle synchronous completion signal</w:t>
            </w:r>
          </w:p>
        </w:tc>
        <w:tc>
          <w:tcPr>
            <w:tcW w:w="1668" w:type="dxa"/>
          </w:tcPr>
          <w:p w14:paraId="69F056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99DBFB6" w14:textId="77777777" w:rsidTr="008D5CAD">
        <w:trPr>
          <w:jc w:val="center"/>
        </w:trPr>
        <w:tc>
          <w:tcPr>
            <w:tcW w:w="1237" w:type="dxa"/>
          </w:tcPr>
          <w:p w14:paraId="55AD98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507</w:t>
            </w:r>
          </w:p>
        </w:tc>
        <w:tc>
          <w:tcPr>
            <w:tcW w:w="1845" w:type="dxa"/>
          </w:tcPr>
          <w:p w14:paraId="7FCB89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FSPPH</w:t>
            </w:r>
          </w:p>
        </w:tc>
        <w:tc>
          <w:tcPr>
            <w:tcW w:w="4820" w:type="dxa"/>
          </w:tcPr>
          <w:p w14:paraId="3E69A07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Spindle phase synchronous completion signal</w:t>
            </w:r>
          </w:p>
        </w:tc>
        <w:tc>
          <w:tcPr>
            <w:tcW w:w="1668" w:type="dxa"/>
          </w:tcPr>
          <w:p w14:paraId="753E144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F9C1E77" w14:textId="77777777" w:rsidTr="008D5CAD">
        <w:trPr>
          <w:jc w:val="center"/>
        </w:trPr>
        <w:tc>
          <w:tcPr>
            <w:tcW w:w="1237" w:type="dxa"/>
          </w:tcPr>
          <w:p w14:paraId="63D09F2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508</w:t>
            </w:r>
          </w:p>
        </w:tc>
        <w:tc>
          <w:tcPr>
            <w:tcW w:w="1845" w:type="dxa"/>
          </w:tcPr>
          <w:p w14:paraId="5575920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RLS_ SPSYC</w:t>
            </w:r>
          </w:p>
        </w:tc>
        <w:tc>
          <w:tcPr>
            <w:tcW w:w="4820" w:type="dxa"/>
          </w:tcPr>
          <w:p w14:paraId="1A70C72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Release Spindle speed synchronization</w:t>
            </w:r>
          </w:p>
        </w:tc>
        <w:tc>
          <w:tcPr>
            <w:tcW w:w="1668" w:type="dxa"/>
          </w:tcPr>
          <w:p w14:paraId="7393FE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BF8BC36" w14:textId="77777777" w:rsidTr="008D5CAD">
        <w:trPr>
          <w:jc w:val="center"/>
        </w:trPr>
        <w:tc>
          <w:tcPr>
            <w:tcW w:w="1237" w:type="dxa"/>
          </w:tcPr>
          <w:p w14:paraId="734962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509</w:t>
            </w:r>
          </w:p>
        </w:tc>
        <w:tc>
          <w:tcPr>
            <w:tcW w:w="1845" w:type="dxa"/>
          </w:tcPr>
          <w:p w14:paraId="615CFC1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RLS_ SPPHS</w:t>
            </w:r>
          </w:p>
        </w:tc>
        <w:tc>
          <w:tcPr>
            <w:tcW w:w="4820" w:type="dxa"/>
          </w:tcPr>
          <w:p w14:paraId="4740EBA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Release Spindle phase synchronization</w:t>
            </w:r>
          </w:p>
        </w:tc>
        <w:tc>
          <w:tcPr>
            <w:tcW w:w="1668" w:type="dxa"/>
          </w:tcPr>
          <w:p w14:paraId="209C6C7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8235014" w14:textId="77777777" w:rsidTr="008D5CAD">
        <w:trPr>
          <w:jc w:val="center"/>
        </w:trPr>
        <w:tc>
          <w:tcPr>
            <w:tcW w:w="1237" w:type="dxa"/>
          </w:tcPr>
          <w:p w14:paraId="00592D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510</w:t>
            </w:r>
          </w:p>
        </w:tc>
        <w:tc>
          <w:tcPr>
            <w:tcW w:w="1845" w:type="dxa"/>
          </w:tcPr>
          <w:p w14:paraId="78447D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SUB_OPRCW</w:t>
            </w:r>
          </w:p>
        </w:tc>
        <w:tc>
          <w:tcPr>
            <w:tcW w:w="4820" w:type="dxa"/>
          </w:tcPr>
          <w:p w14:paraId="76A08F5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OPR SPINDLE CW</w:t>
            </w:r>
          </w:p>
        </w:tc>
        <w:tc>
          <w:tcPr>
            <w:tcW w:w="1668" w:type="dxa"/>
          </w:tcPr>
          <w:p w14:paraId="08A90B4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831D8F5" w14:textId="77777777" w:rsidTr="008D5CAD">
        <w:trPr>
          <w:jc w:val="center"/>
        </w:trPr>
        <w:tc>
          <w:tcPr>
            <w:tcW w:w="1237" w:type="dxa"/>
          </w:tcPr>
          <w:p w14:paraId="5DC3F79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511</w:t>
            </w:r>
          </w:p>
        </w:tc>
        <w:tc>
          <w:tcPr>
            <w:tcW w:w="1845" w:type="dxa"/>
          </w:tcPr>
          <w:p w14:paraId="41FD49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SUB_OPRCCW</w:t>
            </w:r>
          </w:p>
        </w:tc>
        <w:tc>
          <w:tcPr>
            <w:tcW w:w="4820" w:type="dxa"/>
          </w:tcPr>
          <w:p w14:paraId="2CFA56F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OPR SPINDLE CCW</w:t>
            </w:r>
          </w:p>
        </w:tc>
        <w:tc>
          <w:tcPr>
            <w:tcW w:w="1668" w:type="dxa"/>
          </w:tcPr>
          <w:p w14:paraId="1AE7584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9DD0A58" w14:textId="77777777" w:rsidTr="008D5CAD">
        <w:trPr>
          <w:jc w:val="center"/>
        </w:trPr>
        <w:tc>
          <w:tcPr>
            <w:tcW w:w="1237" w:type="dxa"/>
          </w:tcPr>
          <w:p w14:paraId="6B5D07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512</w:t>
            </w:r>
          </w:p>
        </w:tc>
        <w:tc>
          <w:tcPr>
            <w:tcW w:w="1845" w:type="dxa"/>
          </w:tcPr>
          <w:p w14:paraId="6B0699B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SUB_SPDARV</w:t>
            </w:r>
          </w:p>
        </w:tc>
        <w:tc>
          <w:tcPr>
            <w:tcW w:w="4820" w:type="dxa"/>
          </w:tcPr>
          <w:p w14:paraId="7742FFE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SPEED ARRIVAL</w:t>
            </w:r>
          </w:p>
        </w:tc>
        <w:tc>
          <w:tcPr>
            <w:tcW w:w="1668" w:type="dxa"/>
          </w:tcPr>
          <w:p w14:paraId="6061253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CA7173E" w14:textId="77777777" w:rsidTr="008D5CAD">
        <w:trPr>
          <w:jc w:val="center"/>
        </w:trPr>
        <w:tc>
          <w:tcPr>
            <w:tcW w:w="1237" w:type="dxa"/>
          </w:tcPr>
          <w:p w14:paraId="7FE28C4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513</w:t>
            </w:r>
          </w:p>
        </w:tc>
        <w:tc>
          <w:tcPr>
            <w:tcW w:w="1845" w:type="dxa"/>
          </w:tcPr>
          <w:p w14:paraId="312BCC5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SUB_RTSR</w:t>
            </w:r>
          </w:p>
        </w:tc>
        <w:tc>
          <w:tcPr>
            <w:tcW w:w="4820" w:type="dxa"/>
          </w:tcPr>
          <w:p w14:paraId="784A218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RIGID TAPPING SUB SPINDLE REVERSE FROM BOTTOM</w:t>
            </w:r>
          </w:p>
        </w:tc>
        <w:tc>
          <w:tcPr>
            <w:tcW w:w="1668" w:type="dxa"/>
          </w:tcPr>
          <w:p w14:paraId="4EF449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E45C5AC" w14:textId="77777777" w:rsidTr="008D5CAD">
        <w:trPr>
          <w:jc w:val="center"/>
        </w:trPr>
        <w:tc>
          <w:tcPr>
            <w:tcW w:w="1237" w:type="dxa"/>
          </w:tcPr>
          <w:p w14:paraId="013350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514</w:t>
            </w:r>
          </w:p>
        </w:tc>
        <w:tc>
          <w:tcPr>
            <w:tcW w:w="1845" w:type="dxa"/>
          </w:tcPr>
          <w:p w14:paraId="2899D5C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SUB_ZSA</w:t>
            </w:r>
          </w:p>
        </w:tc>
        <w:tc>
          <w:tcPr>
            <w:tcW w:w="4820" w:type="dxa"/>
          </w:tcPr>
          <w:p w14:paraId="30AC08A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ZERO SPEED ARRIVAL</w:t>
            </w:r>
          </w:p>
        </w:tc>
        <w:tc>
          <w:tcPr>
            <w:tcW w:w="1668" w:type="dxa"/>
          </w:tcPr>
          <w:p w14:paraId="52D55C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A352214" w14:textId="77777777" w:rsidTr="008D5CAD">
        <w:trPr>
          <w:jc w:val="center"/>
        </w:trPr>
        <w:tc>
          <w:tcPr>
            <w:tcW w:w="1237" w:type="dxa"/>
          </w:tcPr>
          <w:p w14:paraId="35BD442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515</w:t>
            </w:r>
          </w:p>
        </w:tc>
        <w:tc>
          <w:tcPr>
            <w:tcW w:w="1845" w:type="dxa"/>
          </w:tcPr>
          <w:p w14:paraId="38EB8E5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SUB_SVRONS2C</w:t>
            </w:r>
          </w:p>
        </w:tc>
        <w:tc>
          <w:tcPr>
            <w:tcW w:w="4820" w:type="dxa"/>
          </w:tcPr>
          <w:p w14:paraId="3FC1609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SERVO ON FOR SUB SPINDLE CHANGE TO C2 AXIS</w:t>
            </w:r>
          </w:p>
        </w:tc>
        <w:tc>
          <w:tcPr>
            <w:tcW w:w="1668" w:type="dxa"/>
          </w:tcPr>
          <w:p w14:paraId="78A3AD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E5CDC46" w14:textId="77777777" w:rsidTr="008D5CAD">
        <w:trPr>
          <w:jc w:val="center"/>
        </w:trPr>
        <w:tc>
          <w:tcPr>
            <w:tcW w:w="1237" w:type="dxa"/>
          </w:tcPr>
          <w:p w14:paraId="23692C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516</w:t>
            </w:r>
          </w:p>
        </w:tc>
        <w:tc>
          <w:tcPr>
            <w:tcW w:w="1845" w:type="dxa"/>
          </w:tcPr>
          <w:p w14:paraId="14DD6F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SUB_SPDSAG</w:t>
            </w:r>
          </w:p>
        </w:tc>
        <w:tc>
          <w:tcPr>
            <w:tcW w:w="4820" w:type="dxa"/>
          </w:tcPr>
          <w:p w14:paraId="0E1935B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SPEED ARRIVAL FOR AUTO GEAR CHANGE FUNCTION</w:t>
            </w:r>
          </w:p>
        </w:tc>
        <w:tc>
          <w:tcPr>
            <w:tcW w:w="1668" w:type="dxa"/>
          </w:tcPr>
          <w:p w14:paraId="782DC1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B4FDE65" w14:textId="77777777" w:rsidTr="008D5CAD">
        <w:trPr>
          <w:jc w:val="center"/>
        </w:trPr>
        <w:tc>
          <w:tcPr>
            <w:tcW w:w="1237" w:type="dxa"/>
          </w:tcPr>
          <w:p w14:paraId="1B7B19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517</w:t>
            </w:r>
          </w:p>
        </w:tc>
        <w:tc>
          <w:tcPr>
            <w:tcW w:w="1845" w:type="dxa"/>
          </w:tcPr>
          <w:p w14:paraId="5C86C82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SUB_LOWGEAR</w:t>
            </w:r>
          </w:p>
        </w:tc>
        <w:tc>
          <w:tcPr>
            <w:tcW w:w="4820" w:type="dxa"/>
          </w:tcPr>
          <w:p w14:paraId="39B9AC4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LOW GEAR</w:t>
            </w:r>
          </w:p>
        </w:tc>
        <w:tc>
          <w:tcPr>
            <w:tcW w:w="1668" w:type="dxa"/>
          </w:tcPr>
          <w:p w14:paraId="231302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D26DB24" w14:textId="77777777" w:rsidTr="008D5CAD">
        <w:trPr>
          <w:jc w:val="center"/>
        </w:trPr>
        <w:tc>
          <w:tcPr>
            <w:tcW w:w="1237" w:type="dxa"/>
          </w:tcPr>
          <w:p w14:paraId="32138C4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518</w:t>
            </w:r>
          </w:p>
        </w:tc>
        <w:tc>
          <w:tcPr>
            <w:tcW w:w="1845" w:type="dxa"/>
          </w:tcPr>
          <w:p w14:paraId="32F953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SUB_MIDGEAR</w:t>
            </w:r>
          </w:p>
        </w:tc>
        <w:tc>
          <w:tcPr>
            <w:tcW w:w="4820" w:type="dxa"/>
          </w:tcPr>
          <w:p w14:paraId="2204B82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MIDDLEGEAR</w:t>
            </w:r>
          </w:p>
        </w:tc>
        <w:tc>
          <w:tcPr>
            <w:tcW w:w="1668" w:type="dxa"/>
          </w:tcPr>
          <w:p w14:paraId="2A189C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A0D3809" w14:textId="77777777" w:rsidTr="008D5CAD">
        <w:trPr>
          <w:jc w:val="center"/>
        </w:trPr>
        <w:tc>
          <w:tcPr>
            <w:tcW w:w="1237" w:type="dxa"/>
          </w:tcPr>
          <w:p w14:paraId="26B1AD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519</w:t>
            </w:r>
          </w:p>
        </w:tc>
        <w:tc>
          <w:tcPr>
            <w:tcW w:w="1845" w:type="dxa"/>
          </w:tcPr>
          <w:p w14:paraId="096179A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SUB_3RDGEAR</w:t>
            </w:r>
          </w:p>
        </w:tc>
        <w:tc>
          <w:tcPr>
            <w:tcW w:w="4820" w:type="dxa"/>
          </w:tcPr>
          <w:p w14:paraId="7B84DC6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3RD GEAR</w:t>
            </w:r>
          </w:p>
        </w:tc>
        <w:tc>
          <w:tcPr>
            <w:tcW w:w="1668" w:type="dxa"/>
          </w:tcPr>
          <w:p w14:paraId="3308220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72779E3" w14:textId="77777777" w:rsidTr="008D5CAD">
        <w:trPr>
          <w:jc w:val="center"/>
        </w:trPr>
        <w:tc>
          <w:tcPr>
            <w:tcW w:w="1237" w:type="dxa"/>
          </w:tcPr>
          <w:p w14:paraId="482B89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520</w:t>
            </w:r>
          </w:p>
        </w:tc>
        <w:tc>
          <w:tcPr>
            <w:tcW w:w="1845" w:type="dxa"/>
          </w:tcPr>
          <w:p w14:paraId="4948258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SUB_HIGHGEAR</w:t>
            </w:r>
          </w:p>
        </w:tc>
        <w:tc>
          <w:tcPr>
            <w:tcW w:w="4820" w:type="dxa"/>
          </w:tcPr>
          <w:p w14:paraId="6FD5C22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HIGH GEAR</w:t>
            </w:r>
          </w:p>
        </w:tc>
        <w:tc>
          <w:tcPr>
            <w:tcW w:w="1668" w:type="dxa"/>
          </w:tcPr>
          <w:p w14:paraId="76863E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F2D35A4" w14:textId="77777777" w:rsidTr="008D5CAD">
        <w:trPr>
          <w:jc w:val="center"/>
        </w:trPr>
        <w:tc>
          <w:tcPr>
            <w:tcW w:w="1237" w:type="dxa"/>
          </w:tcPr>
          <w:p w14:paraId="607BB0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521</w:t>
            </w:r>
          </w:p>
        </w:tc>
        <w:tc>
          <w:tcPr>
            <w:tcW w:w="1845" w:type="dxa"/>
          </w:tcPr>
          <w:p w14:paraId="043BE48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CF_2C2</w:t>
            </w:r>
          </w:p>
        </w:tc>
        <w:tc>
          <w:tcPr>
            <w:tcW w:w="4820" w:type="dxa"/>
          </w:tcPr>
          <w:p w14:paraId="08B9C56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CF AXIS CHANGE TO C2 AXIS COMMAND</w:t>
            </w:r>
          </w:p>
        </w:tc>
        <w:tc>
          <w:tcPr>
            <w:tcW w:w="1668" w:type="dxa"/>
          </w:tcPr>
          <w:p w14:paraId="59D72E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C3AB0D6" w14:textId="77777777" w:rsidTr="008D5CAD">
        <w:trPr>
          <w:jc w:val="center"/>
        </w:trPr>
        <w:tc>
          <w:tcPr>
            <w:tcW w:w="1237" w:type="dxa"/>
          </w:tcPr>
          <w:p w14:paraId="746FA34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522</w:t>
            </w:r>
          </w:p>
        </w:tc>
        <w:tc>
          <w:tcPr>
            <w:tcW w:w="1845" w:type="dxa"/>
          </w:tcPr>
          <w:p w14:paraId="79D6C3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CF_2SUB</w:t>
            </w:r>
          </w:p>
        </w:tc>
        <w:tc>
          <w:tcPr>
            <w:tcW w:w="4820" w:type="dxa"/>
          </w:tcPr>
          <w:p w14:paraId="3F22DC4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CF AXIS CHANGE TO SUB SPINDLE COMMAND</w:t>
            </w:r>
          </w:p>
        </w:tc>
        <w:tc>
          <w:tcPr>
            <w:tcW w:w="1668" w:type="dxa"/>
          </w:tcPr>
          <w:p w14:paraId="37686D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1457129" w14:textId="77777777" w:rsidTr="008D5CAD">
        <w:trPr>
          <w:jc w:val="center"/>
        </w:trPr>
        <w:tc>
          <w:tcPr>
            <w:tcW w:w="1237" w:type="dxa"/>
          </w:tcPr>
          <w:p w14:paraId="329ECB1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523</w:t>
            </w:r>
          </w:p>
        </w:tc>
        <w:tc>
          <w:tcPr>
            <w:tcW w:w="1845" w:type="dxa"/>
          </w:tcPr>
          <w:p w14:paraId="10E2514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SUB_SRFTCA</w:t>
            </w:r>
          </w:p>
        </w:tc>
        <w:tc>
          <w:tcPr>
            <w:tcW w:w="4820" w:type="dxa"/>
          </w:tcPr>
          <w:p w14:paraId="5553F5E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SUB Spindle Run for Tool Change Active</w:t>
            </w:r>
          </w:p>
        </w:tc>
        <w:tc>
          <w:tcPr>
            <w:tcW w:w="1668" w:type="dxa"/>
          </w:tcPr>
          <w:p w14:paraId="110E00E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3534BD7" w14:textId="77777777" w:rsidTr="008D5CAD">
        <w:trPr>
          <w:jc w:val="center"/>
        </w:trPr>
        <w:tc>
          <w:tcPr>
            <w:tcW w:w="1237" w:type="dxa"/>
          </w:tcPr>
          <w:p w14:paraId="40132A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524</w:t>
            </w:r>
          </w:p>
        </w:tc>
        <w:tc>
          <w:tcPr>
            <w:tcW w:w="1845" w:type="dxa"/>
          </w:tcPr>
          <w:p w14:paraId="3A5367D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SUB_M119_NC.FIN</w:t>
            </w:r>
          </w:p>
        </w:tc>
        <w:tc>
          <w:tcPr>
            <w:tcW w:w="4820" w:type="dxa"/>
          </w:tcPr>
          <w:p w14:paraId="2CC2908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SUB Spindle M119_NC.FINISH(</w:t>
            </w:r>
            <w:r w:rsidRPr="008D5CAD">
              <w:rPr>
                <w:sz w:val="20"/>
                <w:szCs w:val="20"/>
              </w:rPr>
              <w:t>主軸定位完成</w:t>
            </w:r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3F30199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3AC3437" w14:textId="77777777" w:rsidTr="008D5CAD">
        <w:trPr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4C9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6D1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sz w:val="20"/>
                <w:szCs w:val="20"/>
              </w:rPr>
              <w:t>SUB_InputVoltage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C73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0 to 10v    s525=0</w:t>
            </w:r>
          </w:p>
          <w:p w14:paraId="416CB49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-10v to 10</w:t>
            </w:r>
            <w:proofErr w:type="gramStart"/>
            <w:r w:rsidRPr="008D5CAD">
              <w:rPr>
                <w:sz w:val="20"/>
                <w:szCs w:val="20"/>
              </w:rPr>
              <w:t>v  s</w:t>
            </w:r>
            <w:proofErr w:type="gramEnd"/>
            <w:r w:rsidRPr="008D5CAD">
              <w:rPr>
                <w:sz w:val="20"/>
                <w:szCs w:val="20"/>
              </w:rPr>
              <w:t>525=1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F7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58D716D" w14:textId="77777777" w:rsidTr="008D5CAD">
        <w:trPr>
          <w:trHeight w:val="141"/>
          <w:jc w:val="center"/>
        </w:trPr>
        <w:tc>
          <w:tcPr>
            <w:tcW w:w="1237" w:type="dxa"/>
          </w:tcPr>
          <w:p w14:paraId="005BDA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br w:type="page"/>
              <w:t xml:space="preserve"> 527</w:t>
            </w:r>
          </w:p>
        </w:tc>
        <w:tc>
          <w:tcPr>
            <w:tcW w:w="1845" w:type="dxa"/>
          </w:tcPr>
          <w:p w14:paraId="5EE2091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MAIN_SUB_CTRL_SEL</w:t>
            </w:r>
          </w:p>
        </w:tc>
        <w:tc>
          <w:tcPr>
            <w:tcW w:w="4820" w:type="dxa"/>
          </w:tcPr>
          <w:p w14:paraId="2084976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 xml:space="preserve">Main or Sub Spindle which is controlled by </w:t>
            </w:r>
            <w:proofErr w:type="gramStart"/>
            <w:r w:rsidRPr="008D5CAD">
              <w:rPr>
                <w:sz w:val="20"/>
                <w:szCs w:val="20"/>
              </w:rPr>
              <w:t>system(</w:t>
            </w:r>
            <w:proofErr w:type="spellStart"/>
            <w:proofErr w:type="gramEnd"/>
            <w:r w:rsidRPr="008D5CAD">
              <w:rPr>
                <w:sz w:val="20"/>
                <w:szCs w:val="20"/>
              </w:rPr>
              <w:t>OFF:Main,ON:Sub</w:t>
            </w:r>
            <w:proofErr w:type="spellEnd"/>
            <w:r w:rsidRPr="008D5CAD">
              <w:rPr>
                <w:sz w:val="20"/>
                <w:szCs w:val="20"/>
              </w:rPr>
              <w:t>)</w:t>
            </w:r>
          </w:p>
        </w:tc>
        <w:tc>
          <w:tcPr>
            <w:tcW w:w="1668" w:type="dxa"/>
          </w:tcPr>
          <w:p w14:paraId="19B0FAA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3E29CF8" w14:textId="77777777" w:rsidTr="008D5CAD">
        <w:trPr>
          <w:trHeight w:val="141"/>
          <w:jc w:val="center"/>
        </w:trPr>
        <w:tc>
          <w:tcPr>
            <w:tcW w:w="1237" w:type="dxa"/>
          </w:tcPr>
          <w:p w14:paraId="0E452D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528</w:t>
            </w:r>
          </w:p>
        </w:tc>
        <w:tc>
          <w:tcPr>
            <w:tcW w:w="1845" w:type="dxa"/>
          </w:tcPr>
          <w:p w14:paraId="0EEAA05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MAIN_SP_DR_ALM</w:t>
            </w:r>
          </w:p>
        </w:tc>
        <w:tc>
          <w:tcPr>
            <w:tcW w:w="4820" w:type="dxa"/>
          </w:tcPr>
          <w:p w14:paraId="5A168CC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Main spindle driver alarm</w:t>
            </w:r>
          </w:p>
        </w:tc>
        <w:tc>
          <w:tcPr>
            <w:tcW w:w="1668" w:type="dxa"/>
          </w:tcPr>
          <w:p w14:paraId="2E23F1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70BCBCE" w14:textId="77777777" w:rsidTr="008D5CAD">
        <w:trPr>
          <w:trHeight w:val="141"/>
          <w:jc w:val="center"/>
        </w:trPr>
        <w:tc>
          <w:tcPr>
            <w:tcW w:w="1237" w:type="dxa"/>
          </w:tcPr>
          <w:p w14:paraId="17ACA08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529</w:t>
            </w:r>
          </w:p>
        </w:tc>
        <w:tc>
          <w:tcPr>
            <w:tcW w:w="1845" w:type="dxa"/>
          </w:tcPr>
          <w:p w14:paraId="5496102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MILL_SP_DR_ALM</w:t>
            </w:r>
          </w:p>
        </w:tc>
        <w:tc>
          <w:tcPr>
            <w:tcW w:w="4820" w:type="dxa"/>
          </w:tcPr>
          <w:p w14:paraId="1BF5ED0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Mill spindle driver alarm</w:t>
            </w:r>
          </w:p>
        </w:tc>
        <w:tc>
          <w:tcPr>
            <w:tcW w:w="1668" w:type="dxa"/>
          </w:tcPr>
          <w:p w14:paraId="4493D98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48C9A84" w14:textId="77777777" w:rsidTr="008D5CAD">
        <w:trPr>
          <w:trHeight w:val="141"/>
          <w:jc w:val="center"/>
        </w:trPr>
        <w:tc>
          <w:tcPr>
            <w:tcW w:w="1237" w:type="dxa"/>
          </w:tcPr>
          <w:p w14:paraId="1A9682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530</w:t>
            </w:r>
          </w:p>
        </w:tc>
        <w:tc>
          <w:tcPr>
            <w:tcW w:w="1845" w:type="dxa"/>
          </w:tcPr>
          <w:p w14:paraId="1B1AC6C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SUB_SP_DR_ALM</w:t>
            </w:r>
          </w:p>
        </w:tc>
        <w:tc>
          <w:tcPr>
            <w:tcW w:w="4820" w:type="dxa"/>
          </w:tcPr>
          <w:p w14:paraId="6D4836D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Sub spindle driver alarm</w:t>
            </w:r>
          </w:p>
        </w:tc>
        <w:tc>
          <w:tcPr>
            <w:tcW w:w="1668" w:type="dxa"/>
          </w:tcPr>
          <w:p w14:paraId="066D276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3B98FF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917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531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886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MAIN_SP_ST_FIN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3A3A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Main spindle state change finish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004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2014.8.1 Add</w:t>
            </w:r>
          </w:p>
        </w:tc>
      </w:tr>
      <w:tr w:rsidR="00AE098B" w:rsidRPr="008D5CAD" w14:paraId="5A0B803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C1D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224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SUB_SP_ST_FIN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017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Sub spindle state change finish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36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2014.8.1 Add</w:t>
            </w:r>
          </w:p>
        </w:tc>
      </w:tr>
      <w:tr w:rsidR="00AE098B" w:rsidRPr="008D5CAD" w14:paraId="308E6A2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51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533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EE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CNC_SYS_RDY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BBD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 system ready signal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D37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2014.9.15 Add</w:t>
            </w:r>
          </w:p>
        </w:tc>
      </w:tr>
      <w:tr w:rsidR="00AE098B" w:rsidRPr="008D5CAD" w14:paraId="55A6F1E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45A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534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8AA1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rFonts w:eastAsia="新細明體"/>
                <w:noProof/>
                <w:sz w:val="20"/>
                <w:szCs w:val="20"/>
              </w:rPr>
              <w:t>CNC_SYN_SEIZE_FAIL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752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 xml:space="preserve">Synchronization </w:t>
            </w:r>
            <w:proofErr w:type="gramStart"/>
            <w:r w:rsidRPr="008D5CAD">
              <w:rPr>
                <w:rFonts w:hint="eastAsia"/>
                <w:sz w:val="20"/>
                <w:szCs w:val="20"/>
              </w:rPr>
              <w:t>fail</w:t>
            </w:r>
            <w:proofErr w:type="gramEnd"/>
            <w:r w:rsidRPr="008D5CAD">
              <w:rPr>
                <w:rFonts w:hint="eastAsia"/>
                <w:sz w:val="20"/>
                <w:szCs w:val="20"/>
              </w:rPr>
              <w:t xml:space="preserve"> when two chucks seize same workpiece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F4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2016.10.14</w:t>
            </w:r>
          </w:p>
        </w:tc>
      </w:tr>
      <w:tr w:rsidR="00AE098B" w:rsidRPr="008D5CAD" w14:paraId="2FD6AE11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09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535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084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rFonts w:eastAsia="新細明體" w:hint="eastAsia"/>
                <w:noProof/>
                <w:sz w:val="20"/>
                <w:szCs w:val="20"/>
              </w:rPr>
              <w:t>CNC_SP_PARA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EAC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SP Parameters (</w:t>
            </w:r>
            <w:proofErr w:type="gramStart"/>
            <w:r w:rsidRPr="008D5CAD">
              <w:rPr>
                <w:rFonts w:hint="eastAsia"/>
                <w:sz w:val="20"/>
                <w:szCs w:val="20"/>
              </w:rPr>
              <w:t>OFF:SYN</w:t>
            </w:r>
            <w:proofErr w:type="gramEnd"/>
            <w:r w:rsidRPr="008D5CAD">
              <w:rPr>
                <w:rFonts w:hint="eastAsia"/>
                <w:sz w:val="20"/>
                <w:szCs w:val="20"/>
              </w:rPr>
              <w:t xml:space="preserve"> parameters ON:SP parameters)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6A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2016.12.15</w:t>
            </w:r>
          </w:p>
        </w:tc>
      </w:tr>
      <w:tr w:rsidR="00AE098B" w:rsidRPr="008D5CAD" w14:paraId="426A155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A05C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5CAD">
              <w:rPr>
                <w:rFonts w:ascii="Arial" w:hAnsi="Arial" w:cs="Arial"/>
                <w:b/>
                <w:sz w:val="20"/>
                <w:szCs w:val="20"/>
              </w:rPr>
              <w:t>540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CFA0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8D5CAD">
              <w:rPr>
                <w:rFonts w:ascii="Arial" w:hAnsi="Arial" w:cs="Arial"/>
                <w:sz w:val="20"/>
                <w:szCs w:val="20"/>
              </w:rPr>
              <w:t>SMP_SP_SYNC_FIN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FDAD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5CAD">
              <w:rPr>
                <w:rFonts w:ascii="Times New Roman" w:hAnsi="Times New Roman" w:hint="eastAsia"/>
                <w:sz w:val="20"/>
                <w:szCs w:val="20"/>
              </w:rPr>
              <w:t>簡易主軸同期完成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93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6ABA01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7D47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D5CAD">
              <w:rPr>
                <w:rFonts w:ascii="Arial" w:hAnsi="Arial" w:cs="Arial"/>
                <w:b/>
                <w:sz w:val="20"/>
                <w:szCs w:val="20"/>
              </w:rPr>
              <w:t>541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0D99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8D5CAD">
              <w:rPr>
                <w:rFonts w:ascii="Arial" w:hAnsi="Arial" w:cs="Arial"/>
                <w:sz w:val="20"/>
                <w:szCs w:val="20"/>
              </w:rPr>
              <w:t>SMP_SP_SYNC_LERR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635A" w14:textId="77777777" w:rsidR="00AE098B" w:rsidRPr="008D5CAD" w:rsidRDefault="00AE098B" w:rsidP="008D5CAD">
            <w:pPr>
              <w:pStyle w:val="af"/>
              <w:snapToGrid w:val="0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0"/>
                <w:szCs w:val="20"/>
                <w:lang w:eastAsia="zh-TW"/>
              </w:rPr>
            </w:pPr>
            <w:r w:rsidRPr="008D5CAD">
              <w:rPr>
                <w:rFonts w:ascii="Times New Roman" w:hAnsi="Times New Roman" w:hint="eastAsia"/>
                <w:sz w:val="20"/>
                <w:szCs w:val="20"/>
                <w:lang w:eastAsia="zh-TW"/>
              </w:rPr>
              <w:t>簡易主軸同期誤差過大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33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714F41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8F0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2FB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CNC_SV_SYNMT1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C14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Machine Coordinate match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716D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77A422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5E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40F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CNC_SV_SYNMT</w:t>
            </w:r>
            <w:r w:rsidRPr="008D5CAD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94C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Machine Coordinate match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67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0ADB33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8CD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5014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CNC_SV_SYNMT</w:t>
            </w:r>
            <w:r w:rsidRPr="008D5CAD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11C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Machine Coordinate match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C53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8B2740F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21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7EC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CNC_SV_SYNMT</w:t>
            </w:r>
            <w:r w:rsidRPr="008D5CAD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84A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Machine Coordinate match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0D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B0E6EE1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33B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221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CNC_SV_SYNMT</w:t>
            </w:r>
            <w:r w:rsidRPr="008D5CAD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5BF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Machine Coordinate match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24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F75FF40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096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A10D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CNC_SV_SYNMT</w:t>
            </w:r>
            <w:r w:rsidRPr="008D5CAD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542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Machine Coordinate match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8D7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3E83CF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2A5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419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CNC_SV_SYNOF1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278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Synchronization compensation enable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684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CF8B206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761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73B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CNC_SV_SYNOF</w:t>
            </w:r>
            <w:r w:rsidRPr="008D5CAD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CD5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Synchronization compensation enable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28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FEFE510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85E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637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CNC_SV_SYNOF</w:t>
            </w:r>
            <w:r w:rsidRPr="008D5CAD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F3AF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Synchronization compensation enable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2B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417E69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8B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559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F96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CNC_SV_SYNOF</w:t>
            </w:r>
            <w:r w:rsidRPr="008D5CAD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714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Synchronization compensation enable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A07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121F14A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4E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4DA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CNC_SV_SYNOF</w:t>
            </w:r>
            <w:r w:rsidRPr="008D5CAD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AB69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Synchronization compensation enable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C4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9A07B26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918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D1B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CNC_SV_SYNOF</w:t>
            </w:r>
            <w:r w:rsidRPr="008D5CAD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F0B4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Synchronization compensation enable state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FED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30FD768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34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C81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CNC_SV_SYNER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E85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Positional deviation error alarm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C8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77761F3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90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DD3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741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FFB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E941CD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B05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1C2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</w:t>
            </w:r>
            <w:r w:rsidRPr="008D5CAD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8A6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FAD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7BB2994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043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286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</w:t>
            </w:r>
            <w:r w:rsidRPr="008D5CAD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5493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79E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94FB8E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DA3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87A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</w:t>
            </w:r>
            <w:r w:rsidRPr="008D5CAD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6A5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30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F014E2A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AC5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774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</w:t>
            </w:r>
            <w:r w:rsidRPr="008D5CAD">
              <w:rPr>
                <w:rFonts w:hint="eastAsia"/>
                <w:sz w:val="20"/>
                <w:szCs w:val="20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A70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950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ACEB203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4BF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568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311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CNC_SV_SYNO</w:t>
            </w:r>
            <w:r w:rsidRPr="008D5CAD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7B47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rFonts w:hint="eastAsia"/>
                <w:sz w:val="20"/>
                <w:szCs w:val="20"/>
              </w:rPr>
              <w:t>Axis Synchronous Control Signal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1B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7188F96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E3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FC4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LNCMOD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F09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學習模式確認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48B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1F16597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580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5CB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LNCING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8D3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學習忽略確認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E5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3A85022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92B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DBE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LNACT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346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學習控制執行中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5D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8F68051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4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573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AE1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LNERR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CA5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學習誤差過大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87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1B4685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6E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843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LNFIN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B04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學習結束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A6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264CB6A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AEF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575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462E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LNSTP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088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8D5CAD">
              <w:rPr>
                <w:rFonts w:hint="eastAsia"/>
                <w:sz w:val="20"/>
                <w:szCs w:val="20"/>
              </w:rPr>
              <w:t>學習停止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4D1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5C6F226A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CC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666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CE9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M2</w:t>
            </w:r>
            <w:r w:rsidRPr="008D5CAD">
              <w:rPr>
                <w:rFonts w:hint="eastAsia"/>
                <w:sz w:val="20"/>
                <w:szCs w:val="20"/>
              </w:rPr>
              <w:t>1</w:t>
            </w:r>
            <w:r w:rsidRPr="008D5CAD">
              <w:rPr>
                <w:sz w:val="20"/>
                <w:szCs w:val="20"/>
              </w:rPr>
              <w:t>9_NC.FIN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EBB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三</w:t>
            </w:r>
            <w:r w:rsidRPr="008D5CAD">
              <w:rPr>
                <w:sz w:val="20"/>
                <w:szCs w:val="20"/>
              </w:rPr>
              <w:t>主軸定位動作結束</w:t>
            </w:r>
            <w:r w:rsidRPr="008D5CAD">
              <w:rPr>
                <w:sz w:val="20"/>
                <w:szCs w:val="20"/>
              </w:rPr>
              <w:t>(Flow Finish)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E2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6FE3FAA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12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670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2C3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M2</w:t>
            </w:r>
            <w:r w:rsidRPr="008D5CAD">
              <w:rPr>
                <w:rFonts w:hint="eastAsia"/>
                <w:sz w:val="20"/>
                <w:szCs w:val="20"/>
              </w:rPr>
              <w:t>1</w:t>
            </w:r>
            <w:r w:rsidRPr="008D5CAD">
              <w:rPr>
                <w:sz w:val="20"/>
                <w:szCs w:val="20"/>
              </w:rPr>
              <w:t>9_HAND.FIN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F30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  <w:r w:rsidRPr="008D5CAD">
              <w:rPr>
                <w:sz w:val="20"/>
                <w:szCs w:val="20"/>
              </w:rPr>
              <w:t>第</w:t>
            </w:r>
            <w:r w:rsidRPr="008D5CAD">
              <w:rPr>
                <w:rFonts w:hint="eastAsia"/>
                <w:sz w:val="20"/>
                <w:szCs w:val="20"/>
              </w:rPr>
              <w:t>三</w:t>
            </w:r>
            <w:r w:rsidRPr="008D5CAD">
              <w:rPr>
                <w:sz w:val="20"/>
                <w:szCs w:val="20"/>
              </w:rPr>
              <w:t>主軸定位結束溝通流程結束</w:t>
            </w:r>
            <w:r w:rsidRPr="008D5CAD">
              <w:rPr>
                <w:sz w:val="20"/>
                <w:szCs w:val="20"/>
              </w:rPr>
              <w:t>(Handshake Finish)</w:t>
            </w:r>
            <w:r w:rsidRPr="008D5CAD">
              <w:rPr>
                <w:sz w:val="20"/>
                <w:szCs w:val="20"/>
              </w:rPr>
              <w:t>。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299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0ACB5FB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75E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7FA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CD2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A7E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FF32D02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EEC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5FCB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F99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1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DF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7D87F8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A5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EEC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73E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1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10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EB17A4A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E2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7DF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8FB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2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5C4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72C8B060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3D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CD6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385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2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63D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25E09A3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567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8521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28A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3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94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FEAFD08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51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2C2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A6A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3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A12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38A7F22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E7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0A5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BF6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5A4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137319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024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6B0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20E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FA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7CB7470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1CD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709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134F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B3A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4A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A00E382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30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122E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F585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D9F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9E02AC0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E9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C7A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D0C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0E9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FDCF96F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C47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01D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3FF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2BCA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BC44E6B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073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C3E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84B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7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DD1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76B646E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312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71CD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AAE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7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C28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3A5B6E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B082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79F1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C7B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8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E93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3EFCB02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7A64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8EC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C09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8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609B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3B64E7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EC8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115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508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9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22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2B60F98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26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7BA9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E35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9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CF2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CC1C1C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2C0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2BB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BCD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10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588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872D15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4CD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EDC0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8AB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保留給外部計時器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10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使用關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19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A275D5F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12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C50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33F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X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等速移動信號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B0A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DC1CD76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E9C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DF6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DB5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Y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等速移動信號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74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4B4DD8A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77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0D52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DDC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Z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等速移動信號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FC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96945C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05C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EAA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D5F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等速移動信號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2A2B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72B0FE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FAC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489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92A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等速移動信號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34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302995A4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D7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12B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016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等速移動信號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76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7DC02C3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920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6A56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38A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X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加減速移動信號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A5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182F27A3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ED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738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E81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4D9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Y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加減速移動信號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93E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543E336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463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lastRenderedPageBreak/>
              <w:t>739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CBEA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B20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Z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加減速移動信號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0D6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39A60A0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1AC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740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4F8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5BF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加減速移動信號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76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6D3B29E1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96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741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8F9D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684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加減速移動信號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66F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2E0A68B4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80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742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CCF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BCF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軸移動中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 xml:space="preserve"> 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加減速移動信號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B07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8D5CAD" w:rsidRPr="008D5CAD" w14:paraId="437C10A6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8B31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D3C8" w14:textId="77777777" w:rsidR="008D5CAD" w:rsidRPr="008D5CAD" w:rsidRDefault="008D5CAD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87898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X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軸到達第一軟體行程極限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2BDE7" w14:textId="7E3B0232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5BEC79FB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7FF5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90B4" w14:textId="77777777" w:rsidR="008D5CAD" w:rsidRPr="008D5CAD" w:rsidRDefault="008D5CAD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13CB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Y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軸到達第一軟體行程極限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8FB9" w14:textId="28F509F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1F05068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80DB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0FE7" w14:textId="77777777" w:rsidR="008D5CAD" w:rsidRPr="008D5CAD" w:rsidRDefault="008D5CAD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C930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Z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軸到達第一軟體行程極限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CA2D" w14:textId="2922B7B5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4DE6506B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1FC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AC86" w14:textId="77777777" w:rsidR="008D5CAD" w:rsidRPr="008D5CAD" w:rsidRDefault="008D5CAD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4FFE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軸到達第一軟體行程極限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F302" w14:textId="58EB573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722C4F23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F7A8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B941" w14:textId="77777777" w:rsidR="008D5CAD" w:rsidRPr="008D5CAD" w:rsidRDefault="008D5CAD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C88E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軸到達第一軟體行程極限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35C9" w14:textId="0EC2F720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570C88A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D9F1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756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BF80" w14:textId="77777777" w:rsidR="008D5CAD" w:rsidRPr="008D5CAD" w:rsidRDefault="008D5CAD" w:rsidP="008D5CAD">
            <w:pPr>
              <w:pStyle w:val="afff8"/>
              <w:snapToGrid w:val="0"/>
              <w:spacing w:line="240" w:lineRule="auto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4803F" w14:textId="77777777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軸到達第一軟體行程極限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366C" w14:textId="59E5A6EB" w:rsidR="008D5CAD" w:rsidRPr="008D5CAD" w:rsidRDefault="008D5CAD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31C50A6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34A15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D22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24A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7994" w14:textId="19DD018F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500B1001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C802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6D75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CNC_2_SW_IN_RANGE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E804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2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252E" w14:textId="3F16487C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3AAE3BF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DC57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D79C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CNC_3_SW_IN_RANGE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26BFE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3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7EEE" w14:textId="53A8733B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775EB88A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04D59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3383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CNC_4_SW_IN_RANGE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CC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A571" w14:textId="04C3B775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671AECBB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73D5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62DB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CNC_5_SW_IN_RANGE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5967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C8C5" w14:textId="36A73BE0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43A80A6A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A07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E474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CNC_6_SW_IN_RANGE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1872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D2597" w14:textId="4290CE96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69D5AEDC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6864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7CAC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CNC_7_SW_IN_RANGE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C31A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7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DFCE" w14:textId="11A2226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3E7CDB7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23A2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E56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CNC_8_SW_IN_RANGE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7B4E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8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EF1B" w14:textId="09C63B48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62F6F84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2DD7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769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6C5E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CNC_9_SW_IN_RANGE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3520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9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562D" w14:textId="7C29809B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41057752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A66B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1C8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CNC_10_SW_IN_RANGE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44A94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10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2F9D" w14:textId="74CAAA10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449EC01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641A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EEB9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CNC_11_SW_IN_RANGE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E84D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11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C127" w14:textId="5F90A89D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5E6F80C7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4B23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3F34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CNC_12_SW_IN_RANGE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7E49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12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0F79" w14:textId="0AB14602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4129A28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3AD1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4CAD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CNC_13_SW_IN_R</w:t>
            </w:r>
            <w:r w:rsidRPr="008D5CAD">
              <w:rPr>
                <w:rFonts w:cs="Arial"/>
                <w:sz w:val="20"/>
                <w:szCs w:val="20"/>
              </w:rPr>
              <w:lastRenderedPageBreak/>
              <w:t>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604A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lastRenderedPageBreak/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13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BC8F" w14:textId="5B837FE2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4E7915E1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C493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34F0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CNC_14_SW_IN_RANGE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AA6A3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6F5E" w14:textId="1AA2BDBC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56C025EA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4370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CEC58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CNC_15_SW_IN_RANGE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9879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6FA1" w14:textId="1CEE3FC9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1B70043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B6537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B557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CNC_16_SW_IN_RANGE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939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C2FC" w14:textId="72529076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6274995F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23B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1C98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CNC_17_SW_IN_RANGE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D4A1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17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679C" w14:textId="26DCCF1F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0D9F0905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B937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3572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CNC_18_SW_IN_RANGE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0E4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18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0C71" w14:textId="7E303263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4EA3A90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C09C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779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F890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CNC_19_SW_IN_RANGE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88A0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19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52E4" w14:textId="0C39B6CB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3D2FA9AF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948B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780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6B0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CNC_20_SW_IN_RANGE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973A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20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142C" w14:textId="61494B62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20B780B4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864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781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1442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CNC_21_SW_IN_RANGE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6DFDF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21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E693" w14:textId="00A6EE79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665625F9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13C87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782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D74B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CNC_22_SW_IN_RANGE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2054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22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1610" w14:textId="5CC106F8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8D5CAD" w:rsidRPr="008D5CAD" w14:paraId="6A7C8CB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AA36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783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8A8B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CNC_23_SW_IN_RANGE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E7CA" w14:textId="77777777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23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162C" w14:textId="397FCBBD" w:rsidR="008D5CAD" w:rsidRPr="008D5CAD" w:rsidRDefault="008D5CAD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6E661E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6E661E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661E">
              <w:rPr>
                <w:rFonts w:cs="Arial"/>
                <w:sz w:val="20"/>
                <w:szCs w:val="20"/>
              </w:rPr>
              <w:t>Ver.</w:t>
            </w:r>
            <w:r w:rsidRPr="006E661E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AE098B" w:rsidRPr="008D5CAD" w14:paraId="7EBE1F78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0516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784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CA5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CNC_24_SW_IN_RANGE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30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到達第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24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個位置開關視窗範圍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保留</w:t>
            </w:r>
            <w:r w:rsidRPr="008D5CAD">
              <w:rPr>
                <w:rFonts w:cs="Arial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513C" w14:textId="15F9EC80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立車</w:t>
            </w:r>
            <w:proofErr w:type="spellEnd"/>
            <w:r w:rsidRPr="008D5CAD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D5CAD">
              <w:rPr>
                <w:rFonts w:cs="Arial"/>
                <w:sz w:val="20"/>
                <w:szCs w:val="20"/>
              </w:rPr>
              <w:t>Ver.</w:t>
            </w:r>
            <w:r w:rsidRPr="008D5CAD">
              <w:rPr>
                <w:rFonts w:cs="Arial" w:hint="eastAsia"/>
                <w:sz w:val="20"/>
                <w:szCs w:val="20"/>
              </w:rPr>
              <w:t>,Loader</w:t>
            </w:r>
            <w:proofErr w:type="spellEnd"/>
            <w:proofErr w:type="gramEnd"/>
          </w:p>
        </w:tc>
      </w:tr>
      <w:tr w:rsidR="00AE098B" w:rsidRPr="008D5CAD" w14:paraId="65966156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7D3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  <w:lang w:eastAsia="zh-TW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93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6FA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D29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8D5CAD" w14:paraId="03B5F7AC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1DD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790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1EB9C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spacing w:val="0"/>
                <w:kern w:val="2"/>
                <w:sz w:val="20"/>
                <w:szCs w:val="20"/>
              </w:rPr>
            </w:pPr>
            <w:r w:rsidRPr="008D5CAD">
              <w:rPr>
                <w:rFonts w:hint="eastAsia"/>
                <w:spacing w:val="0"/>
                <w:kern w:val="2"/>
                <w:sz w:val="20"/>
                <w:szCs w:val="20"/>
              </w:rPr>
              <w:t>Loader</w:t>
            </w:r>
            <w:r w:rsidRPr="008D5CAD">
              <w:rPr>
                <w:rFonts w:hint="eastAsia"/>
                <w:spacing w:val="0"/>
                <w:kern w:val="2"/>
                <w:sz w:val="20"/>
                <w:szCs w:val="20"/>
              </w:rPr>
              <w:t>功能啟用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B63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proofErr w:type="spellStart"/>
            <w:r w:rsidRPr="008D5CAD">
              <w:rPr>
                <w:rFonts w:cs="Arial" w:hint="eastAsia"/>
                <w:sz w:val="20"/>
                <w:szCs w:val="20"/>
              </w:rPr>
              <w:t>成功</w:t>
            </w:r>
            <w:r w:rsidRPr="008D5CAD">
              <w:rPr>
                <w:rFonts w:eastAsia="微軟正黑體" w:cs="微軟正黑體" w:hint="eastAsia"/>
                <w:sz w:val="20"/>
                <w:szCs w:val="20"/>
              </w:rPr>
              <w:t>啟</w:t>
            </w:r>
            <w:r w:rsidRPr="008D5CAD">
              <w:rPr>
                <w:rFonts w:ascii="MS Mincho" w:eastAsia="MS Mincho" w:hAnsi="MS Mincho" w:cs="MS Mincho" w:hint="eastAsia"/>
                <w:sz w:val="20"/>
                <w:szCs w:val="20"/>
              </w:rPr>
              <w:t>用</w:t>
            </w:r>
            <w:r w:rsidRPr="008D5CAD">
              <w:rPr>
                <w:rFonts w:cs="Arial" w:hint="eastAsia"/>
                <w:sz w:val="20"/>
                <w:szCs w:val="20"/>
              </w:rPr>
              <w:t>Loader</w:t>
            </w:r>
            <w:r w:rsidRPr="008D5CAD">
              <w:rPr>
                <w:rFonts w:cs="Arial" w:hint="eastAsia"/>
                <w:sz w:val="20"/>
                <w:szCs w:val="20"/>
              </w:rPr>
              <w:t>軸功能</w:t>
            </w:r>
            <w:proofErr w:type="spellEnd"/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2F6E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4CBE14CE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447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9845" w14:textId="77777777" w:rsidR="00AE098B" w:rsidRPr="008D5CAD" w:rsidRDefault="00AE098B" w:rsidP="008D5CAD">
            <w:pPr>
              <w:pStyle w:val="afff8"/>
              <w:snapToGrid w:val="0"/>
              <w:spacing w:line="240" w:lineRule="auto"/>
              <w:jc w:val="left"/>
              <w:rPr>
                <w:rFonts w:eastAsia="新細明體"/>
                <w:noProof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5F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2E4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AE098B" w:rsidRPr="008D5CAD" w14:paraId="7D5363CD" w14:textId="77777777" w:rsidTr="008D5CA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1"/>
          <w:jc w:val="center"/>
        </w:trPr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4B9B" w14:textId="2E6E2683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800~999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859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337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S800~S999</w:t>
            </w:r>
            <w:r w:rsidRPr="008D5CAD">
              <w:rPr>
                <w:rFonts w:cs="Arial" w:hint="eastAsia"/>
                <w:sz w:val="20"/>
                <w:szCs w:val="20"/>
              </w:rPr>
              <w:t>保留給</w:t>
            </w:r>
            <w:r w:rsidRPr="008D5CAD">
              <w:rPr>
                <w:rFonts w:cs="Arial" w:hint="eastAsia"/>
                <w:sz w:val="20"/>
                <w:szCs w:val="20"/>
              </w:rPr>
              <w:t>MLC AXIS CONTROL FUNCTION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544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4A139B2A" w14:textId="77777777" w:rsidR="00AE098B" w:rsidRPr="009249D6" w:rsidRDefault="00AE098B" w:rsidP="009249D6">
      <w:pPr>
        <w:pStyle w:val="31"/>
        <w:numPr>
          <w:ilvl w:val="2"/>
          <w:numId w:val="0"/>
        </w:numPr>
        <w:snapToGrid w:val="0"/>
        <w:spacing w:before="0" w:line="240" w:lineRule="auto"/>
        <w:ind w:leftChars="413" w:left="1389" w:hanging="480"/>
        <w:rPr>
          <w:rFonts w:ascii="新細明體" w:eastAsia="新細明體" w:hAnsi="新細明體"/>
          <w:sz w:val="28"/>
          <w:szCs w:val="28"/>
        </w:rPr>
      </w:pPr>
      <w:bookmarkStart w:id="18" w:name="_Toc433428412"/>
      <w:bookmarkStart w:id="19" w:name="_Toc449496797"/>
      <w:bookmarkStart w:id="20" w:name="_Toc449500766"/>
      <w:bookmarkStart w:id="21" w:name="_Toc449501239"/>
      <w:r w:rsidRPr="009249D6">
        <w:rPr>
          <w:sz w:val="24"/>
          <w:szCs w:val="24"/>
        </w:rPr>
        <w:br w:type="page"/>
      </w:r>
      <w:bookmarkStart w:id="22" w:name="_Toc456611747"/>
      <w:bookmarkStart w:id="23" w:name="_Toc2007628"/>
      <w:proofErr w:type="spellStart"/>
      <w:r w:rsidRPr="009249D6">
        <w:rPr>
          <w:rFonts w:ascii="新細明體" w:eastAsia="新細明體" w:hAnsi="新細明體" w:hint="eastAsia"/>
          <w:sz w:val="28"/>
          <w:szCs w:val="28"/>
        </w:rPr>
        <w:lastRenderedPageBreak/>
        <w:t>R</w:t>
      </w:r>
      <w:r w:rsidRPr="009249D6">
        <w:rPr>
          <w:rFonts w:ascii="新細明體" w:eastAsia="新細明體" w:hAnsi="新細明體"/>
          <w:sz w:val="28"/>
          <w:szCs w:val="28"/>
        </w:rPr>
        <w:t>暫存器</w:t>
      </w:r>
      <w:bookmarkEnd w:id="18"/>
      <w:bookmarkEnd w:id="19"/>
      <w:bookmarkEnd w:id="20"/>
      <w:bookmarkEnd w:id="21"/>
      <w:bookmarkEnd w:id="22"/>
      <w:bookmarkEnd w:id="23"/>
      <w:proofErr w:type="spellEnd"/>
    </w:p>
    <w:p w14:paraId="6D3478AB" w14:textId="77777777" w:rsidR="00AE098B" w:rsidRPr="009249D6" w:rsidRDefault="00AE098B" w:rsidP="009249D6">
      <w:pPr>
        <w:snapToGrid w:val="0"/>
        <w:spacing w:after="0" w:line="240" w:lineRule="auto"/>
        <w:jc w:val="center"/>
        <w:rPr>
          <w:rFonts w:cs="Arial"/>
          <w:b/>
          <w:sz w:val="24"/>
          <w:szCs w:val="24"/>
        </w:rPr>
      </w:pPr>
      <w:proofErr w:type="gramStart"/>
      <w:r w:rsidRPr="009249D6">
        <w:rPr>
          <w:rFonts w:cs="Arial"/>
          <w:b/>
          <w:sz w:val="24"/>
          <w:szCs w:val="24"/>
        </w:rPr>
        <w:t>REGISTER</w:t>
      </w:r>
      <w:r w:rsidRPr="009249D6">
        <w:rPr>
          <w:rFonts w:cs="Arial" w:hint="eastAsia"/>
          <w:b/>
          <w:sz w:val="24"/>
          <w:szCs w:val="24"/>
        </w:rPr>
        <w:t xml:space="preserve">  </w:t>
      </w:r>
      <w:r w:rsidRPr="009249D6">
        <w:rPr>
          <w:rFonts w:cs="Arial"/>
          <w:b/>
          <w:sz w:val="24"/>
          <w:szCs w:val="24"/>
        </w:rPr>
        <w:t>(</w:t>
      </w:r>
      <w:proofErr w:type="gramEnd"/>
      <w:r w:rsidRPr="009249D6">
        <w:rPr>
          <w:rFonts w:cs="Arial"/>
          <w:b/>
          <w:sz w:val="24"/>
          <w:szCs w:val="24"/>
        </w:rPr>
        <w:t>R0</w:t>
      </w:r>
      <w:r w:rsidRPr="009249D6">
        <w:rPr>
          <w:rFonts w:cs="Arial" w:hint="eastAsia"/>
          <w:b/>
          <w:sz w:val="24"/>
          <w:szCs w:val="24"/>
        </w:rPr>
        <w:t>00</w:t>
      </w:r>
      <w:r w:rsidRPr="009249D6">
        <w:rPr>
          <w:rFonts w:cs="Arial"/>
          <w:b/>
          <w:sz w:val="24"/>
          <w:szCs w:val="24"/>
        </w:rPr>
        <w:t>~R0</w:t>
      </w:r>
      <w:r w:rsidRPr="009249D6">
        <w:rPr>
          <w:rFonts w:cs="Arial" w:hint="eastAsia"/>
          <w:b/>
          <w:sz w:val="24"/>
          <w:szCs w:val="24"/>
        </w:rPr>
        <w:t>36</w:t>
      </w:r>
      <w:r w:rsidRPr="009249D6">
        <w:rPr>
          <w:rFonts w:cs="Arial"/>
          <w:b/>
          <w:sz w:val="24"/>
          <w:szCs w:val="24"/>
        </w:rPr>
        <w:t>)</w:t>
      </w: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"/>
        <w:gridCol w:w="1559"/>
        <w:gridCol w:w="6095"/>
        <w:gridCol w:w="960"/>
      </w:tblGrid>
      <w:tr w:rsidR="00AE098B" w:rsidRPr="009249D6" w14:paraId="7804A420" w14:textId="77777777" w:rsidTr="008D5CAD">
        <w:trPr>
          <w:tblHeader/>
          <w:jc w:val="center"/>
        </w:trPr>
        <w:tc>
          <w:tcPr>
            <w:tcW w:w="956" w:type="dxa"/>
            <w:tcBorders>
              <w:bottom w:val="double" w:sz="4" w:space="0" w:color="auto"/>
            </w:tcBorders>
          </w:tcPr>
          <w:p w14:paraId="110623D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REG #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14:paraId="339ADD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SYMBOL</w:t>
            </w:r>
          </w:p>
        </w:tc>
        <w:tc>
          <w:tcPr>
            <w:tcW w:w="6095" w:type="dxa"/>
            <w:tcBorders>
              <w:bottom w:val="double" w:sz="4" w:space="0" w:color="auto"/>
            </w:tcBorders>
          </w:tcPr>
          <w:p w14:paraId="5727E0A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DESCRIPTION</w:t>
            </w:r>
          </w:p>
        </w:tc>
        <w:tc>
          <w:tcPr>
            <w:tcW w:w="960" w:type="dxa"/>
            <w:tcBorders>
              <w:bottom w:val="double" w:sz="4" w:space="0" w:color="auto"/>
            </w:tcBorders>
          </w:tcPr>
          <w:p w14:paraId="2FE179A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NOTE</w:t>
            </w:r>
          </w:p>
        </w:tc>
      </w:tr>
      <w:tr w:rsidR="00AE098B" w:rsidRPr="009249D6" w14:paraId="4B0B2B37" w14:textId="77777777" w:rsidTr="008D5CAD">
        <w:trPr>
          <w:jc w:val="center"/>
        </w:trPr>
        <w:tc>
          <w:tcPr>
            <w:tcW w:w="956" w:type="dxa"/>
            <w:tcBorders>
              <w:top w:val="nil"/>
            </w:tcBorders>
          </w:tcPr>
          <w:p w14:paraId="651963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000</w:t>
            </w:r>
          </w:p>
        </w:tc>
        <w:tc>
          <w:tcPr>
            <w:tcW w:w="1559" w:type="dxa"/>
            <w:tcBorders>
              <w:top w:val="nil"/>
            </w:tcBorders>
          </w:tcPr>
          <w:p w14:paraId="19FC941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</w:tcBorders>
          </w:tcPr>
          <w:p w14:paraId="09C9616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 w14:paraId="0DA9ED8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0FA809E9" w14:textId="77777777" w:rsidTr="008D5CAD">
        <w:trPr>
          <w:jc w:val="center"/>
        </w:trPr>
        <w:tc>
          <w:tcPr>
            <w:tcW w:w="956" w:type="dxa"/>
          </w:tcPr>
          <w:p w14:paraId="0685B3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001</w:t>
            </w:r>
          </w:p>
        </w:tc>
        <w:tc>
          <w:tcPr>
            <w:tcW w:w="1559" w:type="dxa"/>
          </w:tcPr>
          <w:p w14:paraId="5244ED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M_CODE</w:t>
            </w:r>
          </w:p>
        </w:tc>
        <w:tc>
          <w:tcPr>
            <w:tcW w:w="6095" w:type="dxa"/>
          </w:tcPr>
          <w:p w14:paraId="395DEE9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M00~M99</w:t>
            </w:r>
          </w:p>
        </w:tc>
        <w:tc>
          <w:tcPr>
            <w:tcW w:w="960" w:type="dxa"/>
          </w:tcPr>
          <w:p w14:paraId="639614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52B4244C" w14:textId="77777777" w:rsidTr="008D5CAD">
        <w:trPr>
          <w:jc w:val="center"/>
        </w:trPr>
        <w:tc>
          <w:tcPr>
            <w:tcW w:w="956" w:type="dxa"/>
          </w:tcPr>
          <w:p w14:paraId="3C90ED8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002</w:t>
            </w:r>
          </w:p>
        </w:tc>
        <w:tc>
          <w:tcPr>
            <w:tcW w:w="1559" w:type="dxa"/>
          </w:tcPr>
          <w:p w14:paraId="1EF57B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S_CODE</w:t>
            </w:r>
          </w:p>
        </w:tc>
        <w:tc>
          <w:tcPr>
            <w:tcW w:w="6095" w:type="dxa"/>
          </w:tcPr>
          <w:p w14:paraId="4AA1420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S000~S9999</w:t>
            </w:r>
          </w:p>
        </w:tc>
        <w:tc>
          <w:tcPr>
            <w:tcW w:w="960" w:type="dxa"/>
          </w:tcPr>
          <w:p w14:paraId="276E6F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$109</w:t>
            </w:r>
          </w:p>
        </w:tc>
      </w:tr>
      <w:tr w:rsidR="00AE098B" w:rsidRPr="009249D6" w14:paraId="40A4A8E5" w14:textId="77777777" w:rsidTr="008D5CAD">
        <w:trPr>
          <w:jc w:val="center"/>
        </w:trPr>
        <w:tc>
          <w:tcPr>
            <w:tcW w:w="956" w:type="dxa"/>
          </w:tcPr>
          <w:p w14:paraId="63E150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003</w:t>
            </w:r>
          </w:p>
        </w:tc>
        <w:tc>
          <w:tcPr>
            <w:tcW w:w="1559" w:type="dxa"/>
          </w:tcPr>
          <w:p w14:paraId="55E1BBB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T_CODE</w:t>
            </w:r>
          </w:p>
        </w:tc>
        <w:tc>
          <w:tcPr>
            <w:tcW w:w="6095" w:type="dxa"/>
          </w:tcPr>
          <w:p w14:paraId="4FEC444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T000~T9999</w:t>
            </w:r>
          </w:p>
        </w:tc>
        <w:tc>
          <w:tcPr>
            <w:tcW w:w="960" w:type="dxa"/>
          </w:tcPr>
          <w:p w14:paraId="360388D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$112</w:t>
            </w:r>
          </w:p>
        </w:tc>
      </w:tr>
      <w:tr w:rsidR="00AE098B" w:rsidRPr="009249D6" w14:paraId="061A6514" w14:textId="77777777" w:rsidTr="008D5CAD">
        <w:trPr>
          <w:jc w:val="center"/>
        </w:trPr>
        <w:tc>
          <w:tcPr>
            <w:tcW w:w="956" w:type="dxa"/>
          </w:tcPr>
          <w:p w14:paraId="07F033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004</w:t>
            </w:r>
          </w:p>
        </w:tc>
        <w:tc>
          <w:tcPr>
            <w:tcW w:w="1559" w:type="dxa"/>
          </w:tcPr>
          <w:p w14:paraId="24F0EA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6095" w:type="dxa"/>
          </w:tcPr>
          <w:p w14:paraId="4971979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Reserved, CNC system used.</w:t>
            </w:r>
          </w:p>
        </w:tc>
        <w:tc>
          <w:tcPr>
            <w:tcW w:w="960" w:type="dxa"/>
          </w:tcPr>
          <w:p w14:paraId="25D20B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1F56FDF6" w14:textId="77777777" w:rsidTr="008D5CAD">
        <w:trPr>
          <w:jc w:val="center"/>
        </w:trPr>
        <w:tc>
          <w:tcPr>
            <w:tcW w:w="956" w:type="dxa"/>
          </w:tcPr>
          <w:p w14:paraId="3DA461F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005</w:t>
            </w:r>
          </w:p>
        </w:tc>
        <w:tc>
          <w:tcPr>
            <w:tcW w:w="1559" w:type="dxa"/>
          </w:tcPr>
          <w:p w14:paraId="664E44C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</w:t>
            </w:r>
          </w:p>
        </w:tc>
        <w:tc>
          <w:tcPr>
            <w:tcW w:w="6095" w:type="dxa"/>
          </w:tcPr>
          <w:p w14:paraId="63B235AD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Reserved, CNC system used.</w:t>
            </w:r>
          </w:p>
        </w:tc>
        <w:tc>
          <w:tcPr>
            <w:tcW w:w="960" w:type="dxa"/>
          </w:tcPr>
          <w:p w14:paraId="46C2197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6BAAAD09" w14:textId="77777777" w:rsidTr="008D5CAD">
        <w:trPr>
          <w:jc w:val="center"/>
        </w:trPr>
        <w:tc>
          <w:tcPr>
            <w:tcW w:w="956" w:type="dxa"/>
          </w:tcPr>
          <w:p w14:paraId="67598E2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006</w:t>
            </w:r>
          </w:p>
        </w:tc>
        <w:tc>
          <w:tcPr>
            <w:tcW w:w="1559" w:type="dxa"/>
          </w:tcPr>
          <w:p w14:paraId="71AF221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PCS</w:t>
            </w:r>
          </w:p>
        </w:tc>
        <w:tc>
          <w:tcPr>
            <w:tcW w:w="6095" w:type="dxa"/>
          </w:tcPr>
          <w:p w14:paraId="66BBC7D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Parts counter</w:t>
            </w:r>
          </w:p>
        </w:tc>
        <w:tc>
          <w:tcPr>
            <w:tcW w:w="960" w:type="dxa"/>
          </w:tcPr>
          <w:p w14:paraId="4CEE43C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7468D82E" w14:textId="77777777" w:rsidTr="008D5CAD">
        <w:trPr>
          <w:jc w:val="center"/>
        </w:trPr>
        <w:tc>
          <w:tcPr>
            <w:tcW w:w="956" w:type="dxa"/>
          </w:tcPr>
          <w:p w14:paraId="0DBD35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007</w:t>
            </w:r>
          </w:p>
        </w:tc>
        <w:tc>
          <w:tcPr>
            <w:tcW w:w="1559" w:type="dxa"/>
          </w:tcPr>
          <w:p w14:paraId="2EBED84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A7BC22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28D4525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1C69FD9E" w14:textId="77777777" w:rsidTr="008D5CAD">
        <w:trPr>
          <w:jc w:val="center"/>
        </w:trPr>
        <w:tc>
          <w:tcPr>
            <w:tcW w:w="956" w:type="dxa"/>
          </w:tcPr>
          <w:p w14:paraId="753A5C7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008</w:t>
            </w:r>
          </w:p>
        </w:tc>
        <w:tc>
          <w:tcPr>
            <w:tcW w:w="1559" w:type="dxa"/>
          </w:tcPr>
          <w:p w14:paraId="5AFA0F8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4632A73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204544B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669C6ACD" w14:textId="77777777" w:rsidTr="008D5CAD">
        <w:trPr>
          <w:jc w:val="center"/>
        </w:trPr>
        <w:tc>
          <w:tcPr>
            <w:tcW w:w="956" w:type="dxa"/>
          </w:tcPr>
          <w:p w14:paraId="293367C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009</w:t>
            </w:r>
          </w:p>
        </w:tc>
        <w:tc>
          <w:tcPr>
            <w:tcW w:w="1559" w:type="dxa"/>
          </w:tcPr>
          <w:p w14:paraId="3420D47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A82F81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3D75ADE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183A18BE" w14:textId="77777777" w:rsidTr="008D5CAD">
        <w:trPr>
          <w:jc w:val="center"/>
        </w:trPr>
        <w:tc>
          <w:tcPr>
            <w:tcW w:w="956" w:type="dxa"/>
          </w:tcPr>
          <w:p w14:paraId="19BA210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010</w:t>
            </w:r>
          </w:p>
        </w:tc>
        <w:tc>
          <w:tcPr>
            <w:tcW w:w="1559" w:type="dxa"/>
          </w:tcPr>
          <w:p w14:paraId="1492BC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5C5FE11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654B63A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756F888E" w14:textId="77777777" w:rsidTr="008D5CAD">
        <w:trPr>
          <w:jc w:val="center"/>
        </w:trPr>
        <w:tc>
          <w:tcPr>
            <w:tcW w:w="956" w:type="dxa"/>
          </w:tcPr>
          <w:p w14:paraId="07D3F12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011</w:t>
            </w:r>
          </w:p>
        </w:tc>
        <w:tc>
          <w:tcPr>
            <w:tcW w:w="1559" w:type="dxa"/>
          </w:tcPr>
          <w:p w14:paraId="68D79E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2E15CE6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0AB5A45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12733B9" w14:textId="77777777" w:rsidTr="008D5CAD">
        <w:trPr>
          <w:jc w:val="center"/>
        </w:trPr>
        <w:tc>
          <w:tcPr>
            <w:tcW w:w="956" w:type="dxa"/>
          </w:tcPr>
          <w:p w14:paraId="52D6AAB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012</w:t>
            </w:r>
          </w:p>
        </w:tc>
        <w:tc>
          <w:tcPr>
            <w:tcW w:w="1559" w:type="dxa"/>
          </w:tcPr>
          <w:p w14:paraId="105F32E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2F3173C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173396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0A7AAFC8" w14:textId="77777777" w:rsidTr="008D5CAD">
        <w:trPr>
          <w:jc w:val="center"/>
        </w:trPr>
        <w:tc>
          <w:tcPr>
            <w:tcW w:w="956" w:type="dxa"/>
          </w:tcPr>
          <w:p w14:paraId="47F81CB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013</w:t>
            </w:r>
          </w:p>
        </w:tc>
        <w:tc>
          <w:tcPr>
            <w:tcW w:w="1559" w:type="dxa"/>
          </w:tcPr>
          <w:p w14:paraId="14738B6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OPMODE</w:t>
            </w:r>
          </w:p>
        </w:tc>
        <w:tc>
          <w:tcPr>
            <w:tcW w:w="6095" w:type="dxa"/>
          </w:tcPr>
          <w:p w14:paraId="2FB6C05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1.EDIT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2.AUTO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 xml:space="preserve"> 3.MDI 4. JOG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5.INCJOG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 xml:space="preserve"> 6.MPG 7.HOME 8.OPR</w:t>
            </w:r>
          </w:p>
        </w:tc>
        <w:tc>
          <w:tcPr>
            <w:tcW w:w="960" w:type="dxa"/>
          </w:tcPr>
          <w:p w14:paraId="10FE652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7077E220" w14:textId="77777777" w:rsidTr="008D5CAD">
        <w:trPr>
          <w:jc w:val="center"/>
        </w:trPr>
        <w:tc>
          <w:tcPr>
            <w:tcW w:w="956" w:type="dxa"/>
          </w:tcPr>
          <w:p w14:paraId="1FB64AC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014</w:t>
            </w:r>
          </w:p>
        </w:tc>
        <w:tc>
          <w:tcPr>
            <w:tcW w:w="1559" w:type="dxa"/>
          </w:tcPr>
          <w:p w14:paraId="2F5E58F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INCFED</w:t>
            </w:r>
          </w:p>
        </w:tc>
        <w:tc>
          <w:tcPr>
            <w:tcW w:w="6095" w:type="dxa"/>
          </w:tcPr>
          <w:p w14:paraId="5188559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INCJOG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1.*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1 2.*10 3.*100 4.*1000</w:t>
            </w:r>
          </w:p>
          <w:p w14:paraId="764996B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 xml:space="preserve">MPG </w:t>
            </w:r>
            <w:proofErr w:type="gramStart"/>
            <w:r w:rsidRPr="008D5CAD">
              <w:rPr>
                <w:rFonts w:cs="Arial"/>
                <w:sz w:val="20"/>
                <w:szCs w:val="20"/>
              </w:rPr>
              <w:t>1.*</w:t>
            </w:r>
            <w:proofErr w:type="gramEnd"/>
            <w:r w:rsidRPr="008D5CAD">
              <w:rPr>
                <w:rFonts w:cs="Arial"/>
                <w:sz w:val="20"/>
                <w:szCs w:val="20"/>
              </w:rPr>
              <w:t>1 2.*10 3.*100 4.*100</w:t>
            </w:r>
          </w:p>
        </w:tc>
        <w:tc>
          <w:tcPr>
            <w:tcW w:w="960" w:type="dxa"/>
          </w:tcPr>
          <w:p w14:paraId="0026EDA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6CA0068D" w14:textId="77777777" w:rsidTr="008D5CAD">
        <w:trPr>
          <w:jc w:val="center"/>
        </w:trPr>
        <w:tc>
          <w:tcPr>
            <w:tcW w:w="956" w:type="dxa"/>
          </w:tcPr>
          <w:p w14:paraId="422AEA4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015</w:t>
            </w:r>
          </w:p>
        </w:tc>
        <w:tc>
          <w:tcPr>
            <w:tcW w:w="1559" w:type="dxa"/>
          </w:tcPr>
          <w:p w14:paraId="03696E7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SPDOV</w:t>
            </w:r>
          </w:p>
        </w:tc>
        <w:tc>
          <w:tcPr>
            <w:tcW w:w="6095" w:type="dxa"/>
          </w:tcPr>
          <w:p w14:paraId="7EBED30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1.50% 2.60% 3.70% 4.80% 5.90% 6.100% 7.110% 8.120%</w:t>
            </w:r>
          </w:p>
        </w:tc>
        <w:tc>
          <w:tcPr>
            <w:tcW w:w="960" w:type="dxa"/>
          </w:tcPr>
          <w:p w14:paraId="79B33F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445010B8" w14:textId="77777777" w:rsidTr="008D5CAD">
        <w:trPr>
          <w:jc w:val="center"/>
        </w:trPr>
        <w:tc>
          <w:tcPr>
            <w:tcW w:w="956" w:type="dxa"/>
          </w:tcPr>
          <w:p w14:paraId="52283C8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016</w:t>
            </w:r>
          </w:p>
        </w:tc>
        <w:tc>
          <w:tcPr>
            <w:tcW w:w="1559" w:type="dxa"/>
          </w:tcPr>
          <w:p w14:paraId="6CA77A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FEEDOV</w:t>
            </w:r>
          </w:p>
        </w:tc>
        <w:tc>
          <w:tcPr>
            <w:tcW w:w="6095" w:type="dxa"/>
          </w:tcPr>
          <w:p w14:paraId="702405E0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0.0% 1.10% 2.20% 3.30% 4.40% 5.50% ~ 15.150%</w:t>
            </w:r>
          </w:p>
        </w:tc>
        <w:tc>
          <w:tcPr>
            <w:tcW w:w="960" w:type="dxa"/>
          </w:tcPr>
          <w:p w14:paraId="310267A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05F4361D" w14:textId="77777777" w:rsidTr="008D5CAD">
        <w:trPr>
          <w:jc w:val="center"/>
        </w:trPr>
        <w:tc>
          <w:tcPr>
            <w:tcW w:w="956" w:type="dxa"/>
          </w:tcPr>
          <w:p w14:paraId="4E9E378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017</w:t>
            </w:r>
          </w:p>
        </w:tc>
        <w:tc>
          <w:tcPr>
            <w:tcW w:w="1559" w:type="dxa"/>
          </w:tcPr>
          <w:p w14:paraId="26C4802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JOGOV</w:t>
            </w:r>
          </w:p>
        </w:tc>
        <w:tc>
          <w:tcPr>
            <w:tcW w:w="6095" w:type="dxa"/>
          </w:tcPr>
          <w:p w14:paraId="5B75DAD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0.0% 1.10% 2.20% 3.30% 4.40% 5.50% ~ 15.150%</w:t>
            </w:r>
          </w:p>
        </w:tc>
        <w:tc>
          <w:tcPr>
            <w:tcW w:w="960" w:type="dxa"/>
          </w:tcPr>
          <w:p w14:paraId="535885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70F0C152" w14:textId="77777777" w:rsidTr="008D5CAD">
        <w:trPr>
          <w:jc w:val="center"/>
        </w:trPr>
        <w:tc>
          <w:tcPr>
            <w:tcW w:w="956" w:type="dxa"/>
          </w:tcPr>
          <w:p w14:paraId="04CC9E7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018</w:t>
            </w:r>
          </w:p>
        </w:tc>
        <w:tc>
          <w:tcPr>
            <w:tcW w:w="1559" w:type="dxa"/>
          </w:tcPr>
          <w:p w14:paraId="38E85AA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RTOV</w:t>
            </w:r>
          </w:p>
        </w:tc>
        <w:tc>
          <w:tcPr>
            <w:tcW w:w="6095" w:type="dxa"/>
          </w:tcPr>
          <w:p w14:paraId="44EB8D1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1. F0 2.25% 3.50% 4.100%</w:t>
            </w:r>
          </w:p>
        </w:tc>
        <w:tc>
          <w:tcPr>
            <w:tcW w:w="960" w:type="dxa"/>
          </w:tcPr>
          <w:p w14:paraId="1B8FA6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74271EED" w14:textId="77777777" w:rsidTr="008D5CAD">
        <w:trPr>
          <w:jc w:val="center"/>
        </w:trPr>
        <w:tc>
          <w:tcPr>
            <w:tcW w:w="956" w:type="dxa"/>
          </w:tcPr>
          <w:p w14:paraId="5F354E3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019</w:t>
            </w:r>
          </w:p>
        </w:tc>
        <w:tc>
          <w:tcPr>
            <w:tcW w:w="1559" w:type="dxa"/>
          </w:tcPr>
          <w:p w14:paraId="1B057A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3C43067F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725CFB7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FDD5D8B" w14:textId="77777777" w:rsidTr="008D5CAD">
        <w:trPr>
          <w:jc w:val="center"/>
        </w:trPr>
        <w:tc>
          <w:tcPr>
            <w:tcW w:w="956" w:type="dxa"/>
          </w:tcPr>
          <w:p w14:paraId="1BDA542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020</w:t>
            </w:r>
          </w:p>
        </w:tc>
        <w:tc>
          <w:tcPr>
            <w:tcW w:w="1559" w:type="dxa"/>
          </w:tcPr>
          <w:p w14:paraId="21DA040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PMCD</w:t>
            </w:r>
          </w:p>
        </w:tc>
        <w:tc>
          <w:tcPr>
            <w:tcW w:w="6095" w:type="dxa"/>
          </w:tcPr>
          <w:p w14:paraId="43D84C9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 DISTANCE</w:t>
            </w:r>
          </w:p>
        </w:tc>
        <w:tc>
          <w:tcPr>
            <w:tcW w:w="960" w:type="dxa"/>
          </w:tcPr>
          <w:p w14:paraId="5BFE24F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09296D5A" w14:textId="77777777" w:rsidTr="008D5CAD">
        <w:trPr>
          <w:jc w:val="center"/>
        </w:trPr>
        <w:tc>
          <w:tcPr>
            <w:tcW w:w="956" w:type="dxa"/>
          </w:tcPr>
          <w:p w14:paraId="2A5A655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021</w:t>
            </w:r>
          </w:p>
        </w:tc>
        <w:tc>
          <w:tcPr>
            <w:tcW w:w="1559" w:type="dxa"/>
          </w:tcPr>
          <w:p w14:paraId="68EF0EF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PMCF</w:t>
            </w:r>
          </w:p>
        </w:tc>
        <w:tc>
          <w:tcPr>
            <w:tcW w:w="6095" w:type="dxa"/>
          </w:tcPr>
          <w:p w14:paraId="361D77A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 FEEDRATE</w:t>
            </w:r>
          </w:p>
        </w:tc>
        <w:tc>
          <w:tcPr>
            <w:tcW w:w="960" w:type="dxa"/>
          </w:tcPr>
          <w:p w14:paraId="23838F9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C47F792" w14:textId="77777777" w:rsidTr="008D5CAD">
        <w:trPr>
          <w:jc w:val="center"/>
        </w:trPr>
        <w:tc>
          <w:tcPr>
            <w:tcW w:w="956" w:type="dxa"/>
          </w:tcPr>
          <w:p w14:paraId="1554DE1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022</w:t>
            </w:r>
          </w:p>
        </w:tc>
        <w:tc>
          <w:tcPr>
            <w:tcW w:w="1559" w:type="dxa"/>
          </w:tcPr>
          <w:p w14:paraId="73D86A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PMCC</w:t>
            </w:r>
          </w:p>
        </w:tc>
        <w:tc>
          <w:tcPr>
            <w:tcW w:w="6095" w:type="dxa"/>
          </w:tcPr>
          <w:p w14:paraId="507D63E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 CONTROL</w:t>
            </w:r>
          </w:p>
        </w:tc>
        <w:tc>
          <w:tcPr>
            <w:tcW w:w="960" w:type="dxa"/>
          </w:tcPr>
          <w:p w14:paraId="756EF20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63A83689" w14:textId="77777777" w:rsidTr="008D5CAD">
        <w:trPr>
          <w:jc w:val="center"/>
        </w:trPr>
        <w:tc>
          <w:tcPr>
            <w:tcW w:w="956" w:type="dxa"/>
          </w:tcPr>
          <w:p w14:paraId="2FF16D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023</w:t>
            </w:r>
          </w:p>
        </w:tc>
        <w:tc>
          <w:tcPr>
            <w:tcW w:w="1559" w:type="dxa"/>
          </w:tcPr>
          <w:p w14:paraId="5C0D986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PMCS</w:t>
            </w:r>
          </w:p>
        </w:tc>
        <w:tc>
          <w:tcPr>
            <w:tcW w:w="6095" w:type="dxa"/>
          </w:tcPr>
          <w:p w14:paraId="109B8B5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PMC SPINDLE</w:t>
            </w:r>
          </w:p>
        </w:tc>
        <w:tc>
          <w:tcPr>
            <w:tcW w:w="960" w:type="dxa"/>
          </w:tcPr>
          <w:p w14:paraId="3A3D7B1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66B33831" w14:textId="77777777" w:rsidTr="008D5CAD">
        <w:trPr>
          <w:jc w:val="center"/>
        </w:trPr>
        <w:tc>
          <w:tcPr>
            <w:tcW w:w="956" w:type="dxa"/>
          </w:tcPr>
          <w:p w14:paraId="4741186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024</w:t>
            </w:r>
          </w:p>
        </w:tc>
        <w:tc>
          <w:tcPr>
            <w:tcW w:w="1559" w:type="dxa"/>
          </w:tcPr>
          <w:p w14:paraId="27524A8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1B02542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4363CCC3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4779BE53" w14:textId="77777777" w:rsidTr="008D5CAD">
        <w:trPr>
          <w:jc w:val="center"/>
        </w:trPr>
        <w:tc>
          <w:tcPr>
            <w:tcW w:w="956" w:type="dxa"/>
          </w:tcPr>
          <w:p w14:paraId="78AB31D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039</w:t>
            </w:r>
          </w:p>
        </w:tc>
        <w:tc>
          <w:tcPr>
            <w:tcW w:w="1559" w:type="dxa"/>
          </w:tcPr>
          <w:p w14:paraId="5AA3119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ATCSTEP</w:t>
            </w:r>
          </w:p>
        </w:tc>
        <w:tc>
          <w:tcPr>
            <w:tcW w:w="6095" w:type="dxa"/>
          </w:tcPr>
          <w:p w14:paraId="3CE5BE3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ATC STEP NUMBER</w:t>
            </w:r>
          </w:p>
        </w:tc>
        <w:tc>
          <w:tcPr>
            <w:tcW w:w="960" w:type="dxa"/>
          </w:tcPr>
          <w:p w14:paraId="54BF3C50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ED4D05C" w14:textId="77777777" w:rsidTr="008D5CAD">
        <w:trPr>
          <w:jc w:val="center"/>
        </w:trPr>
        <w:tc>
          <w:tcPr>
            <w:tcW w:w="956" w:type="dxa"/>
          </w:tcPr>
          <w:p w14:paraId="24875A4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040</w:t>
            </w:r>
          </w:p>
        </w:tc>
        <w:tc>
          <w:tcPr>
            <w:tcW w:w="1559" w:type="dxa"/>
          </w:tcPr>
          <w:p w14:paraId="779E633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OPMES1</w:t>
            </w:r>
          </w:p>
        </w:tc>
        <w:tc>
          <w:tcPr>
            <w:tcW w:w="6095" w:type="dxa"/>
          </w:tcPr>
          <w:p w14:paraId="12518C5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#01~#16</w:t>
            </w:r>
          </w:p>
        </w:tc>
        <w:tc>
          <w:tcPr>
            <w:tcW w:w="960" w:type="dxa"/>
          </w:tcPr>
          <w:p w14:paraId="5D81277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7EE32123" w14:textId="77777777" w:rsidTr="008D5CAD">
        <w:trPr>
          <w:jc w:val="center"/>
        </w:trPr>
        <w:tc>
          <w:tcPr>
            <w:tcW w:w="956" w:type="dxa"/>
          </w:tcPr>
          <w:p w14:paraId="054A2D1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041</w:t>
            </w:r>
          </w:p>
        </w:tc>
        <w:tc>
          <w:tcPr>
            <w:tcW w:w="1559" w:type="dxa"/>
          </w:tcPr>
          <w:p w14:paraId="09B1AD9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OPMES2</w:t>
            </w:r>
          </w:p>
        </w:tc>
        <w:tc>
          <w:tcPr>
            <w:tcW w:w="6095" w:type="dxa"/>
          </w:tcPr>
          <w:p w14:paraId="005E5873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#17~#32</w:t>
            </w:r>
          </w:p>
        </w:tc>
        <w:tc>
          <w:tcPr>
            <w:tcW w:w="960" w:type="dxa"/>
          </w:tcPr>
          <w:p w14:paraId="3E73E3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5F242C41" w14:textId="77777777" w:rsidTr="008D5CAD">
        <w:trPr>
          <w:jc w:val="center"/>
        </w:trPr>
        <w:tc>
          <w:tcPr>
            <w:tcW w:w="956" w:type="dxa"/>
          </w:tcPr>
          <w:p w14:paraId="6A7B3E1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042</w:t>
            </w:r>
          </w:p>
        </w:tc>
        <w:tc>
          <w:tcPr>
            <w:tcW w:w="1559" w:type="dxa"/>
          </w:tcPr>
          <w:p w14:paraId="1509D44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OPMES3</w:t>
            </w:r>
          </w:p>
        </w:tc>
        <w:tc>
          <w:tcPr>
            <w:tcW w:w="6095" w:type="dxa"/>
          </w:tcPr>
          <w:p w14:paraId="3522163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#33~#48</w:t>
            </w:r>
          </w:p>
        </w:tc>
        <w:tc>
          <w:tcPr>
            <w:tcW w:w="960" w:type="dxa"/>
          </w:tcPr>
          <w:p w14:paraId="77BB151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E1D4836" w14:textId="77777777" w:rsidTr="008D5CAD">
        <w:trPr>
          <w:jc w:val="center"/>
        </w:trPr>
        <w:tc>
          <w:tcPr>
            <w:tcW w:w="956" w:type="dxa"/>
          </w:tcPr>
          <w:p w14:paraId="09C295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043</w:t>
            </w:r>
          </w:p>
        </w:tc>
        <w:tc>
          <w:tcPr>
            <w:tcW w:w="1559" w:type="dxa"/>
          </w:tcPr>
          <w:p w14:paraId="08FB96A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OPMES4</w:t>
            </w:r>
          </w:p>
        </w:tc>
        <w:tc>
          <w:tcPr>
            <w:tcW w:w="6095" w:type="dxa"/>
          </w:tcPr>
          <w:p w14:paraId="36D03374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#49~#64</w:t>
            </w:r>
          </w:p>
        </w:tc>
        <w:tc>
          <w:tcPr>
            <w:tcW w:w="960" w:type="dxa"/>
          </w:tcPr>
          <w:p w14:paraId="6C52C35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CC39AE6" w14:textId="77777777" w:rsidTr="008D5CAD">
        <w:trPr>
          <w:jc w:val="center"/>
        </w:trPr>
        <w:tc>
          <w:tcPr>
            <w:tcW w:w="956" w:type="dxa"/>
          </w:tcPr>
          <w:p w14:paraId="0468047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044</w:t>
            </w:r>
          </w:p>
        </w:tc>
        <w:tc>
          <w:tcPr>
            <w:tcW w:w="1559" w:type="dxa"/>
          </w:tcPr>
          <w:p w14:paraId="2580936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OPMES5</w:t>
            </w:r>
          </w:p>
        </w:tc>
        <w:tc>
          <w:tcPr>
            <w:tcW w:w="6095" w:type="dxa"/>
          </w:tcPr>
          <w:p w14:paraId="50A3195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#65~#80</w:t>
            </w:r>
          </w:p>
        </w:tc>
        <w:tc>
          <w:tcPr>
            <w:tcW w:w="960" w:type="dxa"/>
          </w:tcPr>
          <w:p w14:paraId="1C106A1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286F95B1" w14:textId="77777777" w:rsidTr="008D5CAD">
        <w:trPr>
          <w:jc w:val="center"/>
        </w:trPr>
        <w:tc>
          <w:tcPr>
            <w:tcW w:w="956" w:type="dxa"/>
          </w:tcPr>
          <w:p w14:paraId="371A448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045</w:t>
            </w:r>
          </w:p>
        </w:tc>
        <w:tc>
          <w:tcPr>
            <w:tcW w:w="1559" w:type="dxa"/>
          </w:tcPr>
          <w:p w14:paraId="05C3696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OPMES6</w:t>
            </w:r>
          </w:p>
        </w:tc>
        <w:tc>
          <w:tcPr>
            <w:tcW w:w="6095" w:type="dxa"/>
          </w:tcPr>
          <w:p w14:paraId="34B03C8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#81~#96</w:t>
            </w:r>
          </w:p>
        </w:tc>
        <w:tc>
          <w:tcPr>
            <w:tcW w:w="960" w:type="dxa"/>
          </w:tcPr>
          <w:p w14:paraId="680F279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5ED3020" w14:textId="77777777" w:rsidTr="008D5CAD">
        <w:trPr>
          <w:jc w:val="center"/>
        </w:trPr>
        <w:tc>
          <w:tcPr>
            <w:tcW w:w="956" w:type="dxa"/>
          </w:tcPr>
          <w:p w14:paraId="5BCE711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lastRenderedPageBreak/>
              <w:t>046</w:t>
            </w:r>
          </w:p>
        </w:tc>
        <w:tc>
          <w:tcPr>
            <w:tcW w:w="1559" w:type="dxa"/>
          </w:tcPr>
          <w:p w14:paraId="19D5EF6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OPMES7</w:t>
            </w:r>
          </w:p>
        </w:tc>
        <w:tc>
          <w:tcPr>
            <w:tcW w:w="6095" w:type="dxa"/>
          </w:tcPr>
          <w:p w14:paraId="3F4F018A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#97~#112</w:t>
            </w:r>
          </w:p>
        </w:tc>
        <w:tc>
          <w:tcPr>
            <w:tcW w:w="960" w:type="dxa"/>
          </w:tcPr>
          <w:p w14:paraId="54FAD5E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106FD585" w14:textId="77777777" w:rsidTr="008D5CAD">
        <w:trPr>
          <w:jc w:val="center"/>
        </w:trPr>
        <w:tc>
          <w:tcPr>
            <w:tcW w:w="956" w:type="dxa"/>
          </w:tcPr>
          <w:p w14:paraId="675C055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047</w:t>
            </w:r>
          </w:p>
        </w:tc>
        <w:tc>
          <w:tcPr>
            <w:tcW w:w="1559" w:type="dxa"/>
          </w:tcPr>
          <w:p w14:paraId="504643B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OPMES8</w:t>
            </w:r>
          </w:p>
        </w:tc>
        <w:tc>
          <w:tcPr>
            <w:tcW w:w="6095" w:type="dxa"/>
          </w:tcPr>
          <w:p w14:paraId="32A053D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#113~#128</w:t>
            </w:r>
          </w:p>
        </w:tc>
        <w:tc>
          <w:tcPr>
            <w:tcW w:w="960" w:type="dxa"/>
          </w:tcPr>
          <w:p w14:paraId="4BBC43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3997BD92" w14:textId="77777777" w:rsidTr="008D5CAD">
        <w:trPr>
          <w:jc w:val="center"/>
        </w:trPr>
        <w:tc>
          <w:tcPr>
            <w:tcW w:w="956" w:type="dxa"/>
          </w:tcPr>
          <w:p w14:paraId="2D5F074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048</w:t>
            </w:r>
          </w:p>
        </w:tc>
        <w:tc>
          <w:tcPr>
            <w:tcW w:w="1559" w:type="dxa"/>
          </w:tcPr>
          <w:p w14:paraId="31A76FA9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OPMES9</w:t>
            </w:r>
          </w:p>
        </w:tc>
        <w:tc>
          <w:tcPr>
            <w:tcW w:w="6095" w:type="dxa"/>
          </w:tcPr>
          <w:p w14:paraId="7F736EB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#129~#144</w:t>
            </w:r>
          </w:p>
        </w:tc>
        <w:tc>
          <w:tcPr>
            <w:tcW w:w="960" w:type="dxa"/>
          </w:tcPr>
          <w:p w14:paraId="0A6AADB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10A82653" w14:textId="77777777" w:rsidTr="008D5CAD">
        <w:trPr>
          <w:jc w:val="center"/>
        </w:trPr>
        <w:tc>
          <w:tcPr>
            <w:tcW w:w="956" w:type="dxa"/>
          </w:tcPr>
          <w:p w14:paraId="0D504D54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049</w:t>
            </w:r>
          </w:p>
        </w:tc>
        <w:tc>
          <w:tcPr>
            <w:tcW w:w="1559" w:type="dxa"/>
          </w:tcPr>
          <w:p w14:paraId="5CB3475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OPMES10</w:t>
            </w:r>
          </w:p>
        </w:tc>
        <w:tc>
          <w:tcPr>
            <w:tcW w:w="6095" w:type="dxa"/>
          </w:tcPr>
          <w:p w14:paraId="64C4947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#145~#160</w:t>
            </w:r>
          </w:p>
        </w:tc>
        <w:tc>
          <w:tcPr>
            <w:tcW w:w="960" w:type="dxa"/>
          </w:tcPr>
          <w:p w14:paraId="647FA9F6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0CA84698" w14:textId="77777777" w:rsidTr="008D5CAD">
        <w:trPr>
          <w:jc w:val="center"/>
        </w:trPr>
        <w:tc>
          <w:tcPr>
            <w:tcW w:w="956" w:type="dxa"/>
          </w:tcPr>
          <w:p w14:paraId="1DD2FD7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/>
                <w:b/>
                <w:sz w:val="20"/>
                <w:szCs w:val="20"/>
              </w:rPr>
              <w:t>050</w:t>
            </w:r>
          </w:p>
        </w:tc>
        <w:tc>
          <w:tcPr>
            <w:tcW w:w="1559" w:type="dxa"/>
          </w:tcPr>
          <w:p w14:paraId="4252AAB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OPMES11</w:t>
            </w:r>
          </w:p>
        </w:tc>
        <w:tc>
          <w:tcPr>
            <w:tcW w:w="6095" w:type="dxa"/>
          </w:tcPr>
          <w:p w14:paraId="786C7C0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/>
                <w:sz w:val="20"/>
                <w:szCs w:val="20"/>
              </w:rPr>
              <w:t>MESSAGE #161~#176</w:t>
            </w:r>
          </w:p>
        </w:tc>
        <w:tc>
          <w:tcPr>
            <w:tcW w:w="960" w:type="dxa"/>
          </w:tcPr>
          <w:p w14:paraId="74DE3BC7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AE098B" w:rsidRPr="009249D6" w14:paraId="5F93EAE5" w14:textId="77777777" w:rsidTr="008D5CAD">
        <w:trPr>
          <w:jc w:val="center"/>
        </w:trPr>
        <w:tc>
          <w:tcPr>
            <w:tcW w:w="956" w:type="dxa"/>
          </w:tcPr>
          <w:p w14:paraId="091A98D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124</w:t>
            </w:r>
          </w:p>
        </w:tc>
        <w:tc>
          <w:tcPr>
            <w:tcW w:w="1559" w:type="dxa"/>
          </w:tcPr>
          <w:p w14:paraId="5C668A1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4CC2BE2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07BC584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$113</w:t>
            </w:r>
          </w:p>
        </w:tc>
      </w:tr>
      <w:tr w:rsidR="00AE098B" w:rsidRPr="009249D6" w14:paraId="5285D88F" w14:textId="77777777" w:rsidTr="008D5CAD">
        <w:trPr>
          <w:jc w:val="center"/>
        </w:trPr>
        <w:tc>
          <w:tcPr>
            <w:tcW w:w="956" w:type="dxa"/>
          </w:tcPr>
          <w:p w14:paraId="48A72F2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125</w:t>
            </w:r>
          </w:p>
        </w:tc>
        <w:tc>
          <w:tcPr>
            <w:tcW w:w="1559" w:type="dxa"/>
          </w:tcPr>
          <w:p w14:paraId="50C7D9F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1E016519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960" w:type="dxa"/>
          </w:tcPr>
          <w:p w14:paraId="3690226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$114</w:t>
            </w:r>
          </w:p>
        </w:tc>
      </w:tr>
      <w:tr w:rsidR="00AE098B" w:rsidRPr="009249D6" w14:paraId="4224D8C9" w14:textId="77777777" w:rsidTr="008D5CAD">
        <w:trPr>
          <w:jc w:val="center"/>
        </w:trPr>
        <w:tc>
          <w:tcPr>
            <w:tcW w:w="956" w:type="dxa"/>
          </w:tcPr>
          <w:p w14:paraId="73D1D6C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301</w:t>
            </w:r>
          </w:p>
        </w:tc>
        <w:tc>
          <w:tcPr>
            <w:tcW w:w="1559" w:type="dxa"/>
          </w:tcPr>
          <w:p w14:paraId="5429F25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X-machine</w:t>
            </w:r>
          </w:p>
        </w:tc>
        <w:tc>
          <w:tcPr>
            <w:tcW w:w="6095" w:type="dxa"/>
          </w:tcPr>
          <w:p w14:paraId="684340F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X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軸機械座標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最小單位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60" w:type="dxa"/>
          </w:tcPr>
          <w:p w14:paraId="7720D8AA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9249D6" w14:paraId="26DDA48E" w14:textId="77777777" w:rsidTr="008D5CAD">
        <w:trPr>
          <w:jc w:val="center"/>
        </w:trPr>
        <w:tc>
          <w:tcPr>
            <w:tcW w:w="956" w:type="dxa"/>
          </w:tcPr>
          <w:p w14:paraId="1A9D679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302</w:t>
            </w:r>
          </w:p>
        </w:tc>
        <w:tc>
          <w:tcPr>
            <w:tcW w:w="1559" w:type="dxa"/>
          </w:tcPr>
          <w:p w14:paraId="239B09A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Y- machine</w:t>
            </w:r>
          </w:p>
        </w:tc>
        <w:tc>
          <w:tcPr>
            <w:tcW w:w="6095" w:type="dxa"/>
          </w:tcPr>
          <w:p w14:paraId="0DCD4B2B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Y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軸機械座標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最小單位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60" w:type="dxa"/>
          </w:tcPr>
          <w:p w14:paraId="17C976C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9249D6" w14:paraId="43FE0539" w14:textId="77777777" w:rsidTr="008D5CAD">
        <w:trPr>
          <w:jc w:val="center"/>
        </w:trPr>
        <w:tc>
          <w:tcPr>
            <w:tcW w:w="956" w:type="dxa"/>
          </w:tcPr>
          <w:p w14:paraId="1FFE9848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303</w:t>
            </w:r>
          </w:p>
        </w:tc>
        <w:tc>
          <w:tcPr>
            <w:tcW w:w="1559" w:type="dxa"/>
          </w:tcPr>
          <w:p w14:paraId="0524BA9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Z- machine</w:t>
            </w:r>
          </w:p>
        </w:tc>
        <w:tc>
          <w:tcPr>
            <w:tcW w:w="6095" w:type="dxa"/>
          </w:tcPr>
          <w:p w14:paraId="6D1690FC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Z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軸機械座標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最小單位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60" w:type="dxa"/>
          </w:tcPr>
          <w:p w14:paraId="15C50FDB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9249D6" w14:paraId="7A7FA92A" w14:textId="77777777" w:rsidTr="008D5CAD">
        <w:trPr>
          <w:jc w:val="center"/>
        </w:trPr>
        <w:tc>
          <w:tcPr>
            <w:tcW w:w="956" w:type="dxa"/>
          </w:tcPr>
          <w:p w14:paraId="031B2C2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304</w:t>
            </w:r>
          </w:p>
        </w:tc>
        <w:tc>
          <w:tcPr>
            <w:tcW w:w="1559" w:type="dxa"/>
          </w:tcPr>
          <w:p w14:paraId="447ABDB2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CH4- machine</w:t>
            </w:r>
          </w:p>
        </w:tc>
        <w:tc>
          <w:tcPr>
            <w:tcW w:w="6095" w:type="dxa"/>
          </w:tcPr>
          <w:p w14:paraId="33CC3F77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CH4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軸機械座標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最小單位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60" w:type="dxa"/>
          </w:tcPr>
          <w:p w14:paraId="3DAB94FE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9249D6" w14:paraId="13C6321B" w14:textId="77777777" w:rsidTr="008D5CAD">
        <w:trPr>
          <w:jc w:val="center"/>
        </w:trPr>
        <w:tc>
          <w:tcPr>
            <w:tcW w:w="956" w:type="dxa"/>
          </w:tcPr>
          <w:p w14:paraId="0E89A8B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305</w:t>
            </w:r>
          </w:p>
        </w:tc>
        <w:tc>
          <w:tcPr>
            <w:tcW w:w="1559" w:type="dxa"/>
          </w:tcPr>
          <w:p w14:paraId="521B5DDC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CH5- machine</w:t>
            </w:r>
          </w:p>
        </w:tc>
        <w:tc>
          <w:tcPr>
            <w:tcW w:w="6095" w:type="dxa"/>
          </w:tcPr>
          <w:p w14:paraId="7EEC9CC8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CH5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軸機械座標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最小單位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60" w:type="dxa"/>
          </w:tcPr>
          <w:p w14:paraId="5647990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9249D6" w14:paraId="16A88C4F" w14:textId="77777777" w:rsidTr="008D5CAD">
        <w:trPr>
          <w:jc w:val="center"/>
        </w:trPr>
        <w:tc>
          <w:tcPr>
            <w:tcW w:w="956" w:type="dxa"/>
          </w:tcPr>
          <w:p w14:paraId="357CEE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306</w:t>
            </w:r>
          </w:p>
        </w:tc>
        <w:tc>
          <w:tcPr>
            <w:tcW w:w="1559" w:type="dxa"/>
          </w:tcPr>
          <w:p w14:paraId="14E03DC1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CH6- machine</w:t>
            </w:r>
          </w:p>
        </w:tc>
        <w:tc>
          <w:tcPr>
            <w:tcW w:w="6095" w:type="dxa"/>
          </w:tcPr>
          <w:p w14:paraId="79ADCE35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  <w:lang w:eastAsia="zh-TW"/>
              </w:rPr>
            </w:pP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CH6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軸機械座標</w:t>
            </w:r>
            <w:r w:rsidRPr="008D5CAD">
              <w:rPr>
                <w:rFonts w:eastAsia="微軟正黑體" w:cs="微軟正黑體" w:hint="eastAsia"/>
                <w:sz w:val="20"/>
                <w:szCs w:val="20"/>
                <w:lang w:eastAsia="zh-TW"/>
              </w:rPr>
              <w:t>值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(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最小單位</w:t>
            </w:r>
            <w:r w:rsidRPr="008D5CAD">
              <w:rPr>
                <w:rFonts w:cs="Arial" w:hint="eastAsia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60" w:type="dxa"/>
          </w:tcPr>
          <w:p w14:paraId="1BCCB0D5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  <w:lang w:eastAsia="zh-TW"/>
              </w:rPr>
            </w:pPr>
          </w:p>
        </w:tc>
      </w:tr>
      <w:tr w:rsidR="00AE098B" w:rsidRPr="009249D6" w14:paraId="39606662" w14:textId="77777777" w:rsidTr="008D5CAD">
        <w:trPr>
          <w:jc w:val="center"/>
        </w:trPr>
        <w:tc>
          <w:tcPr>
            <w:tcW w:w="956" w:type="dxa"/>
          </w:tcPr>
          <w:p w14:paraId="48AF558A" w14:textId="324B8E4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8D5CAD">
              <w:rPr>
                <w:rFonts w:cs="Arial" w:hint="eastAsia"/>
                <w:b/>
                <w:sz w:val="20"/>
                <w:szCs w:val="20"/>
              </w:rPr>
              <w:t>400~499</w:t>
            </w:r>
          </w:p>
        </w:tc>
        <w:tc>
          <w:tcPr>
            <w:tcW w:w="1559" w:type="dxa"/>
          </w:tcPr>
          <w:p w14:paraId="097176FD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60EE71F1" w14:textId="77777777" w:rsidR="00AE098B" w:rsidRPr="008D5CAD" w:rsidRDefault="00AE098B" w:rsidP="008D5CAD">
            <w:pPr>
              <w:snapToGrid w:val="0"/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8D5CAD">
              <w:rPr>
                <w:rFonts w:cs="Arial" w:hint="eastAsia"/>
                <w:sz w:val="20"/>
                <w:szCs w:val="20"/>
              </w:rPr>
              <w:t>R400~R499</w:t>
            </w:r>
            <w:r w:rsidRPr="008D5CAD">
              <w:rPr>
                <w:rFonts w:cs="Arial" w:hint="eastAsia"/>
                <w:sz w:val="20"/>
                <w:szCs w:val="20"/>
              </w:rPr>
              <w:t>保留給</w:t>
            </w:r>
            <w:r w:rsidRPr="008D5CAD">
              <w:rPr>
                <w:rFonts w:cs="Arial" w:hint="eastAsia"/>
                <w:sz w:val="20"/>
                <w:szCs w:val="20"/>
              </w:rPr>
              <w:t>MLC AXIS CONTROL FUNCTION</w:t>
            </w:r>
          </w:p>
        </w:tc>
        <w:tc>
          <w:tcPr>
            <w:tcW w:w="960" w:type="dxa"/>
          </w:tcPr>
          <w:p w14:paraId="369626EF" w14:textId="77777777" w:rsidR="00AE098B" w:rsidRPr="008D5CAD" w:rsidRDefault="00AE098B" w:rsidP="008D5CAD">
            <w:pPr>
              <w:snapToGrid w:val="0"/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424482FC" w14:textId="77777777" w:rsidR="00AE098B" w:rsidRPr="00305A4B" w:rsidRDefault="00AE098B" w:rsidP="00AE098B">
      <w:pPr>
        <w:autoSpaceDE w:val="0"/>
        <w:autoSpaceDN w:val="0"/>
        <w:textAlignment w:val="bottom"/>
        <w:rPr>
          <w:rFonts w:ascii="新細明體" w:hAnsi="新細明體"/>
          <w:b/>
          <w:sz w:val="28"/>
          <w:szCs w:val="28"/>
        </w:rPr>
      </w:pPr>
    </w:p>
    <w:p w14:paraId="09657E70" w14:textId="77777777" w:rsidR="00AE098B" w:rsidRDefault="00AE098B">
      <w:pPr>
        <w:spacing w:before="160"/>
        <w:rPr>
          <w:rFonts w:ascii="Times New Roman" w:eastAsia="新細明體" w:hAnsi="Times New Roman"/>
          <w:color w:val="auto"/>
          <w:lang w:eastAsia="zh-TW"/>
        </w:rPr>
      </w:pPr>
    </w:p>
    <w:p w14:paraId="28373C4A" w14:textId="77777777" w:rsidR="00AE098B" w:rsidRPr="00B45A67" w:rsidRDefault="00AE098B">
      <w:pPr>
        <w:spacing w:before="160"/>
        <w:rPr>
          <w:rFonts w:ascii="Times New Roman" w:eastAsia="新細明體" w:hAnsi="Times New Roman"/>
          <w:color w:val="auto"/>
          <w:lang w:eastAsia="zh-TW"/>
        </w:rPr>
      </w:pPr>
    </w:p>
    <w:p w14:paraId="6B6884F0" w14:textId="77777777" w:rsidR="00726BEB" w:rsidRDefault="00726BEB">
      <w:pPr>
        <w:spacing w:after="200" w:line="276" w:lineRule="auto"/>
        <w:rPr>
          <w:rFonts w:ascii="Times New Roman" w:eastAsia="新細明體" w:hAnsi="Times New Roman"/>
          <w:color w:val="auto"/>
          <w:sz w:val="30"/>
          <w:lang w:val="es-PA" w:eastAsia="zh-TW"/>
        </w:rPr>
      </w:pPr>
      <w:r w:rsidRPr="00FA6D9C">
        <w:rPr>
          <w:rFonts w:ascii="Times New Roman" w:eastAsia="新細明體" w:hAnsi="Times New Roman"/>
          <w:color w:val="auto"/>
          <w:sz w:val="30"/>
          <w:lang w:val="es-PA" w:eastAsia="zh-TW"/>
        </w:rPr>
        <w:br w:type="page"/>
      </w:r>
    </w:p>
    <w:p w14:paraId="39844FA8" w14:textId="2B299929" w:rsidR="00D035F4" w:rsidRPr="009249D6" w:rsidRDefault="00D035F4" w:rsidP="00D035F4">
      <w:pPr>
        <w:numPr>
          <w:ilvl w:val="0"/>
          <w:numId w:val="25"/>
        </w:numPr>
        <w:autoSpaceDE w:val="0"/>
        <w:autoSpaceDN w:val="0"/>
        <w:spacing w:after="0" w:line="240" w:lineRule="auto"/>
        <w:textAlignment w:val="bottom"/>
        <w:rPr>
          <w:rFonts w:ascii="新細明體" w:hAnsi="新細明體"/>
          <w:b/>
          <w:sz w:val="32"/>
          <w:szCs w:val="32"/>
        </w:rPr>
      </w:pPr>
      <w:r>
        <w:rPr>
          <w:rFonts w:ascii="新細明體" w:eastAsia="新細明體" w:hAnsi="新細明體" w:hint="eastAsia"/>
          <w:b/>
          <w:sz w:val="32"/>
          <w:szCs w:val="32"/>
          <w:lang w:eastAsia="zh-TW"/>
        </w:rPr>
        <w:lastRenderedPageBreak/>
        <w:t>銑床與手臂IO表</w:t>
      </w:r>
    </w:p>
    <w:p w14:paraId="20EC29FF" w14:textId="142CAC3C" w:rsidR="00D8757C" w:rsidRDefault="0041131E">
      <w:pPr>
        <w:spacing w:after="200" w:line="276" w:lineRule="auto"/>
        <w:rPr>
          <w:rFonts w:ascii="Times New Roman" w:eastAsia="新細明體" w:hAnsi="Times New Roman"/>
          <w:color w:val="auto"/>
          <w:sz w:val="30"/>
          <w:lang w:val="es-PA" w:eastAsia="zh-TW"/>
        </w:rPr>
      </w:pPr>
      <w:r w:rsidRPr="0041131E">
        <w:rPr>
          <w:rFonts w:ascii="Times New Roman" w:eastAsia="新細明體" w:hAnsi="Times New Roman"/>
          <w:noProof/>
          <w:color w:val="auto"/>
          <w:sz w:val="30"/>
          <w:lang w:val="es-PA" w:eastAsia="zh-TW"/>
        </w:rPr>
        <w:drawing>
          <wp:inline distT="0" distB="0" distL="0" distR="0" wp14:anchorId="10D832F8" wp14:editId="2E885EE4">
            <wp:extent cx="5943600" cy="5770880"/>
            <wp:effectExtent l="0" t="0" r="0" b="127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7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952EB" w14:textId="540D36B1" w:rsidR="00D8757C" w:rsidRPr="00FA6D9C" w:rsidRDefault="00727140">
      <w:pPr>
        <w:spacing w:after="200" w:line="276" w:lineRule="auto"/>
        <w:rPr>
          <w:rFonts w:ascii="Times New Roman" w:eastAsia="新細明體" w:hAnsi="Times New Roman"/>
          <w:color w:val="auto"/>
          <w:sz w:val="30"/>
          <w:lang w:val="es-PA" w:eastAsia="zh-TW"/>
        </w:rPr>
      </w:pPr>
      <w:r w:rsidRPr="00727140">
        <w:rPr>
          <w:rFonts w:ascii="Times New Roman" w:eastAsia="新細明體" w:hAnsi="Times New Roman"/>
          <w:noProof/>
          <w:color w:val="auto"/>
          <w:sz w:val="30"/>
          <w:lang w:val="es-PA" w:eastAsia="zh-TW"/>
        </w:rPr>
        <w:lastRenderedPageBreak/>
        <w:drawing>
          <wp:inline distT="0" distB="0" distL="0" distR="0" wp14:anchorId="19F80D81" wp14:editId="2057BCCF">
            <wp:extent cx="5943600" cy="600964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0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757C" w:rsidRPr="00FA6D9C" w:rsidSect="00034616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C72A6" w14:textId="77777777" w:rsidR="008A1E86" w:rsidRDefault="008A1E86">
      <w:pPr>
        <w:spacing w:after="0" w:line="240" w:lineRule="auto"/>
      </w:pPr>
      <w:r>
        <w:separator/>
      </w:r>
    </w:p>
  </w:endnote>
  <w:endnote w:type="continuationSeparator" w:id="0">
    <w:p w14:paraId="25372DB2" w14:textId="77777777" w:rsidR="008A1E86" w:rsidRDefault="008A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21DD2" w14:textId="77777777" w:rsidR="00D95183" w:rsidRDefault="008B77A0">
    <w:pPr>
      <w:pStyle w:val="a7"/>
      <w:jc w:val="center"/>
    </w:pPr>
    <w:r>
      <w:rPr>
        <w:color w:val="787878"/>
        <w:sz w:val="18"/>
      </w:rPr>
      <w:t>第</w:t>
    </w:r>
    <w:r>
      <w:rPr>
        <w:color w:val="787878"/>
        <w:sz w:val="18"/>
      </w:rPr>
      <w:t xml:space="preserve"> </w:t>
    </w:r>
    <w:r>
      <w:rPr>
        <w:color w:val="787878"/>
        <w:sz w:val="18"/>
      </w:rPr>
      <w:fldChar w:fldCharType="begin"/>
    </w:r>
    <w:r>
      <w:rPr>
        <w:color w:val="787878"/>
        <w:sz w:val="18"/>
      </w:rPr>
      <w:instrText>PAGE</w:instrText>
    </w:r>
    <w:r>
      <w:rPr>
        <w:color w:val="787878"/>
        <w:sz w:val="18"/>
      </w:rPr>
      <w:fldChar w:fldCharType="separate"/>
    </w:r>
    <w:r w:rsidR="004512C3">
      <w:rPr>
        <w:noProof/>
        <w:color w:val="787878"/>
        <w:sz w:val="18"/>
      </w:rPr>
      <w:t>1</w:t>
    </w:r>
    <w:r>
      <w:rPr>
        <w:color w:val="787878"/>
        <w:sz w:val="18"/>
      </w:rPr>
      <w:fldChar w:fldCharType="end"/>
    </w:r>
    <w:r>
      <w:rPr>
        <w:color w:val="787878"/>
        <w:sz w:val="18"/>
      </w:rPr>
      <w:t xml:space="preserve"> </w:t>
    </w:r>
    <w:r>
      <w:rPr>
        <w:color w:val="787878"/>
        <w:sz w:val="18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588CD" w14:textId="77777777" w:rsidR="008A1E86" w:rsidRDefault="008A1E86">
      <w:pPr>
        <w:spacing w:after="0" w:line="240" w:lineRule="auto"/>
      </w:pPr>
      <w:r>
        <w:separator/>
      </w:r>
    </w:p>
  </w:footnote>
  <w:footnote w:type="continuationSeparator" w:id="0">
    <w:p w14:paraId="530FAA1A" w14:textId="77777777" w:rsidR="008A1E86" w:rsidRDefault="008A1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23361660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58F6AC5"/>
    <w:multiLevelType w:val="hybridMultilevel"/>
    <w:tmpl w:val="2F44CCD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AAA4D9B"/>
    <w:multiLevelType w:val="hybridMultilevel"/>
    <w:tmpl w:val="8C54F0E6"/>
    <w:lvl w:ilvl="0" w:tplc="FFFFFFFF">
      <w:start w:val="1"/>
      <w:numFmt w:val="decimal"/>
      <w:lvlText w:val="%1."/>
      <w:lvlJc w:val="left"/>
      <w:pPr>
        <w:tabs>
          <w:tab w:val="num" w:pos="2488"/>
        </w:tabs>
        <w:ind w:left="2488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2422"/>
        </w:tabs>
        <w:ind w:left="2422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902"/>
        </w:tabs>
        <w:ind w:left="2902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82"/>
        </w:tabs>
        <w:ind w:left="3382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862"/>
        </w:tabs>
        <w:ind w:left="3862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42"/>
        </w:tabs>
        <w:ind w:left="4342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5302"/>
        </w:tabs>
        <w:ind w:left="5302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82"/>
        </w:tabs>
        <w:ind w:left="5782" w:hanging="480"/>
      </w:pPr>
    </w:lvl>
  </w:abstractNum>
  <w:abstractNum w:abstractNumId="8" w15:restartNumberingAfterBreak="0">
    <w:nsid w:val="0F4E4330"/>
    <w:multiLevelType w:val="hybridMultilevel"/>
    <w:tmpl w:val="9A9CC788"/>
    <w:lvl w:ilvl="0" w:tplc="2FA8B482">
      <w:start w:val="1"/>
      <w:numFmt w:val="decimal"/>
      <w:lvlText w:val="(%1)"/>
      <w:lvlJc w:val="left"/>
      <w:pPr>
        <w:ind w:left="1080" w:hanging="480"/>
      </w:pPr>
      <w:rPr>
        <w:rFonts w:hint="eastAsia"/>
      </w:rPr>
    </w:lvl>
    <w:lvl w:ilvl="1" w:tplc="FFFFFFFF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149D76EA"/>
    <w:multiLevelType w:val="hybridMultilevel"/>
    <w:tmpl w:val="6F4C11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9F919B6"/>
    <w:multiLevelType w:val="hybridMultilevel"/>
    <w:tmpl w:val="135E58B0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11" w15:restartNumberingAfterBreak="0">
    <w:nsid w:val="1F221007"/>
    <w:multiLevelType w:val="hybridMultilevel"/>
    <w:tmpl w:val="3E524FB8"/>
    <w:lvl w:ilvl="0" w:tplc="FFFFFFFF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1">
      <w:start w:val="1"/>
      <w:numFmt w:val="upperLetter"/>
      <w:lvlText w:val="%2."/>
      <w:lvlJc w:val="left"/>
      <w:pPr>
        <w:ind w:left="7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2" w15:restartNumberingAfterBreak="0">
    <w:nsid w:val="1F7179B1"/>
    <w:multiLevelType w:val="hybridMultilevel"/>
    <w:tmpl w:val="8C54F0E6"/>
    <w:lvl w:ilvl="0" w:tplc="FFFFFFFF">
      <w:start w:val="1"/>
      <w:numFmt w:val="decimal"/>
      <w:lvlText w:val="%1."/>
      <w:lvlJc w:val="left"/>
      <w:pPr>
        <w:tabs>
          <w:tab w:val="num" w:pos="2488"/>
        </w:tabs>
        <w:ind w:left="2488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2422"/>
        </w:tabs>
        <w:ind w:left="2422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902"/>
        </w:tabs>
        <w:ind w:left="2902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82"/>
        </w:tabs>
        <w:ind w:left="3382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862"/>
        </w:tabs>
        <w:ind w:left="3862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42"/>
        </w:tabs>
        <w:ind w:left="4342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5302"/>
        </w:tabs>
        <w:ind w:left="5302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82"/>
        </w:tabs>
        <w:ind w:left="5782" w:hanging="480"/>
      </w:pPr>
    </w:lvl>
  </w:abstractNum>
  <w:abstractNum w:abstractNumId="13" w15:restartNumberingAfterBreak="0">
    <w:nsid w:val="1FA1090B"/>
    <w:multiLevelType w:val="hybridMultilevel"/>
    <w:tmpl w:val="CDDE539A"/>
    <w:lvl w:ilvl="0" w:tplc="FFFFFFFF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FFFFFFFF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4" w15:restartNumberingAfterBreak="0">
    <w:nsid w:val="29D87485"/>
    <w:multiLevelType w:val="hybridMultilevel"/>
    <w:tmpl w:val="A8928CF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B436570"/>
    <w:multiLevelType w:val="hybridMultilevel"/>
    <w:tmpl w:val="AC96757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F340BB5"/>
    <w:multiLevelType w:val="hybridMultilevel"/>
    <w:tmpl w:val="8AF8DADC"/>
    <w:lvl w:ilvl="0" w:tplc="AD86918E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631964"/>
    <w:multiLevelType w:val="hybridMultilevel"/>
    <w:tmpl w:val="A5009A4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3F626EA"/>
    <w:multiLevelType w:val="hybridMultilevel"/>
    <w:tmpl w:val="1310905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8B004C8"/>
    <w:multiLevelType w:val="hybridMultilevel"/>
    <w:tmpl w:val="2878102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B2E2004"/>
    <w:multiLevelType w:val="hybridMultilevel"/>
    <w:tmpl w:val="8C54F0E6"/>
    <w:lvl w:ilvl="0" w:tplc="0409000F">
      <w:start w:val="1"/>
      <w:numFmt w:val="decimal"/>
      <w:lvlText w:val="%1."/>
      <w:lvlJc w:val="left"/>
      <w:pPr>
        <w:tabs>
          <w:tab w:val="num" w:pos="2488"/>
        </w:tabs>
        <w:ind w:left="2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22"/>
        </w:tabs>
        <w:ind w:left="2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02"/>
        </w:tabs>
        <w:ind w:left="2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82"/>
        </w:tabs>
        <w:ind w:left="3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62"/>
        </w:tabs>
        <w:ind w:left="3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2"/>
        </w:tabs>
        <w:ind w:left="4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02"/>
        </w:tabs>
        <w:ind w:left="5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82"/>
        </w:tabs>
        <w:ind w:left="5782" w:hanging="480"/>
      </w:pPr>
    </w:lvl>
  </w:abstractNum>
  <w:abstractNum w:abstractNumId="21" w15:restartNumberingAfterBreak="0">
    <w:nsid w:val="3B61457A"/>
    <w:multiLevelType w:val="hybridMultilevel"/>
    <w:tmpl w:val="28A834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177B1E"/>
    <w:multiLevelType w:val="hybridMultilevel"/>
    <w:tmpl w:val="EF400CF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1743DD1"/>
    <w:multiLevelType w:val="hybridMultilevel"/>
    <w:tmpl w:val="585C355C"/>
    <w:lvl w:ilvl="0" w:tplc="FFFFFFFF">
      <w:start w:val="1"/>
      <w:numFmt w:val="decimal"/>
      <w:lvlText w:val="(%1)"/>
      <w:lvlJc w:val="left"/>
      <w:pPr>
        <w:ind w:left="905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385" w:hanging="480"/>
      </w:pPr>
    </w:lvl>
    <w:lvl w:ilvl="2" w:tplc="FFFFFFFF" w:tentative="1">
      <w:start w:val="1"/>
      <w:numFmt w:val="lowerRoman"/>
      <w:lvlText w:val="%3."/>
      <w:lvlJc w:val="right"/>
      <w:pPr>
        <w:ind w:left="1865" w:hanging="480"/>
      </w:pPr>
    </w:lvl>
    <w:lvl w:ilvl="3" w:tplc="FFFFFFFF" w:tentative="1">
      <w:start w:val="1"/>
      <w:numFmt w:val="decimal"/>
      <w:lvlText w:val="%4."/>
      <w:lvlJc w:val="left"/>
      <w:pPr>
        <w:ind w:left="234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5" w:hanging="480"/>
      </w:pPr>
    </w:lvl>
    <w:lvl w:ilvl="5" w:tplc="FFFFFFFF" w:tentative="1">
      <w:start w:val="1"/>
      <w:numFmt w:val="lowerRoman"/>
      <w:lvlText w:val="%6."/>
      <w:lvlJc w:val="right"/>
      <w:pPr>
        <w:ind w:left="3305" w:hanging="480"/>
      </w:pPr>
    </w:lvl>
    <w:lvl w:ilvl="6" w:tplc="FFFFFFFF" w:tentative="1">
      <w:start w:val="1"/>
      <w:numFmt w:val="decimal"/>
      <w:lvlText w:val="%7."/>
      <w:lvlJc w:val="left"/>
      <w:pPr>
        <w:ind w:left="378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5" w:hanging="480"/>
      </w:pPr>
    </w:lvl>
    <w:lvl w:ilvl="8" w:tplc="FFFFFFFF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4" w15:restartNumberingAfterBreak="0">
    <w:nsid w:val="483D189C"/>
    <w:multiLevelType w:val="hybridMultilevel"/>
    <w:tmpl w:val="9D0EC2C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C29118E"/>
    <w:multiLevelType w:val="hybridMultilevel"/>
    <w:tmpl w:val="F1EA349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E3A49C1"/>
    <w:multiLevelType w:val="hybridMultilevel"/>
    <w:tmpl w:val="70AA9694"/>
    <w:lvl w:ilvl="0" w:tplc="8D3E0386">
      <w:start w:val="1"/>
      <w:numFmt w:val="taiwaneseCountingThousand"/>
      <w:lvlText w:val="(%1)"/>
      <w:lvlJc w:val="left"/>
      <w:pPr>
        <w:ind w:left="794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7" w15:restartNumberingAfterBreak="0">
    <w:nsid w:val="509D64C3"/>
    <w:multiLevelType w:val="hybridMultilevel"/>
    <w:tmpl w:val="86DC475C"/>
    <w:lvl w:ilvl="0" w:tplc="A8A684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E665B5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4C04C9"/>
    <w:multiLevelType w:val="hybridMultilevel"/>
    <w:tmpl w:val="6AD2914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7942233"/>
    <w:multiLevelType w:val="hybridMultilevel"/>
    <w:tmpl w:val="4BC410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8F450D6"/>
    <w:multiLevelType w:val="hybridMultilevel"/>
    <w:tmpl w:val="B93A972A"/>
    <w:lvl w:ilvl="0" w:tplc="2FA8B48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FA62A69"/>
    <w:multiLevelType w:val="hybridMultilevel"/>
    <w:tmpl w:val="7C5A2C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66F81797"/>
    <w:multiLevelType w:val="hybridMultilevel"/>
    <w:tmpl w:val="32A077EC"/>
    <w:lvl w:ilvl="0" w:tplc="FFFFFFFF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A0C15CD"/>
    <w:multiLevelType w:val="hybridMultilevel"/>
    <w:tmpl w:val="CDDE539A"/>
    <w:lvl w:ilvl="0" w:tplc="ABF8E16E">
      <w:start w:val="1"/>
      <w:numFmt w:val="decimal"/>
      <w:lvlText w:val="(%1)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34" w15:restartNumberingAfterBreak="0">
    <w:nsid w:val="6B586278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35" w15:restartNumberingAfterBreak="0">
    <w:nsid w:val="6D8C6229"/>
    <w:multiLevelType w:val="hybridMultilevel"/>
    <w:tmpl w:val="32A077EC"/>
    <w:lvl w:ilvl="0" w:tplc="FFFFFFFF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18A0403"/>
    <w:multiLevelType w:val="hybridMultilevel"/>
    <w:tmpl w:val="7C6E111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7176F23"/>
    <w:multiLevelType w:val="hybridMultilevel"/>
    <w:tmpl w:val="32A077EC"/>
    <w:lvl w:ilvl="0" w:tplc="ABF8E16E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788F510A"/>
    <w:multiLevelType w:val="hybridMultilevel"/>
    <w:tmpl w:val="585C355C"/>
    <w:lvl w:ilvl="0" w:tplc="ABF8E16E">
      <w:start w:val="1"/>
      <w:numFmt w:val="decimal"/>
      <w:lvlText w:val="(%1)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9" w15:restartNumberingAfterBreak="0">
    <w:nsid w:val="7EEA3019"/>
    <w:multiLevelType w:val="hybridMultilevel"/>
    <w:tmpl w:val="D61A1CA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74112480">
    <w:abstractNumId w:val="5"/>
  </w:num>
  <w:num w:numId="2" w16cid:durableId="673261088">
    <w:abstractNumId w:val="3"/>
  </w:num>
  <w:num w:numId="3" w16cid:durableId="953711210">
    <w:abstractNumId w:val="2"/>
  </w:num>
  <w:num w:numId="4" w16cid:durableId="1014191518">
    <w:abstractNumId w:val="4"/>
  </w:num>
  <w:num w:numId="5" w16cid:durableId="1772898039">
    <w:abstractNumId w:val="1"/>
  </w:num>
  <w:num w:numId="6" w16cid:durableId="644511951">
    <w:abstractNumId w:val="0"/>
  </w:num>
  <w:num w:numId="7" w16cid:durableId="455216061">
    <w:abstractNumId w:val="9"/>
  </w:num>
  <w:num w:numId="8" w16cid:durableId="1980301503">
    <w:abstractNumId w:val="24"/>
  </w:num>
  <w:num w:numId="9" w16cid:durableId="1244880010">
    <w:abstractNumId w:val="15"/>
  </w:num>
  <w:num w:numId="10" w16cid:durableId="522473454">
    <w:abstractNumId w:val="17"/>
  </w:num>
  <w:num w:numId="11" w16cid:durableId="1327392351">
    <w:abstractNumId w:val="6"/>
  </w:num>
  <w:num w:numId="12" w16cid:durableId="1424649424">
    <w:abstractNumId w:val="22"/>
  </w:num>
  <w:num w:numId="13" w16cid:durableId="1797403492">
    <w:abstractNumId w:val="25"/>
  </w:num>
  <w:num w:numId="14" w16cid:durableId="680090357">
    <w:abstractNumId w:val="21"/>
  </w:num>
  <w:num w:numId="15" w16cid:durableId="1289313291">
    <w:abstractNumId w:val="28"/>
  </w:num>
  <w:num w:numId="16" w16cid:durableId="548346156">
    <w:abstractNumId w:val="29"/>
  </w:num>
  <w:num w:numId="17" w16cid:durableId="1696224764">
    <w:abstractNumId w:val="31"/>
  </w:num>
  <w:num w:numId="18" w16cid:durableId="103234461">
    <w:abstractNumId w:val="14"/>
  </w:num>
  <w:num w:numId="19" w16cid:durableId="156073438">
    <w:abstractNumId w:val="39"/>
  </w:num>
  <w:num w:numId="20" w16cid:durableId="547844156">
    <w:abstractNumId w:val="18"/>
  </w:num>
  <w:num w:numId="21" w16cid:durableId="1031996230">
    <w:abstractNumId w:val="19"/>
  </w:num>
  <w:num w:numId="22" w16cid:durableId="257954789">
    <w:abstractNumId w:val="20"/>
  </w:num>
  <w:num w:numId="23" w16cid:durableId="691342098">
    <w:abstractNumId w:val="33"/>
  </w:num>
  <w:num w:numId="24" w16cid:durableId="1566336739">
    <w:abstractNumId w:val="10"/>
  </w:num>
  <w:num w:numId="25" w16cid:durableId="305286470">
    <w:abstractNumId w:val="27"/>
  </w:num>
  <w:num w:numId="26" w16cid:durableId="1480000226">
    <w:abstractNumId w:val="16"/>
  </w:num>
  <w:num w:numId="27" w16cid:durableId="1787192352">
    <w:abstractNumId w:val="37"/>
  </w:num>
  <w:num w:numId="28" w16cid:durableId="1628320300">
    <w:abstractNumId w:val="38"/>
  </w:num>
  <w:num w:numId="29" w16cid:durableId="2064600626">
    <w:abstractNumId w:val="26"/>
  </w:num>
  <w:num w:numId="30" w16cid:durableId="1675961355">
    <w:abstractNumId w:val="34"/>
  </w:num>
  <w:num w:numId="31" w16cid:durableId="233513379">
    <w:abstractNumId w:val="11"/>
  </w:num>
  <w:num w:numId="32" w16cid:durableId="1454517862">
    <w:abstractNumId w:val="8"/>
  </w:num>
  <w:num w:numId="33" w16cid:durableId="161434941">
    <w:abstractNumId w:val="7"/>
  </w:num>
  <w:num w:numId="34" w16cid:durableId="571158572">
    <w:abstractNumId w:val="36"/>
  </w:num>
  <w:num w:numId="35" w16cid:durableId="1122767922">
    <w:abstractNumId w:val="12"/>
  </w:num>
  <w:num w:numId="36" w16cid:durableId="196820795">
    <w:abstractNumId w:val="35"/>
  </w:num>
  <w:num w:numId="37" w16cid:durableId="1381781184">
    <w:abstractNumId w:val="30"/>
  </w:num>
  <w:num w:numId="38" w16cid:durableId="269162795">
    <w:abstractNumId w:val="13"/>
  </w:num>
  <w:num w:numId="39" w16cid:durableId="1170104077">
    <w:abstractNumId w:val="23"/>
  </w:num>
  <w:num w:numId="40" w16cid:durableId="558178129">
    <w:abstractNumId w:val="3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039B"/>
    <w:rsid w:val="000004A4"/>
    <w:rsid w:val="00002B03"/>
    <w:rsid w:val="0002169C"/>
    <w:rsid w:val="00034616"/>
    <w:rsid w:val="0005253B"/>
    <w:rsid w:val="0006063C"/>
    <w:rsid w:val="0006091F"/>
    <w:rsid w:val="00072573"/>
    <w:rsid w:val="000779B5"/>
    <w:rsid w:val="000802E9"/>
    <w:rsid w:val="000869CD"/>
    <w:rsid w:val="00090BF2"/>
    <w:rsid w:val="00091DA1"/>
    <w:rsid w:val="000C40D4"/>
    <w:rsid w:val="000D40A2"/>
    <w:rsid w:val="000D444E"/>
    <w:rsid w:val="000E63E0"/>
    <w:rsid w:val="00135D8C"/>
    <w:rsid w:val="00140DC1"/>
    <w:rsid w:val="0015074B"/>
    <w:rsid w:val="00154877"/>
    <w:rsid w:val="00170846"/>
    <w:rsid w:val="00183D02"/>
    <w:rsid w:val="001A341E"/>
    <w:rsid w:val="001D2B77"/>
    <w:rsid w:val="001F0A78"/>
    <w:rsid w:val="001F2E6F"/>
    <w:rsid w:val="001F344F"/>
    <w:rsid w:val="001F63E0"/>
    <w:rsid w:val="00232096"/>
    <w:rsid w:val="00246993"/>
    <w:rsid w:val="002604C5"/>
    <w:rsid w:val="00271D19"/>
    <w:rsid w:val="0029639D"/>
    <w:rsid w:val="002A6EB2"/>
    <w:rsid w:val="002B176E"/>
    <w:rsid w:val="002B3375"/>
    <w:rsid w:val="002D3CB7"/>
    <w:rsid w:val="002D5DF3"/>
    <w:rsid w:val="002F4EE4"/>
    <w:rsid w:val="00314ABF"/>
    <w:rsid w:val="00315AE2"/>
    <w:rsid w:val="00326F90"/>
    <w:rsid w:val="00334FD1"/>
    <w:rsid w:val="003550EE"/>
    <w:rsid w:val="0036085F"/>
    <w:rsid w:val="00365C3F"/>
    <w:rsid w:val="00377AE5"/>
    <w:rsid w:val="0039355E"/>
    <w:rsid w:val="00397BF7"/>
    <w:rsid w:val="003C6612"/>
    <w:rsid w:val="003F065A"/>
    <w:rsid w:val="003F32CF"/>
    <w:rsid w:val="004077E7"/>
    <w:rsid w:val="0041131E"/>
    <w:rsid w:val="00431553"/>
    <w:rsid w:val="00441CDF"/>
    <w:rsid w:val="004440AF"/>
    <w:rsid w:val="004512C3"/>
    <w:rsid w:val="00460C6B"/>
    <w:rsid w:val="00462C7A"/>
    <w:rsid w:val="004660D9"/>
    <w:rsid w:val="004678BF"/>
    <w:rsid w:val="00471F5D"/>
    <w:rsid w:val="00490CFC"/>
    <w:rsid w:val="004C5316"/>
    <w:rsid w:val="004D65C6"/>
    <w:rsid w:val="00526017"/>
    <w:rsid w:val="00547383"/>
    <w:rsid w:val="00567ED3"/>
    <w:rsid w:val="0057299B"/>
    <w:rsid w:val="00587496"/>
    <w:rsid w:val="005B1FC1"/>
    <w:rsid w:val="005B261C"/>
    <w:rsid w:val="005C3854"/>
    <w:rsid w:val="006229B8"/>
    <w:rsid w:val="00633DC5"/>
    <w:rsid w:val="00646451"/>
    <w:rsid w:val="006612C4"/>
    <w:rsid w:val="0067402D"/>
    <w:rsid w:val="00687B9E"/>
    <w:rsid w:val="006B1EAE"/>
    <w:rsid w:val="006D4BF0"/>
    <w:rsid w:val="006E1397"/>
    <w:rsid w:val="007152EF"/>
    <w:rsid w:val="007224B6"/>
    <w:rsid w:val="00726BEB"/>
    <w:rsid w:val="00727140"/>
    <w:rsid w:val="00732011"/>
    <w:rsid w:val="00764C02"/>
    <w:rsid w:val="00765697"/>
    <w:rsid w:val="00775583"/>
    <w:rsid w:val="007836C8"/>
    <w:rsid w:val="007A1960"/>
    <w:rsid w:val="007B33B8"/>
    <w:rsid w:val="007C3AD2"/>
    <w:rsid w:val="008051F8"/>
    <w:rsid w:val="00816A1D"/>
    <w:rsid w:val="0085780A"/>
    <w:rsid w:val="00873879"/>
    <w:rsid w:val="00894A0B"/>
    <w:rsid w:val="008A1E86"/>
    <w:rsid w:val="008A2702"/>
    <w:rsid w:val="008B77A0"/>
    <w:rsid w:val="008D5CAD"/>
    <w:rsid w:val="008E149E"/>
    <w:rsid w:val="0092402E"/>
    <w:rsid w:val="009249D6"/>
    <w:rsid w:val="00946B36"/>
    <w:rsid w:val="009745EE"/>
    <w:rsid w:val="00976777"/>
    <w:rsid w:val="00980E6B"/>
    <w:rsid w:val="00986828"/>
    <w:rsid w:val="0099063E"/>
    <w:rsid w:val="009A310C"/>
    <w:rsid w:val="009A5570"/>
    <w:rsid w:val="009B3293"/>
    <w:rsid w:val="009C5CA2"/>
    <w:rsid w:val="009D358A"/>
    <w:rsid w:val="00A04917"/>
    <w:rsid w:val="00A13AAC"/>
    <w:rsid w:val="00A22B87"/>
    <w:rsid w:val="00A37695"/>
    <w:rsid w:val="00A439DB"/>
    <w:rsid w:val="00AA1D8D"/>
    <w:rsid w:val="00AD61E0"/>
    <w:rsid w:val="00AE098B"/>
    <w:rsid w:val="00B02545"/>
    <w:rsid w:val="00B26EA5"/>
    <w:rsid w:val="00B411C7"/>
    <w:rsid w:val="00B45A67"/>
    <w:rsid w:val="00B47730"/>
    <w:rsid w:val="00B50B5E"/>
    <w:rsid w:val="00B55E83"/>
    <w:rsid w:val="00B56FDE"/>
    <w:rsid w:val="00B632C9"/>
    <w:rsid w:val="00B664AF"/>
    <w:rsid w:val="00BB4007"/>
    <w:rsid w:val="00BD5792"/>
    <w:rsid w:val="00C95546"/>
    <w:rsid w:val="00CB0664"/>
    <w:rsid w:val="00CB23DF"/>
    <w:rsid w:val="00CB3B47"/>
    <w:rsid w:val="00CE0BCD"/>
    <w:rsid w:val="00CF1B32"/>
    <w:rsid w:val="00CF3C12"/>
    <w:rsid w:val="00D035F4"/>
    <w:rsid w:val="00D66EF5"/>
    <w:rsid w:val="00D808D0"/>
    <w:rsid w:val="00D8757C"/>
    <w:rsid w:val="00D8795A"/>
    <w:rsid w:val="00D95183"/>
    <w:rsid w:val="00DB6B09"/>
    <w:rsid w:val="00DE1526"/>
    <w:rsid w:val="00E50516"/>
    <w:rsid w:val="00E559D0"/>
    <w:rsid w:val="00E81738"/>
    <w:rsid w:val="00E86CA5"/>
    <w:rsid w:val="00E94959"/>
    <w:rsid w:val="00EB75EB"/>
    <w:rsid w:val="00ED4F68"/>
    <w:rsid w:val="00EE03E1"/>
    <w:rsid w:val="00EF3906"/>
    <w:rsid w:val="00F068C5"/>
    <w:rsid w:val="00F16D5D"/>
    <w:rsid w:val="00F37F21"/>
    <w:rsid w:val="00F4548F"/>
    <w:rsid w:val="00F840DC"/>
    <w:rsid w:val="00FA37E9"/>
    <w:rsid w:val="00FA6D9C"/>
    <w:rsid w:val="00FC693F"/>
    <w:rsid w:val="00FE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0A0188"/>
  <w14:defaultImageDpi w14:val="300"/>
  <w15:docId w15:val="{954D1D2D-F152-498F-9680-7441860BF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300" w:lineRule="auto"/>
    </w:pPr>
    <w:rPr>
      <w:rFonts w:ascii="微軟正黑體" w:hAnsi="微軟正黑體"/>
      <w:color w:val="282828"/>
    </w:rPr>
  </w:style>
  <w:style w:type="paragraph" w:styleId="1">
    <w:name w:val="heading 1"/>
    <w:basedOn w:val="a1"/>
    <w:next w:val="a1"/>
    <w:link w:val="10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link w:val="aa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Title"/>
    <w:basedOn w:val="a1"/>
    <w:next w:val="a1"/>
    <w:link w:val="ac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標題 字元"/>
    <w:basedOn w:val="a2"/>
    <w:link w:val="ab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1"/>
    <w:next w:val="a1"/>
    <w:link w:val="ae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副標題 字元"/>
    <w:basedOn w:val="a2"/>
    <w:link w:val="ad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0">
    <w:name w:val="Body Text"/>
    <w:basedOn w:val="a1"/>
    <w:link w:val="af1"/>
    <w:unhideWhenUsed/>
    <w:rsid w:val="00AA1D8D"/>
  </w:style>
  <w:style w:type="character" w:customStyle="1" w:styleId="af1">
    <w:name w:val="本文 字元"/>
    <w:basedOn w:val="a2"/>
    <w:link w:val="af0"/>
    <w:rsid w:val="00AA1D8D"/>
  </w:style>
  <w:style w:type="paragraph" w:styleId="23">
    <w:name w:val="Body Text 2"/>
    <w:basedOn w:val="a1"/>
    <w:link w:val="24"/>
    <w:unhideWhenUsed/>
    <w:rsid w:val="00AA1D8D"/>
    <w:pPr>
      <w:spacing w:line="480" w:lineRule="auto"/>
    </w:pPr>
  </w:style>
  <w:style w:type="character" w:customStyle="1" w:styleId="24">
    <w:name w:val="本文 2 字元"/>
    <w:basedOn w:val="a2"/>
    <w:link w:val="23"/>
    <w:rsid w:val="00AA1D8D"/>
  </w:style>
  <w:style w:type="paragraph" w:styleId="33">
    <w:name w:val="Body Text 3"/>
    <w:basedOn w:val="a1"/>
    <w:link w:val="34"/>
    <w:unhideWhenUsed/>
    <w:rsid w:val="00AA1D8D"/>
    <w:rPr>
      <w:sz w:val="16"/>
      <w:szCs w:val="16"/>
    </w:rPr>
  </w:style>
  <w:style w:type="character" w:customStyle="1" w:styleId="34">
    <w:name w:val="本文 3 字元"/>
    <w:basedOn w:val="a2"/>
    <w:link w:val="33"/>
    <w:rsid w:val="00AA1D8D"/>
    <w:rPr>
      <w:sz w:val="16"/>
      <w:szCs w:val="16"/>
    </w:rPr>
  </w:style>
  <w:style w:type="paragraph" w:styleId="af2">
    <w:name w:val="List"/>
    <w:basedOn w:val="a1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4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5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af3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nhideWhenUsed/>
    <w:rsid w:val="0029639D"/>
    <w:pPr>
      <w:ind w:left="720"/>
      <w:contextualSpacing/>
    </w:pPr>
  </w:style>
  <w:style w:type="paragraph" w:styleId="36">
    <w:name w:val="List Continue 3"/>
    <w:basedOn w:val="a1"/>
    <w:unhideWhenUsed/>
    <w:rsid w:val="0029639D"/>
    <w:pPr>
      <w:ind w:left="1080"/>
      <w:contextualSpacing/>
    </w:pPr>
  </w:style>
  <w:style w:type="paragraph" w:styleId="af4">
    <w:name w:val="macro"/>
    <w:link w:val="af5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5">
    <w:name w:val="巨集文字 字元"/>
    <w:basedOn w:val="a2"/>
    <w:link w:val="af4"/>
    <w:uiPriority w:val="99"/>
    <w:rsid w:val="0029639D"/>
    <w:rPr>
      <w:rFonts w:ascii="Courier" w:hAnsi="Courier"/>
      <w:sz w:val="20"/>
      <w:szCs w:val="20"/>
    </w:rPr>
  </w:style>
  <w:style w:type="paragraph" w:styleId="af6">
    <w:name w:val="Quote"/>
    <w:basedOn w:val="a1"/>
    <w:next w:val="a1"/>
    <w:link w:val="af7"/>
    <w:uiPriority w:val="29"/>
    <w:qFormat/>
    <w:rsid w:val="00FC693F"/>
    <w:rPr>
      <w:i/>
      <w:iCs/>
      <w:color w:val="000000" w:themeColor="text1"/>
    </w:rPr>
  </w:style>
  <w:style w:type="character" w:customStyle="1" w:styleId="af7">
    <w:name w:val="引文 字元"/>
    <w:basedOn w:val="a2"/>
    <w:link w:val="af6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8">
    <w:name w:val="caption"/>
    <w:basedOn w:val="a1"/>
    <w:next w:val="a1"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9">
    <w:name w:val="Strong"/>
    <w:basedOn w:val="a2"/>
    <w:uiPriority w:val="22"/>
    <w:qFormat/>
    <w:rsid w:val="00FC693F"/>
    <w:rPr>
      <w:b/>
      <w:bCs/>
    </w:rPr>
  </w:style>
  <w:style w:type="character" w:styleId="afa">
    <w:name w:val="Emphasis"/>
    <w:basedOn w:val="a2"/>
    <w:uiPriority w:val="20"/>
    <w:qFormat/>
    <w:rsid w:val="00FC693F"/>
    <w:rPr>
      <w:i/>
      <w:iCs/>
    </w:rPr>
  </w:style>
  <w:style w:type="paragraph" w:styleId="afb">
    <w:name w:val="Intense Quote"/>
    <w:basedOn w:val="a1"/>
    <w:next w:val="a1"/>
    <w:link w:val="afc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c">
    <w:name w:val="鮮明引文 字元"/>
    <w:basedOn w:val="a2"/>
    <w:link w:val="afb"/>
    <w:uiPriority w:val="30"/>
    <w:rsid w:val="00FC693F"/>
    <w:rPr>
      <w:b/>
      <w:bCs/>
      <w:i/>
      <w:iCs/>
      <w:color w:val="4F81BD" w:themeColor="accent1"/>
    </w:rPr>
  </w:style>
  <w:style w:type="character" w:styleId="afd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e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f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0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1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2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3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4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5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6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7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8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9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a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51">
    <w:name w:val="Plain Table 5"/>
    <w:basedOn w:val="a3"/>
    <w:uiPriority w:val="99"/>
    <w:rsid w:val="00E559D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HTML">
    <w:name w:val="HTML Code"/>
    <w:basedOn w:val="a2"/>
    <w:uiPriority w:val="99"/>
    <w:semiHidden/>
    <w:unhideWhenUsed/>
    <w:rsid w:val="002D3CB7"/>
    <w:rPr>
      <w:rFonts w:ascii="細明體" w:eastAsia="細明體" w:hAnsi="細明體" w:cs="細明體"/>
      <w:sz w:val="24"/>
      <w:szCs w:val="24"/>
    </w:rPr>
  </w:style>
  <w:style w:type="character" w:styleId="affb">
    <w:name w:val="Hyperlink"/>
    <w:unhideWhenUsed/>
    <w:rsid w:val="00AE098B"/>
    <w:rPr>
      <w:color w:val="0000FF"/>
      <w:u w:val="single"/>
    </w:rPr>
  </w:style>
  <w:style w:type="character" w:styleId="affc">
    <w:name w:val="FollowedHyperlink"/>
    <w:unhideWhenUsed/>
    <w:rsid w:val="00AE098B"/>
    <w:rPr>
      <w:color w:val="800080"/>
      <w:u w:val="single"/>
    </w:rPr>
  </w:style>
  <w:style w:type="paragraph" w:customStyle="1" w:styleId="TableParagraph">
    <w:name w:val="Table Paragraph"/>
    <w:basedOn w:val="a1"/>
    <w:uiPriority w:val="1"/>
    <w:qFormat/>
    <w:rsid w:val="00AE098B"/>
    <w:pPr>
      <w:widowControl w:val="0"/>
      <w:autoSpaceDE w:val="0"/>
      <w:autoSpaceDN w:val="0"/>
      <w:spacing w:before="73" w:after="0" w:line="240" w:lineRule="auto"/>
      <w:ind w:left="115"/>
    </w:pPr>
    <w:rPr>
      <w:rFonts w:ascii="SimSun" w:eastAsia="SimSun" w:hAnsi="SimSun" w:cs="SimSun"/>
      <w:color w:val="auto"/>
      <w:lang w:val="zh-TW" w:eastAsia="zh-TW" w:bidi="zh-TW"/>
    </w:rPr>
  </w:style>
  <w:style w:type="paragraph" w:styleId="affd">
    <w:name w:val="Normal Indent"/>
    <w:basedOn w:val="a1"/>
    <w:rsid w:val="00AE098B"/>
    <w:pPr>
      <w:widowControl w:val="0"/>
      <w:spacing w:after="0" w:line="240" w:lineRule="auto"/>
      <w:ind w:left="480"/>
    </w:pPr>
    <w:rPr>
      <w:rFonts w:ascii="Arial" w:eastAsia="標楷體" w:hAnsi="Arial" w:cs="Times New Roman"/>
      <w:color w:val="auto"/>
      <w:kern w:val="2"/>
      <w:sz w:val="24"/>
      <w:szCs w:val="24"/>
      <w:lang w:eastAsia="zh-TW"/>
    </w:rPr>
  </w:style>
  <w:style w:type="paragraph" w:customStyle="1" w:styleId="affe">
    <w:name w:val="操作手冊樣式"/>
    <w:basedOn w:val="21"/>
    <w:autoRedefine/>
    <w:rsid w:val="00AE098B"/>
    <w:pPr>
      <w:keepLines w:val="0"/>
      <w:widowControl w:val="0"/>
      <w:numPr>
        <w:ilvl w:val="1"/>
      </w:numPr>
      <w:tabs>
        <w:tab w:val="num" w:pos="798"/>
      </w:tabs>
      <w:adjustRightInd w:val="0"/>
      <w:spacing w:before="0" w:line="360" w:lineRule="atLeast"/>
      <w:ind w:left="798" w:hanging="720"/>
      <w:jc w:val="center"/>
      <w:textAlignment w:val="baseline"/>
    </w:pPr>
    <w:rPr>
      <w:rFonts w:ascii="Arial" w:eastAsia="細明體" w:hAnsi="Arial" w:cs="Arial"/>
      <w:b w:val="0"/>
      <w:bCs w:val="0"/>
      <w:color w:val="auto"/>
      <w:sz w:val="72"/>
      <w:szCs w:val="72"/>
      <w:lang w:eastAsia="zh-TW"/>
    </w:rPr>
  </w:style>
  <w:style w:type="paragraph" w:styleId="afff">
    <w:name w:val="Plain Text"/>
    <w:basedOn w:val="a1"/>
    <w:link w:val="afff0"/>
    <w:rsid w:val="00AE098B"/>
    <w:pPr>
      <w:widowControl w:val="0"/>
      <w:spacing w:after="0" w:line="240" w:lineRule="auto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customStyle="1" w:styleId="afff0">
    <w:name w:val="純文字 字元"/>
    <w:basedOn w:val="a2"/>
    <w:link w:val="afff"/>
    <w:rsid w:val="00AE098B"/>
    <w:rPr>
      <w:rFonts w:ascii="Arial" w:eastAsia="標楷體" w:hAnsi="Arial" w:cs="Arial"/>
      <w:kern w:val="2"/>
      <w:sz w:val="24"/>
      <w:szCs w:val="24"/>
      <w:lang w:eastAsia="zh-TW"/>
    </w:rPr>
  </w:style>
  <w:style w:type="paragraph" w:customStyle="1" w:styleId="14">
    <w:name w:val="樣式1"/>
    <w:basedOn w:val="5"/>
    <w:rsid w:val="00AE098B"/>
    <w:pPr>
      <w:keepLines w:val="0"/>
      <w:widowControl w:val="0"/>
      <w:spacing w:before="0" w:line="360" w:lineRule="auto"/>
    </w:pPr>
    <w:rPr>
      <w:rFonts w:ascii="Arial" w:eastAsia="標楷體" w:hAnsi="Arial" w:cs="Arial"/>
      <w:b/>
      <w:bCs/>
      <w:caps/>
      <w:color w:val="auto"/>
      <w:kern w:val="2"/>
      <w:sz w:val="24"/>
      <w:szCs w:val="24"/>
      <w:lang w:eastAsia="zh-TW"/>
    </w:rPr>
  </w:style>
  <w:style w:type="paragraph" w:customStyle="1" w:styleId="2a">
    <w:name w:val="樣式2"/>
    <w:basedOn w:val="5"/>
    <w:rsid w:val="00AE098B"/>
    <w:pPr>
      <w:keepLines w:val="0"/>
      <w:widowControl w:val="0"/>
      <w:spacing w:before="0" w:line="360" w:lineRule="auto"/>
    </w:pPr>
    <w:rPr>
      <w:rFonts w:ascii="Arial" w:eastAsia="標楷體" w:hAnsi="Arial" w:cs="Arial"/>
      <w:b/>
      <w:bCs/>
      <w:caps/>
      <w:color w:val="auto"/>
      <w:kern w:val="2"/>
      <w:sz w:val="24"/>
      <w:szCs w:val="24"/>
      <w:lang w:eastAsia="zh-TW"/>
    </w:rPr>
  </w:style>
  <w:style w:type="paragraph" w:styleId="afff1">
    <w:name w:val="Body Text Indent"/>
    <w:basedOn w:val="a1"/>
    <w:link w:val="afff2"/>
    <w:rsid w:val="00AE098B"/>
    <w:pPr>
      <w:widowControl w:val="0"/>
      <w:spacing w:after="0" w:line="240" w:lineRule="auto"/>
      <w:ind w:left="567" w:firstLine="567"/>
      <w:jc w:val="both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customStyle="1" w:styleId="afff2">
    <w:name w:val="本文縮排 字元"/>
    <w:basedOn w:val="a2"/>
    <w:link w:val="afff1"/>
    <w:rsid w:val="00AE098B"/>
    <w:rPr>
      <w:rFonts w:ascii="Arial" w:eastAsia="標楷體" w:hAnsi="Arial" w:cs="Arial"/>
      <w:kern w:val="2"/>
      <w:sz w:val="24"/>
      <w:szCs w:val="24"/>
      <w:lang w:eastAsia="zh-TW"/>
    </w:rPr>
  </w:style>
  <w:style w:type="paragraph" w:styleId="2b">
    <w:name w:val="Body Text Indent 2"/>
    <w:basedOn w:val="a1"/>
    <w:link w:val="2c"/>
    <w:rsid w:val="00AE098B"/>
    <w:pPr>
      <w:widowControl w:val="0"/>
      <w:spacing w:after="0" w:line="240" w:lineRule="auto"/>
      <w:ind w:left="2127" w:hanging="2127"/>
      <w:jc w:val="both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customStyle="1" w:styleId="2c">
    <w:name w:val="本文縮排 2 字元"/>
    <w:basedOn w:val="a2"/>
    <w:link w:val="2b"/>
    <w:rsid w:val="00AE098B"/>
    <w:rPr>
      <w:rFonts w:ascii="Arial" w:eastAsia="標楷體" w:hAnsi="Arial" w:cs="Arial"/>
      <w:kern w:val="2"/>
      <w:sz w:val="24"/>
      <w:szCs w:val="24"/>
      <w:lang w:eastAsia="zh-TW"/>
    </w:rPr>
  </w:style>
  <w:style w:type="paragraph" w:styleId="38">
    <w:name w:val="Body Text Indent 3"/>
    <w:basedOn w:val="a1"/>
    <w:link w:val="39"/>
    <w:rsid w:val="00AE098B"/>
    <w:pPr>
      <w:widowControl w:val="0"/>
      <w:spacing w:after="0" w:line="240" w:lineRule="auto"/>
      <w:ind w:left="851" w:firstLine="567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customStyle="1" w:styleId="39">
    <w:name w:val="本文縮排 3 字元"/>
    <w:basedOn w:val="a2"/>
    <w:link w:val="38"/>
    <w:rsid w:val="00AE098B"/>
    <w:rPr>
      <w:rFonts w:ascii="Arial" w:eastAsia="標楷體" w:hAnsi="Arial" w:cs="Arial"/>
      <w:kern w:val="2"/>
      <w:sz w:val="24"/>
      <w:szCs w:val="24"/>
      <w:lang w:eastAsia="zh-TW"/>
    </w:rPr>
  </w:style>
  <w:style w:type="paragraph" w:styleId="afff3">
    <w:name w:val="Document Map"/>
    <w:basedOn w:val="a1"/>
    <w:link w:val="afff4"/>
    <w:rsid w:val="00AE098B"/>
    <w:pPr>
      <w:widowControl w:val="0"/>
      <w:shd w:val="clear" w:color="auto" w:fill="000080"/>
      <w:spacing w:after="0" w:line="240" w:lineRule="auto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customStyle="1" w:styleId="afff4">
    <w:name w:val="文件引導模式 字元"/>
    <w:basedOn w:val="a2"/>
    <w:link w:val="afff3"/>
    <w:rsid w:val="00AE098B"/>
    <w:rPr>
      <w:rFonts w:ascii="Arial" w:eastAsia="標楷體" w:hAnsi="Arial" w:cs="Arial"/>
      <w:kern w:val="2"/>
      <w:sz w:val="24"/>
      <w:szCs w:val="24"/>
      <w:shd w:val="clear" w:color="auto" w:fill="000080"/>
      <w:lang w:eastAsia="zh-TW"/>
    </w:rPr>
  </w:style>
  <w:style w:type="character" w:styleId="afff5">
    <w:name w:val="annotation reference"/>
    <w:rsid w:val="00AE098B"/>
    <w:rPr>
      <w:sz w:val="18"/>
      <w:szCs w:val="18"/>
    </w:rPr>
  </w:style>
  <w:style w:type="paragraph" w:styleId="afff6">
    <w:name w:val="annotation text"/>
    <w:basedOn w:val="a1"/>
    <w:link w:val="afff7"/>
    <w:rsid w:val="00AE098B"/>
    <w:pPr>
      <w:widowControl w:val="0"/>
      <w:spacing w:after="0" w:line="240" w:lineRule="auto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customStyle="1" w:styleId="afff7">
    <w:name w:val="註解文字 字元"/>
    <w:basedOn w:val="a2"/>
    <w:link w:val="afff6"/>
    <w:rsid w:val="00AE098B"/>
    <w:rPr>
      <w:rFonts w:ascii="Arial" w:eastAsia="標楷體" w:hAnsi="Arial" w:cs="Arial"/>
      <w:kern w:val="2"/>
      <w:sz w:val="24"/>
      <w:szCs w:val="24"/>
      <w:lang w:eastAsia="zh-TW"/>
    </w:rPr>
  </w:style>
  <w:style w:type="paragraph" w:customStyle="1" w:styleId="afff8">
    <w:name w:val="內文表"/>
    <w:basedOn w:val="a1"/>
    <w:rsid w:val="00AE098B"/>
    <w:pPr>
      <w:widowControl w:val="0"/>
      <w:adjustRightInd w:val="0"/>
      <w:spacing w:after="0" w:line="280" w:lineRule="atLeast"/>
      <w:jc w:val="center"/>
      <w:textAlignment w:val="baseline"/>
    </w:pPr>
    <w:rPr>
      <w:rFonts w:ascii="Arial" w:eastAsia="標楷體" w:hAnsi="Arial" w:cs="Arial"/>
      <w:color w:val="auto"/>
      <w:spacing w:val="30"/>
      <w:lang w:eastAsia="zh-TW"/>
    </w:rPr>
  </w:style>
  <w:style w:type="paragraph" w:customStyle="1" w:styleId="2d">
    <w:name w:val="內文縮排2"/>
    <w:basedOn w:val="41"/>
    <w:rsid w:val="00AE098B"/>
    <w:pPr>
      <w:ind w:left="1247"/>
      <w:jc w:val="both"/>
    </w:pPr>
  </w:style>
  <w:style w:type="paragraph" w:customStyle="1" w:styleId="41">
    <w:name w:val="本文 4"/>
    <w:basedOn w:val="a1"/>
    <w:rsid w:val="00AE098B"/>
    <w:pPr>
      <w:widowControl w:val="0"/>
      <w:spacing w:after="0" w:line="240" w:lineRule="auto"/>
      <w:ind w:left="907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styleId="afff9">
    <w:name w:val="page number"/>
    <w:rsid w:val="00AE098B"/>
    <w:rPr>
      <w:rFonts w:ascii="Arial" w:hAnsi="Arial"/>
      <w:sz w:val="16"/>
      <w:szCs w:val="16"/>
    </w:rPr>
  </w:style>
  <w:style w:type="paragraph" w:styleId="2e">
    <w:name w:val="toc 2"/>
    <w:basedOn w:val="a1"/>
    <w:next w:val="affd"/>
    <w:autoRedefine/>
    <w:uiPriority w:val="39"/>
    <w:rsid w:val="00AE098B"/>
    <w:pPr>
      <w:tabs>
        <w:tab w:val="left" w:pos="1200"/>
        <w:tab w:val="right" w:leader="dot" w:pos="8296"/>
      </w:tabs>
      <w:autoSpaceDE w:val="0"/>
      <w:autoSpaceDN w:val="0"/>
      <w:spacing w:after="0" w:line="240" w:lineRule="auto"/>
      <w:ind w:left="480"/>
      <w:textAlignment w:val="bottom"/>
    </w:pPr>
    <w:rPr>
      <w:rFonts w:ascii="Arial" w:eastAsia="標楷體" w:hAnsi="Arial" w:cs="Times New Roman"/>
      <w:noProof/>
      <w:color w:val="auto"/>
      <w:kern w:val="2"/>
      <w:sz w:val="24"/>
      <w:szCs w:val="24"/>
      <w:lang w:eastAsia="zh-TW"/>
    </w:rPr>
  </w:style>
  <w:style w:type="paragraph" w:styleId="15">
    <w:name w:val="toc 1"/>
    <w:basedOn w:val="a1"/>
    <w:next w:val="a1"/>
    <w:autoRedefine/>
    <w:uiPriority w:val="39"/>
    <w:rsid w:val="00AE098B"/>
    <w:pPr>
      <w:widowControl w:val="0"/>
      <w:tabs>
        <w:tab w:val="left" w:pos="480"/>
        <w:tab w:val="right" w:leader="dot" w:pos="8296"/>
      </w:tabs>
      <w:spacing w:after="0" w:line="240" w:lineRule="auto"/>
    </w:pPr>
    <w:rPr>
      <w:rFonts w:ascii="Arial" w:eastAsia="標楷體" w:hAnsi="Arial" w:cs="Times New Roman"/>
      <w:bCs/>
      <w:noProof/>
      <w:color w:val="auto"/>
      <w:kern w:val="2"/>
      <w:sz w:val="24"/>
      <w:szCs w:val="24"/>
      <w:lang w:eastAsia="zh-TW"/>
    </w:rPr>
  </w:style>
  <w:style w:type="paragraph" w:styleId="3a">
    <w:name w:val="toc 3"/>
    <w:basedOn w:val="a1"/>
    <w:next w:val="a1"/>
    <w:autoRedefine/>
    <w:uiPriority w:val="39"/>
    <w:rsid w:val="00AE098B"/>
    <w:pPr>
      <w:widowControl w:val="0"/>
      <w:tabs>
        <w:tab w:val="left" w:pos="1920"/>
        <w:tab w:val="right" w:leader="dot" w:pos="8296"/>
      </w:tabs>
      <w:spacing w:after="0" w:line="240" w:lineRule="auto"/>
      <w:ind w:left="96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42">
    <w:name w:val="toc 4"/>
    <w:basedOn w:val="a1"/>
    <w:next w:val="a1"/>
    <w:autoRedefine/>
    <w:uiPriority w:val="39"/>
    <w:rsid w:val="00AE098B"/>
    <w:pPr>
      <w:widowControl w:val="0"/>
      <w:spacing w:after="0" w:line="240" w:lineRule="auto"/>
      <w:ind w:left="144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52">
    <w:name w:val="toc 5"/>
    <w:basedOn w:val="a1"/>
    <w:next w:val="a1"/>
    <w:autoRedefine/>
    <w:rsid w:val="00AE098B"/>
    <w:pPr>
      <w:widowControl w:val="0"/>
      <w:spacing w:after="0" w:line="240" w:lineRule="auto"/>
      <w:ind w:left="192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61">
    <w:name w:val="toc 6"/>
    <w:basedOn w:val="a1"/>
    <w:next w:val="a1"/>
    <w:autoRedefine/>
    <w:rsid w:val="00AE098B"/>
    <w:pPr>
      <w:widowControl w:val="0"/>
      <w:spacing w:after="0" w:line="240" w:lineRule="auto"/>
      <w:ind w:left="240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71">
    <w:name w:val="toc 7"/>
    <w:basedOn w:val="a1"/>
    <w:next w:val="a1"/>
    <w:autoRedefine/>
    <w:rsid w:val="00AE098B"/>
    <w:pPr>
      <w:widowControl w:val="0"/>
      <w:spacing w:after="0" w:line="240" w:lineRule="auto"/>
      <w:ind w:left="288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81">
    <w:name w:val="toc 8"/>
    <w:basedOn w:val="a1"/>
    <w:next w:val="a1"/>
    <w:autoRedefine/>
    <w:rsid w:val="00AE098B"/>
    <w:pPr>
      <w:widowControl w:val="0"/>
      <w:spacing w:after="0" w:line="240" w:lineRule="auto"/>
      <w:ind w:left="336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91">
    <w:name w:val="toc 9"/>
    <w:basedOn w:val="a1"/>
    <w:next w:val="a1"/>
    <w:autoRedefine/>
    <w:rsid w:val="00AE098B"/>
    <w:pPr>
      <w:widowControl w:val="0"/>
      <w:spacing w:after="0" w:line="240" w:lineRule="auto"/>
      <w:ind w:left="384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43">
    <w:name w:val="List 4"/>
    <w:basedOn w:val="a1"/>
    <w:rsid w:val="00AE098B"/>
    <w:pPr>
      <w:widowControl w:val="0"/>
      <w:spacing w:after="0" w:line="240" w:lineRule="auto"/>
      <w:ind w:left="1920" w:hanging="48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53">
    <w:name w:val="List 5"/>
    <w:basedOn w:val="a1"/>
    <w:rsid w:val="00AE098B"/>
    <w:pPr>
      <w:widowControl w:val="0"/>
      <w:spacing w:after="0" w:line="240" w:lineRule="auto"/>
      <w:ind w:left="2400" w:hanging="48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customStyle="1" w:styleId="afffa">
    <w:name w:val="地址內"/>
    <w:basedOn w:val="a1"/>
    <w:rsid w:val="00AE098B"/>
    <w:pPr>
      <w:widowControl w:val="0"/>
      <w:spacing w:after="0" w:line="240" w:lineRule="auto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afffb">
    <w:name w:val="envelope return"/>
    <w:basedOn w:val="a1"/>
    <w:rsid w:val="00AE098B"/>
    <w:pPr>
      <w:widowControl w:val="0"/>
      <w:snapToGrid w:val="0"/>
      <w:spacing w:after="0" w:line="240" w:lineRule="auto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paragraph" w:styleId="afffc">
    <w:name w:val="Body Text First Indent"/>
    <w:basedOn w:val="af0"/>
    <w:link w:val="afffd"/>
    <w:rsid w:val="00AE098B"/>
    <w:pPr>
      <w:widowControl w:val="0"/>
      <w:spacing w:line="240" w:lineRule="auto"/>
      <w:ind w:firstLine="210"/>
    </w:pPr>
    <w:rPr>
      <w:rFonts w:ascii="Arial" w:eastAsia="標楷體" w:hAnsi="Arial" w:cs="Arial"/>
      <w:color w:val="auto"/>
      <w:kern w:val="2"/>
      <w:sz w:val="24"/>
      <w:szCs w:val="24"/>
      <w:lang w:eastAsia="zh-TW"/>
    </w:rPr>
  </w:style>
  <w:style w:type="character" w:customStyle="1" w:styleId="afffd">
    <w:name w:val="本文第一層縮排 字元"/>
    <w:basedOn w:val="af1"/>
    <w:link w:val="afffc"/>
    <w:rsid w:val="00AE098B"/>
    <w:rPr>
      <w:rFonts w:ascii="Arial" w:eastAsia="標楷體" w:hAnsi="Arial" w:cs="Arial"/>
      <w:kern w:val="2"/>
      <w:sz w:val="24"/>
      <w:szCs w:val="24"/>
      <w:lang w:eastAsia="zh-TW"/>
    </w:rPr>
  </w:style>
  <w:style w:type="paragraph" w:styleId="2f">
    <w:name w:val="Body Text First Indent 2"/>
    <w:basedOn w:val="afff1"/>
    <w:link w:val="2f0"/>
    <w:rsid w:val="00AE098B"/>
    <w:pPr>
      <w:spacing w:after="120"/>
      <w:ind w:left="480" w:firstLine="210"/>
      <w:jc w:val="left"/>
    </w:pPr>
  </w:style>
  <w:style w:type="character" w:customStyle="1" w:styleId="2f0">
    <w:name w:val="本文第一層縮排 2 字元"/>
    <w:basedOn w:val="afff2"/>
    <w:link w:val="2f"/>
    <w:rsid w:val="00AE098B"/>
    <w:rPr>
      <w:rFonts w:ascii="Arial" w:eastAsia="標楷體" w:hAnsi="Arial" w:cs="Arial"/>
      <w:kern w:val="2"/>
      <w:sz w:val="24"/>
      <w:szCs w:val="24"/>
      <w:lang w:eastAsia="zh-TW"/>
    </w:rPr>
  </w:style>
  <w:style w:type="paragraph" w:customStyle="1" w:styleId="f">
    <w:name w:val="標題 f"/>
    <w:basedOn w:val="a1"/>
    <w:rsid w:val="00AE098B"/>
    <w:pPr>
      <w:widowControl w:val="0"/>
      <w:spacing w:after="0" w:line="240" w:lineRule="auto"/>
    </w:pPr>
    <w:rPr>
      <w:rFonts w:ascii="Arial" w:eastAsia="標楷體" w:hAnsi="Arial" w:cs="Times New Roman"/>
      <w:color w:val="auto"/>
      <w:kern w:val="2"/>
      <w:sz w:val="24"/>
      <w:szCs w:val="24"/>
      <w:lang w:eastAsia="zh-TW"/>
    </w:rPr>
  </w:style>
  <w:style w:type="paragraph" w:styleId="afffe">
    <w:name w:val="Date"/>
    <w:basedOn w:val="a1"/>
    <w:next w:val="a1"/>
    <w:link w:val="affff"/>
    <w:rsid w:val="00AE098B"/>
    <w:pPr>
      <w:widowControl w:val="0"/>
      <w:spacing w:after="0" w:line="240" w:lineRule="auto"/>
      <w:jc w:val="right"/>
    </w:pPr>
    <w:rPr>
      <w:rFonts w:ascii="Arial" w:eastAsia="標楷體" w:hAnsi="Arial" w:cs="Arial"/>
      <w:b/>
      <w:bCs/>
      <w:color w:val="auto"/>
      <w:kern w:val="2"/>
      <w:sz w:val="24"/>
      <w:szCs w:val="24"/>
      <w:lang w:eastAsia="zh-TW"/>
    </w:rPr>
  </w:style>
  <w:style w:type="character" w:customStyle="1" w:styleId="affff">
    <w:name w:val="日期 字元"/>
    <w:basedOn w:val="a2"/>
    <w:link w:val="afffe"/>
    <w:rsid w:val="00AE098B"/>
    <w:rPr>
      <w:rFonts w:ascii="Arial" w:eastAsia="標楷體" w:hAnsi="Arial" w:cs="Arial"/>
      <w:b/>
      <w:bCs/>
      <w:kern w:val="2"/>
      <w:sz w:val="24"/>
      <w:szCs w:val="24"/>
      <w:lang w:eastAsia="zh-TW"/>
    </w:rPr>
  </w:style>
  <w:style w:type="numbering" w:styleId="111111">
    <w:name w:val="Outline List 2"/>
    <w:basedOn w:val="a4"/>
    <w:rsid w:val="00AE098B"/>
    <w:pPr>
      <w:numPr>
        <w:numId w:val="30"/>
      </w:numPr>
    </w:pPr>
  </w:style>
  <w:style w:type="paragraph" w:customStyle="1" w:styleId="54">
    <w:name w:val="標題5"/>
    <w:basedOn w:val="5"/>
    <w:rsid w:val="00AE098B"/>
    <w:pPr>
      <w:keepLines w:val="0"/>
      <w:widowControl w:val="0"/>
      <w:tabs>
        <w:tab w:val="num" w:pos="992"/>
      </w:tabs>
      <w:spacing w:before="0" w:line="0" w:lineRule="atLeast"/>
      <w:ind w:left="992" w:hanging="992"/>
    </w:pPr>
    <w:rPr>
      <w:rFonts w:ascii="Courier New" w:eastAsia="標楷體" w:hAnsi="Courier New" w:cs="Courier New"/>
      <w:bCs/>
      <w:color w:val="auto"/>
      <w:kern w:val="2"/>
      <w:sz w:val="24"/>
      <w:szCs w:val="24"/>
      <w:lang w:eastAsia="zh-TW"/>
    </w:rPr>
  </w:style>
  <w:style w:type="paragraph" w:customStyle="1" w:styleId="44">
    <w:name w:val="標題4"/>
    <w:basedOn w:val="4"/>
    <w:qFormat/>
    <w:rsid w:val="00AE098B"/>
    <w:pPr>
      <w:keepLines w:val="0"/>
      <w:widowControl w:val="0"/>
      <w:numPr>
        <w:ilvl w:val="3"/>
      </w:numPr>
      <w:tabs>
        <w:tab w:val="num" w:pos="360"/>
        <w:tab w:val="num" w:pos="851"/>
      </w:tabs>
      <w:spacing w:before="0" w:line="0" w:lineRule="atLeast"/>
      <w:ind w:left="851" w:hanging="851"/>
      <w:outlineLvl w:val="4"/>
    </w:pPr>
    <w:rPr>
      <w:rFonts w:ascii="Courier New" w:eastAsia="標楷體" w:hAnsi="Courier New" w:cs="Courier New"/>
      <w:b w:val="0"/>
      <w:bCs w:val="0"/>
      <w:i w:val="0"/>
      <w:iCs w:val="0"/>
      <w:color w:val="auto"/>
      <w:kern w:val="2"/>
      <w:sz w:val="24"/>
      <w:szCs w:val="24"/>
      <w:lang w:eastAsia="zh-TW"/>
    </w:rPr>
  </w:style>
  <w:style w:type="paragraph" w:customStyle="1" w:styleId="3b">
    <w:name w:val="標題3"/>
    <w:basedOn w:val="4"/>
    <w:link w:val="3c"/>
    <w:qFormat/>
    <w:rsid w:val="00AE098B"/>
    <w:pPr>
      <w:keepLines w:val="0"/>
      <w:widowControl w:val="0"/>
      <w:numPr>
        <w:ilvl w:val="3"/>
      </w:numPr>
      <w:tabs>
        <w:tab w:val="num" w:pos="360"/>
      </w:tabs>
      <w:spacing w:before="0" w:line="0" w:lineRule="atLeast"/>
    </w:pPr>
    <w:rPr>
      <w:rFonts w:ascii="Arial" w:eastAsia="標楷體" w:hAnsi="Arial" w:cs="Courier New"/>
      <w:b w:val="0"/>
      <w:bCs w:val="0"/>
      <w:i w:val="0"/>
      <w:iCs w:val="0"/>
      <w:color w:val="auto"/>
      <w:kern w:val="2"/>
      <w:sz w:val="24"/>
      <w:szCs w:val="24"/>
      <w:lang w:eastAsia="zh-TW"/>
    </w:rPr>
  </w:style>
  <w:style w:type="paragraph" w:customStyle="1" w:styleId="2f1">
    <w:name w:val="標題2"/>
    <w:basedOn w:val="31"/>
    <w:link w:val="2f2"/>
    <w:qFormat/>
    <w:rsid w:val="00AE098B"/>
    <w:pPr>
      <w:keepLines w:val="0"/>
      <w:widowControl w:val="0"/>
      <w:numPr>
        <w:ilvl w:val="1"/>
      </w:numPr>
      <w:tabs>
        <w:tab w:val="num" w:pos="567"/>
      </w:tabs>
      <w:spacing w:before="0" w:line="720" w:lineRule="auto"/>
      <w:ind w:left="567" w:hanging="567"/>
    </w:pPr>
    <w:rPr>
      <w:rFonts w:ascii="Arial" w:eastAsia="標楷體" w:hAnsi="Arial" w:cs="Courier New"/>
      <w:color w:val="auto"/>
      <w:kern w:val="2"/>
      <w:sz w:val="36"/>
      <w:szCs w:val="36"/>
      <w:lang w:eastAsia="zh-TW"/>
    </w:rPr>
  </w:style>
  <w:style w:type="paragraph" w:customStyle="1" w:styleId="16">
    <w:name w:val="標題1"/>
    <w:basedOn w:val="21"/>
    <w:qFormat/>
    <w:rsid w:val="00AE098B"/>
    <w:pPr>
      <w:keepLines w:val="0"/>
      <w:widowControl w:val="0"/>
      <w:tabs>
        <w:tab w:val="num" w:pos="720"/>
      </w:tabs>
      <w:spacing w:before="0" w:line="720" w:lineRule="auto"/>
      <w:ind w:left="720" w:hanging="360"/>
    </w:pPr>
    <w:rPr>
      <w:rFonts w:ascii="Courier New" w:eastAsia="標楷體" w:hAnsi="Courier New" w:cs="Courier New"/>
      <w:color w:val="auto"/>
      <w:kern w:val="2"/>
      <w:sz w:val="40"/>
      <w:szCs w:val="48"/>
      <w:lang w:eastAsia="zh-TW"/>
    </w:rPr>
  </w:style>
  <w:style w:type="character" w:customStyle="1" w:styleId="2f2">
    <w:name w:val="標題2 字元"/>
    <w:link w:val="2f1"/>
    <w:rsid w:val="00AE098B"/>
    <w:rPr>
      <w:rFonts w:ascii="Arial" w:eastAsia="標楷體" w:hAnsi="Arial" w:cs="Courier New"/>
      <w:b/>
      <w:bCs/>
      <w:kern w:val="2"/>
      <w:sz w:val="36"/>
      <w:szCs w:val="36"/>
      <w:lang w:eastAsia="zh-TW"/>
    </w:rPr>
  </w:style>
  <w:style w:type="character" w:customStyle="1" w:styleId="3c">
    <w:name w:val="標題3 字元"/>
    <w:link w:val="3b"/>
    <w:rsid w:val="00AE098B"/>
    <w:rPr>
      <w:rFonts w:ascii="Arial" w:eastAsia="標楷體" w:hAnsi="Arial" w:cs="Courier New"/>
      <w:kern w:val="2"/>
      <w:sz w:val="24"/>
      <w:szCs w:val="24"/>
      <w:lang w:eastAsia="zh-TW"/>
    </w:rPr>
  </w:style>
  <w:style w:type="paragraph" w:customStyle="1" w:styleId="-">
    <w:name w:val="本文-空兩格"/>
    <w:basedOn w:val="af0"/>
    <w:autoRedefine/>
    <w:rsid w:val="00AE098B"/>
    <w:pPr>
      <w:widowControl w:val="0"/>
      <w:adjustRightInd w:val="0"/>
      <w:snapToGrid w:val="0"/>
      <w:spacing w:after="0" w:line="240" w:lineRule="auto"/>
      <w:ind w:leftChars="118" w:left="283"/>
    </w:pPr>
    <w:rPr>
      <w:rFonts w:ascii="Arial" w:eastAsia="標楷體" w:hAnsi="Arial" w:cs="Times New Roman"/>
      <w:color w:val="auto"/>
      <w:kern w:val="2"/>
      <w:sz w:val="24"/>
      <w:szCs w:val="24"/>
      <w:lang w:eastAsia="zh-TW"/>
    </w:rPr>
  </w:style>
  <w:style w:type="paragraph" w:customStyle="1" w:styleId="-16">
    <w:name w:val="本文-列項1"/>
    <w:basedOn w:val="af0"/>
    <w:rsid w:val="00AE098B"/>
    <w:pPr>
      <w:widowControl w:val="0"/>
      <w:adjustRightInd w:val="0"/>
      <w:snapToGrid w:val="0"/>
      <w:spacing w:after="0" w:line="240" w:lineRule="auto"/>
      <w:jc w:val="both"/>
    </w:pPr>
    <w:rPr>
      <w:rFonts w:ascii="Arial" w:eastAsia="標楷體" w:hAnsi="Arial" w:cs="Times New Roman"/>
      <w:color w:val="auto"/>
      <w:kern w:val="2"/>
      <w:sz w:val="24"/>
      <w:szCs w:val="20"/>
      <w:lang w:eastAsia="zh-TW"/>
    </w:rPr>
  </w:style>
  <w:style w:type="paragraph" w:styleId="affff0">
    <w:name w:val="Balloon Text"/>
    <w:basedOn w:val="a1"/>
    <w:link w:val="affff1"/>
    <w:rsid w:val="00AE098B"/>
    <w:pPr>
      <w:widowControl w:val="0"/>
      <w:spacing w:after="0" w:line="240" w:lineRule="auto"/>
    </w:pPr>
    <w:rPr>
      <w:rFonts w:ascii="Cambria" w:eastAsia="標楷體" w:hAnsi="Cambria" w:cs="Times New Roman"/>
      <w:color w:val="auto"/>
      <w:kern w:val="2"/>
      <w:sz w:val="18"/>
      <w:szCs w:val="18"/>
      <w:lang w:val="x-none" w:eastAsia="x-none"/>
    </w:rPr>
  </w:style>
  <w:style w:type="character" w:customStyle="1" w:styleId="affff1">
    <w:name w:val="註解方塊文字 字元"/>
    <w:basedOn w:val="a2"/>
    <w:link w:val="affff0"/>
    <w:rsid w:val="00AE098B"/>
    <w:rPr>
      <w:rFonts w:ascii="Cambria" w:eastAsia="標楷體" w:hAnsi="Cambria" w:cs="Times New Roman"/>
      <w:kern w:val="2"/>
      <w:sz w:val="18"/>
      <w:szCs w:val="18"/>
      <w:lang w:val="x-none" w:eastAsia="x-none"/>
    </w:rPr>
  </w:style>
  <w:style w:type="paragraph" w:styleId="Web">
    <w:name w:val="Normal (Web)"/>
    <w:basedOn w:val="a1"/>
    <w:uiPriority w:val="99"/>
    <w:unhideWhenUsed/>
    <w:rsid w:val="00AE098B"/>
    <w:pPr>
      <w:spacing w:before="100" w:beforeAutospacing="1" w:after="100" w:afterAutospacing="1" w:line="240" w:lineRule="auto"/>
    </w:pPr>
    <w:rPr>
      <w:rFonts w:ascii="新細明體" w:eastAsia="標楷體" w:hAnsi="新細明體" w:cs="新細明體"/>
      <w:color w:val="auto"/>
      <w:sz w:val="24"/>
      <w:szCs w:val="24"/>
      <w:lang w:eastAsia="zh-TW"/>
    </w:rPr>
  </w:style>
  <w:style w:type="paragraph" w:customStyle="1" w:styleId="17">
    <w:name w:val="表格1"/>
    <w:basedOn w:val="a1"/>
    <w:rsid w:val="00AE098B"/>
    <w:pPr>
      <w:pageBreakBefore/>
      <w:autoSpaceDE w:val="0"/>
      <w:autoSpaceDN w:val="0"/>
      <w:adjustRightInd w:val="0"/>
      <w:spacing w:after="0" w:line="280" w:lineRule="atLeast"/>
      <w:textAlignment w:val="bottom"/>
    </w:pPr>
    <w:rPr>
      <w:rFonts w:ascii="Arial" w:eastAsia="細明體" w:hAnsi="Arial" w:cs="Times New Roman"/>
      <w:color w:val="auto"/>
      <w:sz w:val="28"/>
      <w:szCs w:val="28"/>
      <w:lang w:eastAsia="zh-TW"/>
    </w:rPr>
  </w:style>
  <w:style w:type="paragraph" w:customStyle="1" w:styleId="18">
    <w:name w:val="內文1"/>
    <w:rsid w:val="00AE098B"/>
    <w:pPr>
      <w:widowControl w:val="0"/>
      <w:adjustRightInd w:val="0"/>
      <w:spacing w:before="120" w:after="120" w:line="480" w:lineRule="atLeast"/>
      <w:ind w:left="397" w:firstLine="510"/>
      <w:jc w:val="both"/>
      <w:textAlignment w:val="baseline"/>
    </w:pPr>
    <w:rPr>
      <w:rFonts w:ascii="細明體" w:eastAsia="細明體" w:hAnsi="Times New Roman" w:cs="Times New Roman"/>
      <w:spacing w:val="20"/>
      <w:sz w:val="26"/>
      <w:szCs w:val="26"/>
      <w:lang w:eastAsia="zh-TW"/>
    </w:rPr>
  </w:style>
  <w:style w:type="paragraph" w:customStyle="1" w:styleId="19">
    <w:name w:val="標記1"/>
    <w:basedOn w:val="a1"/>
    <w:rsid w:val="00AE098B"/>
    <w:pPr>
      <w:adjustRightInd w:val="0"/>
      <w:spacing w:after="0" w:line="240" w:lineRule="atLeast"/>
      <w:ind w:left="113"/>
      <w:textAlignment w:val="baseline"/>
    </w:pPr>
    <w:rPr>
      <w:rFonts w:ascii="Arial" w:eastAsia="細明體" w:hAnsi="Arial" w:cs="Times New Roman"/>
      <w:color w:val="auto"/>
      <w:sz w:val="44"/>
      <w:szCs w:val="44"/>
      <w:lang w:eastAsia="zh-TW"/>
    </w:rPr>
  </w:style>
  <w:style w:type="paragraph" w:customStyle="1" w:styleId="2f3">
    <w:name w:val="內文2"/>
    <w:basedOn w:val="a1"/>
    <w:rsid w:val="00AE098B"/>
    <w:pPr>
      <w:adjustRightInd w:val="0"/>
      <w:spacing w:before="60" w:after="60" w:line="400" w:lineRule="exact"/>
      <w:textAlignment w:val="baseline"/>
    </w:pPr>
    <w:rPr>
      <w:rFonts w:ascii="Arial" w:eastAsia="細明體" w:hAnsi="Arial" w:cs="Times New Roman"/>
      <w:color w:val="auto"/>
      <w:sz w:val="28"/>
      <w:szCs w:val="28"/>
      <w:lang w:eastAsia="zh-TW"/>
    </w:rPr>
  </w:style>
  <w:style w:type="paragraph" w:customStyle="1" w:styleId="3d">
    <w:name w:val="內文3"/>
    <w:basedOn w:val="2f3"/>
    <w:rsid w:val="00AE098B"/>
    <w:pPr>
      <w:spacing w:before="0" w:after="0" w:line="240" w:lineRule="atLeast"/>
    </w:pPr>
  </w:style>
  <w:style w:type="paragraph" w:customStyle="1" w:styleId="d">
    <w:name w:val="內文 d"/>
    <w:basedOn w:val="a1"/>
    <w:rsid w:val="00AE098B"/>
    <w:pPr>
      <w:spacing w:after="0" w:line="400" w:lineRule="exact"/>
      <w:ind w:left="680" w:firstLine="680"/>
    </w:pPr>
    <w:rPr>
      <w:rFonts w:ascii="Arial" w:eastAsia="標楷體" w:hAnsi="Arial" w:cs="Arial"/>
      <w:color w:val="auto"/>
      <w:spacing w:val="24"/>
      <w:sz w:val="28"/>
      <w:szCs w:val="28"/>
      <w:lang w:eastAsia="zh-TW"/>
    </w:rPr>
  </w:style>
  <w:style w:type="paragraph" w:customStyle="1" w:styleId="d0">
    <w:name w:val="縮排 d"/>
    <w:basedOn w:val="d"/>
    <w:rsid w:val="00AE098B"/>
    <w:pPr>
      <w:ind w:left="1701" w:firstLine="482"/>
    </w:pPr>
  </w:style>
  <w:style w:type="paragraph" w:customStyle="1" w:styleId="e">
    <w:name w:val="內文 e"/>
    <w:basedOn w:val="a1"/>
    <w:rsid w:val="00AE098B"/>
    <w:pPr>
      <w:spacing w:after="0" w:line="360" w:lineRule="auto"/>
      <w:ind w:left="907" w:firstLine="539"/>
    </w:pPr>
    <w:rPr>
      <w:rFonts w:ascii="Arial" w:eastAsia="標楷體" w:hAnsi="Arial" w:cs="Arial"/>
      <w:color w:val="auto"/>
      <w:kern w:val="2"/>
      <w:sz w:val="28"/>
      <w:szCs w:val="28"/>
      <w:lang w:eastAsia="zh-TW"/>
    </w:rPr>
  </w:style>
  <w:style w:type="paragraph" w:customStyle="1" w:styleId="f0">
    <w:name w:val="內文 f"/>
    <w:basedOn w:val="a1"/>
    <w:rsid w:val="00AE098B"/>
    <w:pPr>
      <w:spacing w:after="0" w:line="360" w:lineRule="auto"/>
      <w:ind w:left="1134" w:firstLine="510"/>
    </w:pPr>
    <w:rPr>
      <w:rFonts w:ascii="Arial" w:eastAsia="標楷體" w:hAnsi="Arial" w:cs="Arial"/>
      <w:color w:val="auto"/>
      <w:kern w:val="2"/>
      <w:sz w:val="28"/>
      <w:szCs w:val="28"/>
      <w:lang w:eastAsia="zh-TW"/>
    </w:rPr>
  </w:style>
  <w:style w:type="paragraph" w:customStyle="1" w:styleId="d1">
    <w:name w:val="標題 d"/>
    <w:basedOn w:val="4"/>
    <w:rsid w:val="00AE098B"/>
    <w:pPr>
      <w:keepLines w:val="0"/>
      <w:numPr>
        <w:ilvl w:val="3"/>
      </w:numPr>
      <w:tabs>
        <w:tab w:val="num" w:pos="360"/>
        <w:tab w:val="num" w:pos="1080"/>
      </w:tabs>
      <w:spacing w:before="0" w:after="120" w:line="360" w:lineRule="auto"/>
      <w:ind w:left="567" w:hanging="567"/>
    </w:pPr>
    <w:rPr>
      <w:rFonts w:ascii="Arial" w:eastAsia="標楷體" w:hAnsi="Arial" w:cs="Arial"/>
      <w:b w:val="0"/>
      <w:i w:val="0"/>
      <w:iCs w:val="0"/>
      <w:color w:val="auto"/>
      <w:kern w:val="2"/>
      <w:sz w:val="32"/>
      <w:szCs w:val="32"/>
      <w:lang w:eastAsia="zh-TW"/>
    </w:rPr>
  </w:style>
  <w:style w:type="paragraph" w:customStyle="1" w:styleId="e0">
    <w:name w:val="標題 e"/>
    <w:basedOn w:val="d1"/>
    <w:rsid w:val="00AE098B"/>
    <w:pPr>
      <w:tabs>
        <w:tab w:val="clear" w:pos="1080"/>
        <w:tab w:val="num" w:pos="3974"/>
      </w:tabs>
      <w:ind w:left="3974" w:hanging="360"/>
      <w:outlineLvl w:val="4"/>
    </w:pPr>
  </w:style>
  <w:style w:type="paragraph" w:customStyle="1" w:styleId="c">
    <w:name w:val="內文 c"/>
    <w:basedOn w:val="a1"/>
    <w:rsid w:val="00AE098B"/>
    <w:pPr>
      <w:spacing w:after="0" w:line="360" w:lineRule="auto"/>
      <w:ind w:left="454" w:firstLine="680"/>
    </w:pPr>
    <w:rPr>
      <w:rFonts w:ascii="Arial" w:eastAsia="標楷體" w:hAnsi="Arial" w:cs="Arial"/>
      <w:color w:val="auto"/>
      <w:kern w:val="2"/>
      <w:sz w:val="28"/>
      <w:szCs w:val="28"/>
      <w:lang w:eastAsia="zh-TW"/>
    </w:rPr>
  </w:style>
  <w:style w:type="paragraph" w:customStyle="1" w:styleId="affff2">
    <w:name w:val="標題 a"/>
    <w:basedOn w:val="1"/>
    <w:rsid w:val="00AE098B"/>
    <w:pPr>
      <w:keepLines w:val="0"/>
      <w:tabs>
        <w:tab w:val="num" w:pos="360"/>
      </w:tabs>
      <w:adjustRightInd w:val="0"/>
      <w:snapToGrid w:val="0"/>
      <w:spacing w:before="120" w:after="120" w:line="480" w:lineRule="auto"/>
      <w:ind w:left="360"/>
      <w:jc w:val="center"/>
    </w:pPr>
    <w:rPr>
      <w:rFonts w:ascii="Arial" w:eastAsia="標楷體" w:hAnsi="Arial" w:cs="Arial"/>
      <w:color w:val="auto"/>
      <w:kern w:val="52"/>
      <w:sz w:val="52"/>
      <w:szCs w:val="52"/>
      <w:lang w:eastAsia="zh-TW"/>
    </w:rPr>
  </w:style>
  <w:style w:type="paragraph" w:customStyle="1" w:styleId="b">
    <w:name w:val="標題 b"/>
    <w:basedOn w:val="21"/>
    <w:rsid w:val="00AE098B"/>
    <w:pPr>
      <w:keepLines w:val="0"/>
      <w:numPr>
        <w:ilvl w:val="1"/>
      </w:numPr>
      <w:tabs>
        <w:tab w:val="num" w:pos="798"/>
      </w:tabs>
      <w:adjustRightInd w:val="0"/>
      <w:snapToGrid w:val="0"/>
      <w:spacing w:before="0" w:line="480" w:lineRule="auto"/>
      <w:ind w:left="798" w:hanging="720"/>
    </w:pPr>
    <w:rPr>
      <w:rFonts w:ascii="Arial" w:eastAsia="標楷體" w:hAnsi="Arial" w:cs="Arial"/>
      <w:color w:val="auto"/>
      <w:kern w:val="2"/>
      <w:sz w:val="44"/>
      <w:szCs w:val="44"/>
      <w:lang w:eastAsia="zh-TW"/>
    </w:rPr>
  </w:style>
  <w:style w:type="paragraph" w:customStyle="1" w:styleId="c0">
    <w:name w:val="標題 c"/>
    <w:basedOn w:val="31"/>
    <w:rsid w:val="00AE098B"/>
    <w:pPr>
      <w:keepLines w:val="0"/>
      <w:tabs>
        <w:tab w:val="num" w:pos="1008"/>
      </w:tabs>
      <w:snapToGrid w:val="0"/>
      <w:spacing w:before="0" w:line="480" w:lineRule="auto"/>
      <w:ind w:left="425" w:hanging="137"/>
    </w:pPr>
    <w:rPr>
      <w:rFonts w:ascii="Arial" w:eastAsia="標楷體" w:hAnsi="Arial" w:cs="Arial"/>
      <w:color w:val="auto"/>
      <w:kern w:val="2"/>
      <w:sz w:val="40"/>
      <w:szCs w:val="40"/>
      <w:lang w:eastAsia="zh-TW"/>
    </w:rPr>
  </w:style>
  <w:style w:type="paragraph" w:customStyle="1" w:styleId="affff3">
    <w:name w:val="圖"/>
    <w:basedOn w:val="affd"/>
    <w:rsid w:val="00AE098B"/>
    <w:pPr>
      <w:widowControl/>
      <w:autoSpaceDE w:val="0"/>
      <w:autoSpaceDN w:val="0"/>
      <w:adjustRightInd w:val="0"/>
      <w:spacing w:before="60" w:after="60" w:line="400" w:lineRule="exact"/>
      <w:ind w:left="0"/>
      <w:jc w:val="center"/>
    </w:pPr>
    <w:rPr>
      <w:rFonts w:ascii="標楷體" w:cs="Arial"/>
      <w:kern w:val="0"/>
    </w:rPr>
  </w:style>
  <w:style w:type="paragraph" w:customStyle="1" w:styleId="-17">
    <w:name w:val="內容-1"/>
    <w:basedOn w:val="a1"/>
    <w:rsid w:val="00AE098B"/>
    <w:pPr>
      <w:adjustRightInd w:val="0"/>
      <w:snapToGrid w:val="0"/>
      <w:spacing w:after="0" w:line="400" w:lineRule="exact"/>
      <w:ind w:firstLine="624"/>
      <w:jc w:val="both"/>
    </w:pPr>
    <w:rPr>
      <w:rFonts w:ascii="Arial" w:eastAsia="標楷體" w:hAnsi="Arial" w:cs="Arial"/>
      <w:color w:val="auto"/>
      <w:kern w:val="2"/>
      <w:sz w:val="28"/>
      <w:szCs w:val="28"/>
      <w:lang w:eastAsia="zh-TW"/>
    </w:rPr>
  </w:style>
  <w:style w:type="paragraph" w:customStyle="1" w:styleId="1a">
    <w:name w:val="第一層1之內列表"/>
    <w:basedOn w:val="a1"/>
    <w:autoRedefine/>
    <w:rsid w:val="00AE098B"/>
    <w:pPr>
      <w:adjustRightInd w:val="0"/>
      <w:snapToGrid w:val="0"/>
      <w:spacing w:after="0" w:line="400" w:lineRule="exact"/>
      <w:ind w:left="420"/>
      <w:jc w:val="both"/>
    </w:pPr>
    <w:rPr>
      <w:rFonts w:ascii="Arial" w:eastAsia="標楷體" w:hAnsi="Arial" w:cs="Arial"/>
      <w:color w:val="auto"/>
      <w:kern w:val="2"/>
      <w:sz w:val="28"/>
      <w:szCs w:val="28"/>
      <w:lang w:eastAsia="zh-TW"/>
    </w:rPr>
  </w:style>
  <w:style w:type="paragraph" w:styleId="affff4">
    <w:name w:val="annotation subject"/>
    <w:basedOn w:val="afff6"/>
    <w:next w:val="afff6"/>
    <w:link w:val="affff5"/>
    <w:rsid w:val="00AE098B"/>
    <w:pPr>
      <w:widowControl/>
      <w:spacing w:line="400" w:lineRule="exact"/>
    </w:pPr>
    <w:rPr>
      <w:b/>
      <w:bCs/>
      <w:sz w:val="28"/>
      <w:szCs w:val="28"/>
    </w:rPr>
  </w:style>
  <w:style w:type="character" w:customStyle="1" w:styleId="affff5">
    <w:name w:val="註解主旨 字元"/>
    <w:basedOn w:val="afff7"/>
    <w:link w:val="affff4"/>
    <w:rsid w:val="00AE098B"/>
    <w:rPr>
      <w:rFonts w:ascii="Arial" w:eastAsia="標楷體" w:hAnsi="Arial" w:cs="Arial"/>
      <w:b/>
      <w:bCs/>
      <w:kern w:val="2"/>
      <w:sz w:val="28"/>
      <w:szCs w:val="28"/>
      <w:lang w:eastAsia="zh-TW"/>
    </w:rPr>
  </w:style>
  <w:style w:type="paragraph" w:customStyle="1" w:styleId="1b">
    <w:name w:val="本文1"/>
    <w:basedOn w:val="a1"/>
    <w:rsid w:val="00AE098B"/>
    <w:pPr>
      <w:adjustRightInd w:val="0"/>
      <w:spacing w:after="0" w:line="360" w:lineRule="auto"/>
      <w:ind w:left="567" w:firstLine="454"/>
      <w:textAlignment w:val="baseline"/>
    </w:pPr>
    <w:rPr>
      <w:rFonts w:ascii="Arial" w:eastAsia="標楷體" w:hAnsi="Arial" w:cs="Arial"/>
      <w:color w:val="auto"/>
      <w:sz w:val="24"/>
      <w:szCs w:val="24"/>
      <w:lang w:eastAsia="zh-TW"/>
    </w:rPr>
  </w:style>
  <w:style w:type="paragraph" w:styleId="affff6">
    <w:name w:val="table of figures"/>
    <w:aliases w:val="catty-圖示文字"/>
    <w:basedOn w:val="a1"/>
    <w:next w:val="a1"/>
    <w:unhideWhenUsed/>
    <w:rsid w:val="00AE098B"/>
    <w:pPr>
      <w:autoSpaceDE w:val="0"/>
      <w:autoSpaceDN w:val="0"/>
      <w:adjustRightInd w:val="0"/>
      <w:snapToGrid w:val="0"/>
      <w:spacing w:before="120" w:after="0" w:line="400" w:lineRule="exact"/>
    </w:pPr>
    <w:rPr>
      <w:rFonts w:ascii="Arial" w:eastAsia="標楷體" w:hAnsi="Arial" w:cs="Times New Roman"/>
      <w:color w:val="auto"/>
      <w:kern w:val="2"/>
      <w:sz w:val="28"/>
      <w:szCs w:val="20"/>
      <w:lang w:eastAsia="zh-TW"/>
    </w:rPr>
  </w:style>
  <w:style w:type="paragraph" w:customStyle="1" w:styleId="affff7">
    <w:name w:val="無距離"/>
    <w:basedOn w:val="a1"/>
    <w:autoRedefine/>
    <w:rsid w:val="00AE098B"/>
    <w:pPr>
      <w:adjustRightInd w:val="0"/>
      <w:snapToGrid w:val="0"/>
      <w:spacing w:after="0" w:line="400" w:lineRule="exact"/>
    </w:pPr>
    <w:rPr>
      <w:rFonts w:ascii="Arial" w:eastAsia="標楷體" w:hAnsi="Arial" w:cs="Times New Roman"/>
      <w:color w:val="auto"/>
      <w:kern w:val="2"/>
      <w:sz w:val="28"/>
      <w:szCs w:val="20"/>
      <w:lang w:eastAsia="zh-TW"/>
    </w:rPr>
  </w:style>
  <w:style w:type="paragraph" w:customStyle="1" w:styleId="affff8">
    <w:name w:val="流程圖置中"/>
    <w:basedOn w:val="affff7"/>
    <w:autoRedefine/>
    <w:rsid w:val="00AE098B"/>
    <w:pPr>
      <w:jc w:val="center"/>
    </w:pPr>
  </w:style>
  <w:style w:type="paragraph" w:customStyle="1" w:styleId="CC">
    <w:name w:val="本文CC"/>
    <w:basedOn w:val="a1"/>
    <w:rsid w:val="00AE098B"/>
    <w:pPr>
      <w:adjustRightInd w:val="0"/>
      <w:snapToGrid w:val="0"/>
      <w:spacing w:after="0" w:line="400" w:lineRule="exact"/>
      <w:ind w:left="820" w:hangingChars="250" w:hanging="820"/>
      <w:jc w:val="both"/>
    </w:pPr>
    <w:rPr>
      <w:rFonts w:ascii="Arial" w:eastAsia="標楷體" w:hAnsi="Arial" w:cs="Times New Roman"/>
      <w:color w:val="auto"/>
      <w:spacing w:val="24"/>
      <w:sz w:val="28"/>
      <w:szCs w:val="20"/>
      <w:lang w:eastAsia="zh-TW"/>
    </w:rPr>
  </w:style>
  <w:style w:type="paragraph" w:customStyle="1" w:styleId="affff9">
    <w:name w:val="程式碼粗體"/>
    <w:basedOn w:val="a1"/>
    <w:autoRedefine/>
    <w:rsid w:val="00AE098B"/>
    <w:pPr>
      <w:adjustRightInd w:val="0"/>
      <w:snapToGrid w:val="0"/>
      <w:spacing w:line="400" w:lineRule="exact"/>
      <w:ind w:hangingChars="375" w:hanging="375"/>
    </w:pPr>
    <w:rPr>
      <w:rFonts w:ascii="Arial" w:eastAsia="標楷體" w:hAnsi="Arial" w:cs="Times New Roman"/>
      <w:b/>
      <w:color w:val="auto"/>
      <w:spacing w:val="24"/>
      <w:sz w:val="32"/>
      <w:szCs w:val="20"/>
      <w:lang w:eastAsia="zh-TW"/>
    </w:rPr>
  </w:style>
  <w:style w:type="character" w:styleId="affffa">
    <w:name w:val="Placeholder Text"/>
    <w:uiPriority w:val="99"/>
    <w:semiHidden/>
    <w:rsid w:val="00AE098B"/>
    <w:rPr>
      <w:color w:val="808080"/>
    </w:rPr>
  </w:style>
  <w:style w:type="character" w:customStyle="1" w:styleId="aa">
    <w:name w:val="無間距 字元"/>
    <w:link w:val="a9"/>
    <w:uiPriority w:val="1"/>
    <w:rsid w:val="00AE098B"/>
  </w:style>
  <w:style w:type="paragraph" w:customStyle="1" w:styleId="affffb">
    <w:name w:val="內文條列式"/>
    <w:basedOn w:val="a1"/>
    <w:rsid w:val="00AE098B"/>
    <w:pPr>
      <w:widowControl w:val="0"/>
      <w:adjustRightInd w:val="0"/>
      <w:snapToGrid w:val="0"/>
      <w:spacing w:after="0"/>
      <w:ind w:leftChars="200" w:left="200"/>
    </w:pPr>
    <w:rPr>
      <w:rFonts w:ascii="Times New Roman" w:eastAsia="新細明體" w:hAnsi="Times New Roman" w:cs="Times New Roman"/>
      <w:color w:val="auto"/>
      <w:kern w:val="2"/>
      <w:sz w:val="28"/>
      <w:szCs w:val="20"/>
      <w:lang w:eastAsia="zh-TW"/>
    </w:rPr>
  </w:style>
  <w:style w:type="paragraph" w:customStyle="1" w:styleId="Default">
    <w:name w:val="Default"/>
    <w:rsid w:val="002D5DF3"/>
    <w:pPr>
      <w:widowControl w:val="0"/>
      <w:autoSpaceDE w:val="0"/>
      <w:autoSpaceDN w:val="0"/>
      <w:adjustRightInd w:val="0"/>
      <w:spacing w:after="0" w:line="240" w:lineRule="auto"/>
    </w:pPr>
    <w:rPr>
      <w:rFonts w:ascii="新細明體" w:eastAsia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2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6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6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2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34</Pages>
  <Words>4529</Words>
  <Characters>25818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30287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陳鳴吉</cp:lastModifiedBy>
  <cp:revision>135</cp:revision>
  <dcterms:created xsi:type="dcterms:W3CDTF">2013-12-23T23:15:00Z</dcterms:created>
  <dcterms:modified xsi:type="dcterms:W3CDTF">2026-10-22T02:45:00Z</dcterms:modified>
  <cp:category/>
</cp:coreProperties>
</file>