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f2"/>
        <w:tblW w:w="8640" w:type="dxa"/>
        <w:tblLook w:val="04A0" w:firstRow="1" w:lastRow="0" w:firstColumn="1" w:lastColumn="0" w:noHBand="0" w:noVBand="1"/>
      </w:tblPr>
      <w:tblGrid>
        <w:gridCol w:w="437"/>
        <w:gridCol w:w="2207"/>
        <w:gridCol w:w="1229"/>
        <w:gridCol w:w="733"/>
        <w:gridCol w:w="807"/>
        <w:gridCol w:w="1075"/>
        <w:gridCol w:w="1075"/>
        <w:gridCol w:w="1077"/>
      </w:tblGrid>
      <w:tr w:rsidR="00911BA5" w14:paraId="3B728F06" w14:textId="77777777" w:rsidTr="00766558">
        <w:tc>
          <w:tcPr>
            <w:tcW w:w="437" w:type="dxa"/>
          </w:tcPr>
          <w:p w14:paraId="1C746166" w14:textId="77777777" w:rsidR="00911BA5" w:rsidRDefault="00000000">
            <w:proofErr w:type="spellStart"/>
            <w:r>
              <w:t>項次</w:t>
            </w:r>
            <w:proofErr w:type="spellEnd"/>
          </w:p>
        </w:tc>
        <w:tc>
          <w:tcPr>
            <w:tcW w:w="2207" w:type="dxa"/>
          </w:tcPr>
          <w:p w14:paraId="1B17B3D0" w14:textId="77777777" w:rsidR="00911BA5" w:rsidRDefault="00000000">
            <w:r>
              <w:t>品名</w:t>
            </w:r>
          </w:p>
        </w:tc>
        <w:tc>
          <w:tcPr>
            <w:tcW w:w="1229" w:type="dxa"/>
          </w:tcPr>
          <w:p w14:paraId="619C5EA7" w14:textId="77777777" w:rsidR="00911BA5" w:rsidRDefault="00000000">
            <w:r>
              <w:t>規格</w:t>
            </w:r>
          </w:p>
        </w:tc>
        <w:tc>
          <w:tcPr>
            <w:tcW w:w="733" w:type="dxa"/>
          </w:tcPr>
          <w:p w14:paraId="25D4A02A" w14:textId="77777777" w:rsidR="00911BA5" w:rsidRDefault="00000000">
            <w:r>
              <w:t>單位</w:t>
            </w:r>
          </w:p>
        </w:tc>
        <w:tc>
          <w:tcPr>
            <w:tcW w:w="807" w:type="dxa"/>
          </w:tcPr>
          <w:p w14:paraId="2BEEE833" w14:textId="77777777" w:rsidR="00911BA5" w:rsidRDefault="00000000">
            <w:r>
              <w:t>數量</w:t>
            </w:r>
          </w:p>
        </w:tc>
        <w:tc>
          <w:tcPr>
            <w:tcW w:w="1075" w:type="dxa"/>
          </w:tcPr>
          <w:p w14:paraId="0AE19138" w14:textId="77777777" w:rsidR="00911BA5" w:rsidRDefault="00000000">
            <w:r>
              <w:t>單價</w:t>
            </w:r>
          </w:p>
        </w:tc>
        <w:tc>
          <w:tcPr>
            <w:tcW w:w="1075" w:type="dxa"/>
          </w:tcPr>
          <w:p w14:paraId="484C3BD2" w14:textId="77777777" w:rsidR="00911BA5" w:rsidRDefault="00000000">
            <w:r>
              <w:t>金額</w:t>
            </w:r>
          </w:p>
        </w:tc>
        <w:tc>
          <w:tcPr>
            <w:tcW w:w="1077" w:type="dxa"/>
          </w:tcPr>
          <w:p w14:paraId="0AC0F6B6" w14:textId="77777777" w:rsidR="00911BA5" w:rsidRDefault="00000000">
            <w:r>
              <w:t>備註</w:t>
            </w:r>
          </w:p>
        </w:tc>
      </w:tr>
      <w:tr w:rsidR="00911BA5" w14:paraId="69495523" w14:textId="77777777" w:rsidTr="00766558">
        <w:tc>
          <w:tcPr>
            <w:tcW w:w="437" w:type="dxa"/>
          </w:tcPr>
          <w:p w14:paraId="649841BE" w14:textId="77777777" w:rsidR="00911BA5" w:rsidRDefault="00000000">
            <w:r>
              <w:t>1</w:t>
            </w:r>
          </w:p>
        </w:tc>
        <w:tc>
          <w:tcPr>
            <w:tcW w:w="2207" w:type="dxa"/>
          </w:tcPr>
          <w:p w14:paraId="15EC3388" w14:textId="77777777" w:rsidR="00911BA5" w:rsidRDefault="00000000">
            <w:r>
              <w:t>隔間拆除</w:t>
            </w:r>
          </w:p>
        </w:tc>
        <w:tc>
          <w:tcPr>
            <w:tcW w:w="1229" w:type="dxa"/>
          </w:tcPr>
          <w:p w14:paraId="672A6659" w14:textId="77777777" w:rsidR="00911BA5" w:rsidRDefault="00911BA5"/>
        </w:tc>
        <w:tc>
          <w:tcPr>
            <w:tcW w:w="733" w:type="dxa"/>
          </w:tcPr>
          <w:p w14:paraId="0A37501D" w14:textId="77777777" w:rsidR="00911BA5" w:rsidRDefault="00911BA5"/>
        </w:tc>
        <w:tc>
          <w:tcPr>
            <w:tcW w:w="807" w:type="dxa"/>
          </w:tcPr>
          <w:p w14:paraId="1D8EB8EE" w14:textId="77777777" w:rsidR="00911BA5" w:rsidRDefault="00000000">
            <w:r>
              <w:t>24</w:t>
            </w:r>
          </w:p>
        </w:tc>
        <w:tc>
          <w:tcPr>
            <w:tcW w:w="1075" w:type="dxa"/>
          </w:tcPr>
          <w:p w14:paraId="23C73EBE" w14:textId="6DF26CB5" w:rsidR="00911BA5" w:rsidRDefault="00911BA5"/>
        </w:tc>
        <w:tc>
          <w:tcPr>
            <w:tcW w:w="1075" w:type="dxa"/>
          </w:tcPr>
          <w:p w14:paraId="2B7D8875" w14:textId="573DE321" w:rsidR="00911BA5" w:rsidRDefault="00911BA5"/>
        </w:tc>
        <w:tc>
          <w:tcPr>
            <w:tcW w:w="1077" w:type="dxa"/>
          </w:tcPr>
          <w:p w14:paraId="5DAB6C7B" w14:textId="77777777" w:rsidR="00911BA5" w:rsidRDefault="00911BA5"/>
        </w:tc>
      </w:tr>
      <w:tr w:rsidR="00911BA5" w14:paraId="00F4C052" w14:textId="77777777" w:rsidTr="00766558">
        <w:tc>
          <w:tcPr>
            <w:tcW w:w="437" w:type="dxa"/>
          </w:tcPr>
          <w:p w14:paraId="18F999B5" w14:textId="77777777" w:rsidR="00911BA5" w:rsidRDefault="00000000">
            <w:r>
              <w:t>2</w:t>
            </w:r>
          </w:p>
        </w:tc>
        <w:tc>
          <w:tcPr>
            <w:tcW w:w="2207" w:type="dxa"/>
          </w:tcPr>
          <w:p w14:paraId="5C7B061E" w14:textId="77777777" w:rsidR="00911BA5" w:rsidRDefault="00000000">
            <w:r>
              <w:t>塑膠地板修補</w:t>
            </w:r>
          </w:p>
        </w:tc>
        <w:tc>
          <w:tcPr>
            <w:tcW w:w="1229" w:type="dxa"/>
          </w:tcPr>
          <w:p w14:paraId="02EB378F" w14:textId="77777777" w:rsidR="00911BA5" w:rsidRDefault="00911BA5"/>
        </w:tc>
        <w:tc>
          <w:tcPr>
            <w:tcW w:w="733" w:type="dxa"/>
          </w:tcPr>
          <w:p w14:paraId="5D257EB3" w14:textId="77777777" w:rsidR="00911BA5" w:rsidRDefault="00000000">
            <w:r>
              <w:t>式</w:t>
            </w:r>
          </w:p>
        </w:tc>
        <w:tc>
          <w:tcPr>
            <w:tcW w:w="807" w:type="dxa"/>
          </w:tcPr>
          <w:p w14:paraId="56B20A0C" w14:textId="77777777" w:rsidR="00911BA5" w:rsidRDefault="00000000">
            <w:r>
              <w:t>1</w:t>
            </w:r>
          </w:p>
        </w:tc>
        <w:tc>
          <w:tcPr>
            <w:tcW w:w="1075" w:type="dxa"/>
          </w:tcPr>
          <w:p w14:paraId="2B9EAB2C" w14:textId="428E4292" w:rsidR="00911BA5" w:rsidRDefault="00911BA5"/>
        </w:tc>
        <w:tc>
          <w:tcPr>
            <w:tcW w:w="1075" w:type="dxa"/>
          </w:tcPr>
          <w:p w14:paraId="6F2785B8" w14:textId="50269D9B" w:rsidR="00911BA5" w:rsidRDefault="00911BA5"/>
        </w:tc>
        <w:tc>
          <w:tcPr>
            <w:tcW w:w="1077" w:type="dxa"/>
          </w:tcPr>
          <w:p w14:paraId="6A05A809" w14:textId="77777777" w:rsidR="00911BA5" w:rsidRDefault="00911BA5"/>
        </w:tc>
      </w:tr>
      <w:tr w:rsidR="00911BA5" w14:paraId="6B9FF16E" w14:textId="77777777" w:rsidTr="00766558">
        <w:tc>
          <w:tcPr>
            <w:tcW w:w="437" w:type="dxa"/>
          </w:tcPr>
          <w:p w14:paraId="5FCD5EC4" w14:textId="77777777" w:rsidR="00911BA5" w:rsidRDefault="00000000">
            <w:r>
              <w:t>3</w:t>
            </w:r>
          </w:p>
        </w:tc>
        <w:tc>
          <w:tcPr>
            <w:tcW w:w="2207" w:type="dxa"/>
          </w:tcPr>
          <w:p w14:paraId="5E8CD674" w14:textId="77777777" w:rsidR="00911BA5" w:rsidRDefault="00000000">
            <w:r>
              <w:t>物品搬運及環境復原</w:t>
            </w:r>
          </w:p>
        </w:tc>
        <w:tc>
          <w:tcPr>
            <w:tcW w:w="1229" w:type="dxa"/>
          </w:tcPr>
          <w:p w14:paraId="5A39BBE3" w14:textId="77777777" w:rsidR="00911BA5" w:rsidRDefault="00911BA5"/>
        </w:tc>
        <w:tc>
          <w:tcPr>
            <w:tcW w:w="733" w:type="dxa"/>
          </w:tcPr>
          <w:p w14:paraId="57265375" w14:textId="77777777" w:rsidR="00911BA5" w:rsidRDefault="00000000">
            <w:r>
              <w:t>式</w:t>
            </w:r>
          </w:p>
        </w:tc>
        <w:tc>
          <w:tcPr>
            <w:tcW w:w="807" w:type="dxa"/>
          </w:tcPr>
          <w:p w14:paraId="249FAAB8" w14:textId="77777777" w:rsidR="00911BA5" w:rsidRDefault="00000000">
            <w:r>
              <w:t>1</w:t>
            </w:r>
          </w:p>
        </w:tc>
        <w:tc>
          <w:tcPr>
            <w:tcW w:w="1075" w:type="dxa"/>
          </w:tcPr>
          <w:p w14:paraId="5C1EE8CC" w14:textId="39BFA7A7" w:rsidR="00911BA5" w:rsidRDefault="00911BA5"/>
        </w:tc>
        <w:tc>
          <w:tcPr>
            <w:tcW w:w="1075" w:type="dxa"/>
          </w:tcPr>
          <w:p w14:paraId="249E5E18" w14:textId="0DDB677D" w:rsidR="00911BA5" w:rsidRDefault="00911BA5"/>
        </w:tc>
        <w:tc>
          <w:tcPr>
            <w:tcW w:w="1077" w:type="dxa"/>
          </w:tcPr>
          <w:p w14:paraId="41C8F396" w14:textId="77777777" w:rsidR="00911BA5" w:rsidRDefault="00911BA5"/>
        </w:tc>
      </w:tr>
      <w:tr w:rsidR="00911BA5" w14:paraId="5B55CB54" w14:textId="77777777" w:rsidTr="00766558">
        <w:tc>
          <w:tcPr>
            <w:tcW w:w="437" w:type="dxa"/>
          </w:tcPr>
          <w:p w14:paraId="2598DEE6" w14:textId="77777777" w:rsidR="00911BA5" w:rsidRDefault="00000000">
            <w:r>
              <w:t>4</w:t>
            </w:r>
          </w:p>
        </w:tc>
        <w:tc>
          <w:tcPr>
            <w:tcW w:w="2207" w:type="dxa"/>
          </w:tcPr>
          <w:p w14:paraId="33F4E7F1" w14:textId="77777777" w:rsidR="00911BA5" w:rsidRDefault="00000000">
            <w:r>
              <w:t>天花板修補</w:t>
            </w:r>
          </w:p>
        </w:tc>
        <w:tc>
          <w:tcPr>
            <w:tcW w:w="1229" w:type="dxa"/>
          </w:tcPr>
          <w:p w14:paraId="72A3D3EC" w14:textId="77777777" w:rsidR="00911BA5" w:rsidRDefault="00911BA5"/>
        </w:tc>
        <w:tc>
          <w:tcPr>
            <w:tcW w:w="733" w:type="dxa"/>
          </w:tcPr>
          <w:p w14:paraId="6393909A" w14:textId="77777777" w:rsidR="00911BA5" w:rsidRDefault="00000000">
            <w:r>
              <w:t>式</w:t>
            </w:r>
          </w:p>
        </w:tc>
        <w:tc>
          <w:tcPr>
            <w:tcW w:w="807" w:type="dxa"/>
          </w:tcPr>
          <w:p w14:paraId="19F14E3C" w14:textId="77777777" w:rsidR="00911BA5" w:rsidRDefault="00000000">
            <w:r>
              <w:t>1</w:t>
            </w:r>
          </w:p>
        </w:tc>
        <w:tc>
          <w:tcPr>
            <w:tcW w:w="1075" w:type="dxa"/>
          </w:tcPr>
          <w:p w14:paraId="48B03C0B" w14:textId="7AACE818" w:rsidR="00911BA5" w:rsidRDefault="00911BA5"/>
        </w:tc>
        <w:tc>
          <w:tcPr>
            <w:tcW w:w="1075" w:type="dxa"/>
          </w:tcPr>
          <w:p w14:paraId="1A7BE7C5" w14:textId="2D702526" w:rsidR="00911BA5" w:rsidRDefault="00911BA5"/>
        </w:tc>
        <w:tc>
          <w:tcPr>
            <w:tcW w:w="1077" w:type="dxa"/>
          </w:tcPr>
          <w:p w14:paraId="0D0B940D" w14:textId="77777777" w:rsidR="00911BA5" w:rsidRDefault="00911BA5"/>
        </w:tc>
      </w:tr>
      <w:tr w:rsidR="00911BA5" w14:paraId="7139D7AD" w14:textId="77777777" w:rsidTr="00766558">
        <w:tc>
          <w:tcPr>
            <w:tcW w:w="437" w:type="dxa"/>
          </w:tcPr>
          <w:p w14:paraId="78941E47" w14:textId="77777777" w:rsidR="00911BA5" w:rsidRDefault="00000000">
            <w:r>
              <w:t>5</w:t>
            </w:r>
          </w:p>
        </w:tc>
        <w:tc>
          <w:tcPr>
            <w:tcW w:w="2207" w:type="dxa"/>
          </w:tcPr>
          <w:p w14:paraId="15104638" w14:textId="77777777" w:rsidR="00911BA5" w:rsidRDefault="00000000">
            <w:r>
              <w:t>牆面油漆修補</w:t>
            </w:r>
          </w:p>
        </w:tc>
        <w:tc>
          <w:tcPr>
            <w:tcW w:w="1229" w:type="dxa"/>
          </w:tcPr>
          <w:p w14:paraId="0E27B00A" w14:textId="77777777" w:rsidR="00911BA5" w:rsidRDefault="00911BA5"/>
        </w:tc>
        <w:tc>
          <w:tcPr>
            <w:tcW w:w="733" w:type="dxa"/>
          </w:tcPr>
          <w:p w14:paraId="0E75D73B" w14:textId="77777777" w:rsidR="00911BA5" w:rsidRDefault="00000000">
            <w:r>
              <w:t>式</w:t>
            </w:r>
          </w:p>
        </w:tc>
        <w:tc>
          <w:tcPr>
            <w:tcW w:w="807" w:type="dxa"/>
          </w:tcPr>
          <w:p w14:paraId="065D2414" w14:textId="77777777" w:rsidR="00911BA5" w:rsidRDefault="00000000">
            <w:r>
              <w:t>1</w:t>
            </w:r>
          </w:p>
        </w:tc>
        <w:tc>
          <w:tcPr>
            <w:tcW w:w="1075" w:type="dxa"/>
          </w:tcPr>
          <w:p w14:paraId="70068ADB" w14:textId="30563323" w:rsidR="00911BA5" w:rsidRDefault="00911BA5"/>
        </w:tc>
        <w:tc>
          <w:tcPr>
            <w:tcW w:w="1075" w:type="dxa"/>
          </w:tcPr>
          <w:p w14:paraId="65041BE0" w14:textId="13319A57" w:rsidR="00911BA5" w:rsidRDefault="00911BA5"/>
        </w:tc>
        <w:tc>
          <w:tcPr>
            <w:tcW w:w="1077" w:type="dxa"/>
          </w:tcPr>
          <w:p w14:paraId="60061E4C" w14:textId="77777777" w:rsidR="00911BA5" w:rsidRDefault="00911BA5"/>
        </w:tc>
      </w:tr>
      <w:tr w:rsidR="7C0B8101" w14:paraId="7122015D" w14:textId="77777777" w:rsidTr="00766558">
        <w:trPr>
          <w:trHeight w:val="300"/>
        </w:trPr>
        <w:tc>
          <w:tcPr>
            <w:tcW w:w="437" w:type="dxa"/>
          </w:tcPr>
          <w:p w14:paraId="735E1D2C" w14:textId="653A2FD0" w:rsidR="075D00E7" w:rsidRDefault="075D00E7" w:rsidP="7C0B8101">
            <w:r>
              <w:t>6.</w:t>
            </w:r>
          </w:p>
        </w:tc>
        <w:tc>
          <w:tcPr>
            <w:tcW w:w="2207" w:type="dxa"/>
          </w:tcPr>
          <w:p w14:paraId="799EA574" w14:textId="135FF368" w:rsidR="075D00E7" w:rsidRDefault="075D00E7" w:rsidP="7C0B8101">
            <w:r>
              <w:t>新設單面隔間</w:t>
            </w:r>
          </w:p>
        </w:tc>
        <w:tc>
          <w:tcPr>
            <w:tcW w:w="1229" w:type="dxa"/>
          </w:tcPr>
          <w:p w14:paraId="3A58E2A4" w14:textId="1B54B6D8" w:rsidR="075D00E7" w:rsidRDefault="075D00E7" w:rsidP="7C0B8101">
            <w:r>
              <w:t>395*323</w:t>
            </w:r>
          </w:p>
        </w:tc>
        <w:tc>
          <w:tcPr>
            <w:tcW w:w="733" w:type="dxa"/>
          </w:tcPr>
          <w:p w14:paraId="3B0D0A4F" w14:textId="4388F085" w:rsidR="075D00E7" w:rsidRDefault="075D00E7" w:rsidP="7C0B8101">
            <w:r>
              <w:t>M2</w:t>
            </w:r>
          </w:p>
        </w:tc>
        <w:tc>
          <w:tcPr>
            <w:tcW w:w="807" w:type="dxa"/>
          </w:tcPr>
          <w:p w14:paraId="132BBED3" w14:textId="4E2B4B61" w:rsidR="075D00E7" w:rsidRDefault="075D00E7" w:rsidP="7C0B8101">
            <w:r>
              <w:t>13</w:t>
            </w:r>
          </w:p>
        </w:tc>
        <w:tc>
          <w:tcPr>
            <w:tcW w:w="1075" w:type="dxa"/>
          </w:tcPr>
          <w:p w14:paraId="6C2E2A52" w14:textId="17AA9171" w:rsidR="7C0B8101" w:rsidRDefault="7C0B8101" w:rsidP="7C0B8101"/>
        </w:tc>
        <w:tc>
          <w:tcPr>
            <w:tcW w:w="1075" w:type="dxa"/>
          </w:tcPr>
          <w:p w14:paraId="755C6761" w14:textId="38E3670C" w:rsidR="7C0B8101" w:rsidRDefault="7C0B8101" w:rsidP="7C0B8101"/>
        </w:tc>
        <w:tc>
          <w:tcPr>
            <w:tcW w:w="1077" w:type="dxa"/>
          </w:tcPr>
          <w:p w14:paraId="4DF51152" w14:textId="7AA5740C" w:rsidR="075D00E7" w:rsidRDefault="075D00E7" w:rsidP="7C0B8101">
            <w:r>
              <w:t>骨架</w:t>
            </w:r>
            <w:r>
              <w:t>4cm</w:t>
            </w:r>
          </w:p>
        </w:tc>
      </w:tr>
      <w:tr w:rsidR="7C0B8101" w14:paraId="3D19F6FB" w14:textId="77777777" w:rsidTr="00766558">
        <w:trPr>
          <w:trHeight w:val="300"/>
        </w:trPr>
        <w:tc>
          <w:tcPr>
            <w:tcW w:w="437" w:type="dxa"/>
          </w:tcPr>
          <w:p w14:paraId="58A60368" w14:textId="5844CE0F" w:rsidR="075D00E7" w:rsidRDefault="075D00E7" w:rsidP="7C0B8101">
            <w:r>
              <w:t>7.</w:t>
            </w:r>
          </w:p>
        </w:tc>
        <w:tc>
          <w:tcPr>
            <w:tcW w:w="2207" w:type="dxa"/>
          </w:tcPr>
          <w:p w14:paraId="74192304" w14:textId="0CE70D87" w:rsidR="075D00E7" w:rsidRDefault="075D00E7" w:rsidP="7C0B8101">
            <w:pPr>
              <w:rPr>
                <w:lang w:eastAsia="zh-TW"/>
              </w:rPr>
            </w:pPr>
            <w:r>
              <w:rPr>
                <w:lang w:eastAsia="zh-TW"/>
              </w:rPr>
              <w:t>牆面</w:t>
            </w:r>
            <w:r>
              <w:rPr>
                <w:lang w:eastAsia="zh-TW"/>
              </w:rPr>
              <w:t>AB</w:t>
            </w:r>
            <w:r>
              <w:rPr>
                <w:lang w:eastAsia="zh-TW"/>
              </w:rPr>
              <w:t>膠批土油漆粉刷</w:t>
            </w:r>
          </w:p>
        </w:tc>
        <w:tc>
          <w:tcPr>
            <w:tcW w:w="1229" w:type="dxa"/>
          </w:tcPr>
          <w:p w14:paraId="6C02B353" w14:textId="19E64E29" w:rsidR="7C0B8101" w:rsidRDefault="7C0B8101" w:rsidP="7C0B8101">
            <w:pPr>
              <w:rPr>
                <w:lang w:eastAsia="zh-TW"/>
              </w:rPr>
            </w:pPr>
          </w:p>
        </w:tc>
        <w:tc>
          <w:tcPr>
            <w:tcW w:w="733" w:type="dxa"/>
          </w:tcPr>
          <w:p w14:paraId="508C06A7" w14:textId="13024382" w:rsidR="7C0B8101" w:rsidRDefault="7C0B8101" w:rsidP="7C0B8101">
            <w:pPr>
              <w:rPr>
                <w:lang w:eastAsia="zh-TW"/>
              </w:rPr>
            </w:pPr>
          </w:p>
        </w:tc>
        <w:tc>
          <w:tcPr>
            <w:tcW w:w="807" w:type="dxa"/>
          </w:tcPr>
          <w:p w14:paraId="42A75425" w14:textId="4E784A66" w:rsidR="075D00E7" w:rsidRDefault="075D00E7" w:rsidP="7C0B8101">
            <w:r>
              <w:t>13</w:t>
            </w:r>
          </w:p>
        </w:tc>
        <w:tc>
          <w:tcPr>
            <w:tcW w:w="1075" w:type="dxa"/>
          </w:tcPr>
          <w:p w14:paraId="1E3D9F02" w14:textId="7EEDBA44" w:rsidR="7C0B8101" w:rsidRDefault="7C0B8101" w:rsidP="7C0B8101"/>
        </w:tc>
        <w:tc>
          <w:tcPr>
            <w:tcW w:w="1075" w:type="dxa"/>
          </w:tcPr>
          <w:p w14:paraId="44B57850" w14:textId="357A1984" w:rsidR="7C0B8101" w:rsidRDefault="7C0B8101" w:rsidP="7C0B8101"/>
        </w:tc>
        <w:tc>
          <w:tcPr>
            <w:tcW w:w="1077" w:type="dxa"/>
          </w:tcPr>
          <w:p w14:paraId="456BF689" w14:textId="152AC0F5" w:rsidR="7C0B8101" w:rsidRDefault="7C0B8101" w:rsidP="7C0B8101"/>
        </w:tc>
      </w:tr>
    </w:tbl>
    <w:p w14:paraId="26C877CD" w14:textId="386A20B0" w:rsidR="004D3590" w:rsidRPr="00766558" w:rsidRDefault="00766558">
      <w:pPr>
        <w:rPr>
          <w:rFonts w:eastAsia="新細明體"/>
          <w:lang w:eastAsia="zh-TW"/>
        </w:rPr>
      </w:pPr>
      <w:r w:rsidRPr="00766558">
        <w:rPr>
          <w:rFonts w:hint="eastAsia"/>
          <w:b/>
          <w:bCs/>
          <w:lang w:eastAsia="zh-TW"/>
        </w:rPr>
        <w:t>1.</w:t>
      </w:r>
      <w:r w:rsidRPr="00766558">
        <w:rPr>
          <w:rFonts w:hint="eastAsia"/>
          <w:b/>
          <w:bCs/>
          <w:lang w:eastAsia="zh-TW"/>
        </w:rPr>
        <w:t>隔間拆除分</w:t>
      </w:r>
      <w:r w:rsidRPr="00766558">
        <w:rPr>
          <w:rFonts w:hint="eastAsia"/>
          <w:b/>
          <w:bCs/>
          <w:lang w:eastAsia="zh-TW"/>
        </w:rPr>
        <w:t>2</w:t>
      </w:r>
      <w:r w:rsidRPr="00766558">
        <w:rPr>
          <w:rFonts w:hint="eastAsia"/>
          <w:b/>
          <w:bCs/>
          <w:lang w:eastAsia="zh-TW"/>
        </w:rPr>
        <w:t>階段施工</w:t>
      </w:r>
      <w:r w:rsidRPr="00766558">
        <w:rPr>
          <w:rFonts w:hint="eastAsia"/>
          <w:b/>
          <w:bCs/>
          <w:lang w:eastAsia="zh-TW"/>
        </w:rPr>
        <w:t>:1.</w:t>
      </w:r>
      <w:r w:rsidRPr="00766558">
        <w:rPr>
          <w:rFonts w:hint="eastAsia"/>
          <w:b/>
          <w:bCs/>
          <w:lang w:eastAsia="zh-TW"/>
        </w:rPr>
        <w:t>先拆隔間，修補地板</w:t>
      </w:r>
      <w:r w:rsidRPr="00766558">
        <w:rPr>
          <w:rFonts w:hint="eastAsia"/>
          <w:b/>
          <w:bCs/>
          <w:lang w:eastAsia="zh-TW"/>
        </w:rPr>
        <w:t xml:space="preserve"> 2.</w:t>
      </w:r>
      <w:r w:rsidRPr="00766558">
        <w:rPr>
          <w:rFonts w:hint="eastAsia"/>
          <w:b/>
          <w:bCs/>
          <w:lang w:eastAsia="zh-TW"/>
        </w:rPr>
        <w:t>屏風、網路、配電皆完成後再度修補地板及單面牆修補</w:t>
      </w:r>
      <w:r>
        <w:rPr>
          <w:rFonts w:eastAsia="新細明體" w:hint="eastAsia"/>
          <w:b/>
          <w:bCs/>
          <w:lang w:eastAsia="zh-TW"/>
        </w:rPr>
        <w:t>,</w:t>
      </w:r>
      <w:r w:rsidRPr="00766558">
        <w:rPr>
          <w:rFonts w:hint="eastAsia"/>
          <w:b/>
          <w:bCs/>
          <w:color w:val="000000"/>
          <w:spacing w:val="15"/>
          <w:sz w:val="20"/>
          <w:szCs w:val="20"/>
          <w:shd w:val="clear" w:color="auto" w:fill="FFFFFF"/>
          <w:lang w:eastAsia="zh-TW"/>
        </w:rPr>
        <w:t xml:space="preserve"> </w:t>
      </w:r>
      <w:r w:rsidRPr="00766558">
        <w:rPr>
          <w:rFonts w:eastAsia="新細明體" w:hint="eastAsia"/>
          <w:b/>
          <w:bCs/>
          <w:lang w:eastAsia="zh-TW"/>
        </w:rPr>
        <w:t>請假日施工</w:t>
      </w:r>
    </w:p>
    <w:sectPr w:rsidR="004D3590" w:rsidRPr="0076655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B2715" w14:textId="77777777" w:rsidR="004D3590" w:rsidRDefault="004D3590" w:rsidP="005009D0">
      <w:pPr>
        <w:spacing w:after="0" w:line="240" w:lineRule="auto"/>
      </w:pPr>
      <w:r>
        <w:separator/>
      </w:r>
    </w:p>
  </w:endnote>
  <w:endnote w:type="continuationSeparator" w:id="0">
    <w:p w14:paraId="3BAA58C8" w14:textId="77777777" w:rsidR="004D3590" w:rsidRDefault="004D3590" w:rsidP="00500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78B32" w14:textId="77777777" w:rsidR="004D3590" w:rsidRDefault="004D3590" w:rsidP="005009D0">
      <w:pPr>
        <w:spacing w:after="0" w:line="240" w:lineRule="auto"/>
      </w:pPr>
      <w:r>
        <w:separator/>
      </w:r>
    </w:p>
  </w:footnote>
  <w:footnote w:type="continuationSeparator" w:id="0">
    <w:p w14:paraId="34BC0462" w14:textId="77777777" w:rsidR="004D3590" w:rsidRDefault="004D3590" w:rsidP="005009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84219830">
    <w:abstractNumId w:val="8"/>
  </w:num>
  <w:num w:numId="2" w16cid:durableId="106120274">
    <w:abstractNumId w:val="6"/>
  </w:num>
  <w:num w:numId="3" w16cid:durableId="1829634180">
    <w:abstractNumId w:val="5"/>
  </w:num>
  <w:num w:numId="4" w16cid:durableId="98107782">
    <w:abstractNumId w:val="4"/>
  </w:num>
  <w:num w:numId="5" w16cid:durableId="608586706">
    <w:abstractNumId w:val="7"/>
  </w:num>
  <w:num w:numId="6" w16cid:durableId="1542285001">
    <w:abstractNumId w:val="3"/>
  </w:num>
  <w:num w:numId="7" w16cid:durableId="1776633714">
    <w:abstractNumId w:val="2"/>
  </w:num>
  <w:num w:numId="8" w16cid:durableId="15932458">
    <w:abstractNumId w:val="1"/>
  </w:num>
  <w:num w:numId="9" w16cid:durableId="2134666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338F"/>
    <w:rsid w:val="0006063C"/>
    <w:rsid w:val="0015074B"/>
    <w:rsid w:val="0029639D"/>
    <w:rsid w:val="00326F90"/>
    <w:rsid w:val="004D3590"/>
    <w:rsid w:val="005009D0"/>
    <w:rsid w:val="0066476E"/>
    <w:rsid w:val="00766558"/>
    <w:rsid w:val="00911BA5"/>
    <w:rsid w:val="00AA1D8D"/>
    <w:rsid w:val="00B47730"/>
    <w:rsid w:val="00CB0664"/>
    <w:rsid w:val="00D71613"/>
    <w:rsid w:val="00FC693F"/>
    <w:rsid w:val="04329303"/>
    <w:rsid w:val="075D00E7"/>
    <w:rsid w:val="0F72E7EC"/>
    <w:rsid w:val="0F8B6563"/>
    <w:rsid w:val="236837BA"/>
    <w:rsid w:val="3966E8FF"/>
    <w:rsid w:val="39C72033"/>
    <w:rsid w:val="7C0B8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30"/>
  <w15:docId w15:val="{04B94F49-8F33-45D4-9AEE-9BE07B220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</Words>
  <Characters>197</Characters>
  <Application>Microsoft Office Word</Application>
  <DocSecurity>0</DocSecurity>
  <Lines>1</Lines>
  <Paragraphs>1</Paragraphs>
  <ScaleCrop>false</ScaleCrop>
  <Manager/>
  <Company/>
  <LinksUpToDate>false</LinksUpToDate>
  <CharactersWithSpaces>230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林佩芬</dc:creator>
  <cp:keywords/>
  <dc:description>generated by python-docx</dc:description>
  <cp:lastModifiedBy>林佩芬</cp:lastModifiedBy>
  <cp:revision>3</cp:revision>
  <dcterms:created xsi:type="dcterms:W3CDTF">2026-10-22T08:55:00Z</dcterms:created>
  <dcterms:modified xsi:type="dcterms:W3CDTF">2026-10-22T09:16:00Z</dcterms:modified>
  <cp:category/>
</cp:coreProperties>
</file>