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B0748" w14:textId="77244710" w:rsidR="00843570" w:rsidRPr="00954031" w:rsidRDefault="00BA4202" w:rsidP="0029784A">
      <w:pPr>
        <w:pStyle w:val="aa"/>
        <w:spacing w:after="120"/>
        <w:jc w:val="center"/>
        <w:rPr>
          <w:rFonts w:ascii="標楷體" w:eastAsia="標楷體" w:hAnsi="標楷體"/>
          <w:sz w:val="40"/>
          <w:szCs w:val="40"/>
          <w:lang w:eastAsia="zh-TW"/>
        </w:rPr>
      </w:pPr>
      <w:r w:rsidRPr="00BA4202">
        <w:rPr>
          <w:rFonts w:ascii="標楷體" w:eastAsia="標楷體" w:hAnsi="標楷體"/>
          <w:sz w:val="40"/>
          <w:szCs w:val="40"/>
          <w:lang w:eastAsia="zh-TW"/>
        </w:rPr>
        <w:t>廢棄物偵測技術強化計畫執行協調及專案支援工作</w:t>
      </w:r>
    </w:p>
    <w:p w14:paraId="1C38B1F4" w14:textId="6D39B905" w:rsidR="00843570" w:rsidRPr="00954031" w:rsidRDefault="00264D1C" w:rsidP="0029784A">
      <w:pPr>
        <w:pStyle w:val="1"/>
        <w:spacing w:after="120"/>
        <w:jc w:val="both"/>
        <w:rPr>
          <w:rFonts w:ascii="標楷體" w:eastAsia="標楷體" w:hAnsi="標楷體"/>
          <w:sz w:val="32"/>
          <w:szCs w:val="32"/>
          <w:lang w:eastAsia="zh-TW"/>
        </w:rPr>
      </w:pPr>
      <w:r w:rsidRPr="00954031">
        <w:rPr>
          <w:rFonts w:ascii="標楷體" w:eastAsia="標楷體" w:hAnsi="標楷體"/>
          <w:sz w:val="32"/>
          <w:szCs w:val="32"/>
          <w:lang w:eastAsia="zh-TW"/>
        </w:rPr>
        <w:t>一、委託目的</w:t>
      </w:r>
    </w:p>
    <w:p w14:paraId="460F96A9" w14:textId="082BC8EA" w:rsidR="00843570" w:rsidRPr="00954031" w:rsidRDefault="00B452D5" w:rsidP="0029784A">
      <w:pPr>
        <w:spacing w:after="120"/>
        <w:jc w:val="both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依據</w:t>
      </w:r>
      <w:r w:rsidR="004D2B9F" w:rsidRPr="004D2B9F">
        <w:rPr>
          <w:rFonts w:ascii="標楷體" w:eastAsia="標楷體" w:hAnsi="標楷體"/>
          <w:sz w:val="32"/>
          <w:szCs w:val="32"/>
          <w:lang w:eastAsia="zh-TW"/>
        </w:rPr>
        <w:t>「115年度廢棄物偵測技術強化計畫」（以下簡稱本計畫）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之</w:t>
      </w:r>
      <w:r w:rsidRPr="00B452D5">
        <w:rPr>
          <w:rFonts w:ascii="標楷體" w:eastAsia="標楷體" w:hAnsi="標楷體"/>
          <w:sz w:val="32"/>
          <w:szCs w:val="32"/>
          <w:lang w:eastAsia="zh-TW"/>
        </w:rPr>
        <w:t>工作規畫書規定辦理，需</w:t>
      </w:r>
      <w:r w:rsidR="004D2B9F" w:rsidRPr="004D2B9F">
        <w:rPr>
          <w:rFonts w:ascii="標楷體" w:eastAsia="標楷體" w:hAnsi="標楷體"/>
          <w:sz w:val="32"/>
          <w:szCs w:val="32"/>
          <w:lang w:eastAsia="zh-TW"/>
        </w:rPr>
        <w:t>配置2名具行政或技術專長之專任人力，並經環境部環境管理署</w:t>
      </w:r>
      <w:r w:rsidR="004D2B9F">
        <w:rPr>
          <w:rFonts w:ascii="標楷體" w:eastAsia="標楷體" w:hAnsi="標楷體" w:hint="eastAsia"/>
          <w:sz w:val="32"/>
          <w:szCs w:val="32"/>
          <w:lang w:eastAsia="zh-TW"/>
        </w:rPr>
        <w:t>（以下簡稱環管署）</w:t>
      </w:r>
      <w:r w:rsidR="004D2B9F" w:rsidRPr="004D2B9F">
        <w:rPr>
          <w:rFonts w:ascii="標楷體" w:eastAsia="標楷體" w:hAnsi="標楷體"/>
          <w:sz w:val="32"/>
          <w:szCs w:val="32"/>
          <w:lang w:eastAsia="zh-TW"/>
        </w:rPr>
        <w:t>同意後，於</w:t>
      </w:r>
      <w:r w:rsidR="004D2B9F">
        <w:rPr>
          <w:rFonts w:ascii="標楷體" w:eastAsia="標楷體" w:hAnsi="標楷體" w:hint="eastAsia"/>
          <w:sz w:val="32"/>
          <w:szCs w:val="32"/>
          <w:lang w:eastAsia="zh-TW"/>
        </w:rPr>
        <w:t>環管署</w:t>
      </w:r>
      <w:r w:rsidR="004D2B9F" w:rsidRPr="004D2B9F">
        <w:rPr>
          <w:rFonts w:ascii="標楷體" w:eastAsia="標楷體" w:hAnsi="標楷體"/>
          <w:sz w:val="32"/>
          <w:szCs w:val="32"/>
          <w:lang w:eastAsia="zh-TW"/>
        </w:rPr>
        <w:t>指定地點協助本計畫相關業務執行。</w:t>
      </w:r>
    </w:p>
    <w:p w14:paraId="11ED3F57" w14:textId="77777777" w:rsidR="00843570" w:rsidRPr="00954031" w:rsidRDefault="00264D1C" w:rsidP="0029784A">
      <w:pPr>
        <w:pStyle w:val="1"/>
        <w:spacing w:after="120"/>
        <w:jc w:val="both"/>
        <w:rPr>
          <w:rFonts w:ascii="標楷體" w:eastAsia="標楷體" w:hAnsi="標楷體"/>
          <w:sz w:val="32"/>
          <w:szCs w:val="32"/>
          <w:lang w:eastAsia="zh-TW"/>
        </w:rPr>
      </w:pPr>
      <w:r w:rsidRPr="00954031">
        <w:rPr>
          <w:rFonts w:ascii="標楷體" w:eastAsia="標楷體" w:hAnsi="標楷體"/>
          <w:sz w:val="32"/>
          <w:szCs w:val="32"/>
          <w:lang w:eastAsia="zh-TW"/>
        </w:rPr>
        <w:t>二、工作項目說明</w:t>
      </w:r>
    </w:p>
    <w:p w14:paraId="455CC31E" w14:textId="34D02CF3" w:rsidR="00C41F55" w:rsidRPr="005E4795" w:rsidRDefault="004D45EC" w:rsidP="00C41F55">
      <w:pPr>
        <w:pStyle w:val="ae"/>
        <w:numPr>
          <w:ilvl w:val="0"/>
          <w:numId w:val="11"/>
        </w:numPr>
        <w:spacing w:after="12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配置</w:t>
      </w:r>
      <w:r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1</w:t>
      </w:r>
      <w:r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名具</w:t>
      </w:r>
      <w:r w:rsidR="004C59F0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行政或技術專長之專任人力，經</w:t>
      </w:r>
      <w:r w:rsidR="004D2B9F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環管署</w:t>
      </w:r>
      <w:r w:rsidR="004C59F0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同意（更換時亦同），專責協助非法棄置智慧圍籬建置執行管理、資料彙整、聯繫協調及其他行政支援工作，並依</w:t>
      </w:r>
      <w:r w:rsidR="005E4795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環管署</w:t>
      </w:r>
      <w:r w:rsidR="004C59F0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指示於指定地點協助計畫執行。</w:t>
      </w:r>
    </w:p>
    <w:p w14:paraId="40351B94" w14:textId="47FD9092" w:rsidR="00843570" w:rsidRPr="005E4795" w:rsidRDefault="004D45EC" w:rsidP="0029784A">
      <w:pPr>
        <w:pStyle w:val="ae"/>
        <w:numPr>
          <w:ilvl w:val="0"/>
          <w:numId w:val="11"/>
        </w:numPr>
        <w:spacing w:after="120"/>
        <w:jc w:val="both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配置</w:t>
      </w:r>
      <w:r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1</w:t>
      </w:r>
      <w:r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名具</w:t>
      </w:r>
      <w:r w:rsidR="00EC7CEE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行政或技術專長之專任人力，經</w:t>
      </w:r>
      <w:r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環管署</w:t>
      </w:r>
      <w:r w:rsidR="00EC7CEE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同意（更換時亦同），專責協助計畫執行管理、資料彙整及聯繫協調事宜，並配合</w:t>
      </w:r>
      <w:r w:rsidR="005E4795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環管署</w:t>
      </w:r>
      <w:r w:rsidR="00EC7CEE" w:rsidRPr="005E4795">
        <w:rPr>
          <w:rFonts w:ascii="Times New Roman" w:eastAsia="標楷體" w:hAnsi="Times New Roman" w:cs="Times New Roman"/>
          <w:sz w:val="32"/>
          <w:szCs w:val="32"/>
          <w:lang w:eastAsia="zh-TW"/>
        </w:rPr>
        <w:t>於指定地點協助計畫執行</w:t>
      </w:r>
    </w:p>
    <w:p w14:paraId="43EB729A" w14:textId="1D8C45A0" w:rsidR="004D45EC" w:rsidRPr="005E4795" w:rsidRDefault="005E4795" w:rsidP="005E4795">
      <w:pPr>
        <w:pStyle w:val="Web"/>
        <w:numPr>
          <w:ilvl w:val="0"/>
          <w:numId w:val="11"/>
        </w:numPr>
        <w:rPr>
          <w:rFonts w:ascii="Times New Roman" w:eastAsia="標楷體" w:hAnsi="Times New Roman" w:cs="Times New Roman"/>
          <w:sz w:val="32"/>
          <w:szCs w:val="32"/>
        </w:rPr>
      </w:pPr>
      <w:r w:rsidRPr="005E4795">
        <w:rPr>
          <w:rFonts w:ascii="Times New Roman" w:eastAsia="標楷體" w:hAnsi="Times New Roman" w:cs="Times New Roman"/>
          <w:sz w:val="32"/>
          <w:szCs w:val="32"/>
        </w:rPr>
        <w:t>配合本計畫與環管署執行需求，協助辦理相關會議、資料整理、成果彙整及其他與本計畫執行相關之交辦事項。</w:t>
      </w:r>
    </w:p>
    <w:p w14:paraId="506FE477" w14:textId="03D96EDB" w:rsidR="00843570" w:rsidRDefault="00264D1C" w:rsidP="0029784A">
      <w:pPr>
        <w:pStyle w:val="1"/>
        <w:spacing w:after="120"/>
        <w:jc w:val="both"/>
        <w:rPr>
          <w:rFonts w:ascii="標楷體" w:eastAsia="標楷體" w:hAnsi="標楷體"/>
          <w:sz w:val="32"/>
          <w:szCs w:val="32"/>
          <w:lang w:eastAsia="zh-TW"/>
        </w:rPr>
      </w:pPr>
      <w:r w:rsidRPr="00954031">
        <w:rPr>
          <w:rFonts w:ascii="標楷體" w:eastAsia="標楷體" w:hAnsi="標楷體"/>
          <w:sz w:val="32"/>
          <w:szCs w:val="32"/>
          <w:lang w:eastAsia="zh-TW"/>
        </w:rPr>
        <w:t>三、</w:t>
      </w:r>
      <w:r w:rsidR="00954031">
        <w:rPr>
          <w:rFonts w:ascii="標楷體" w:eastAsia="標楷體" w:hAnsi="標楷體" w:hint="eastAsia"/>
          <w:sz w:val="32"/>
          <w:szCs w:val="32"/>
          <w:lang w:eastAsia="zh-TW"/>
        </w:rPr>
        <w:t>付款條件</w:t>
      </w:r>
    </w:p>
    <w:p w14:paraId="69255CAA" w14:textId="129ED199" w:rsidR="00954031" w:rsidRPr="00954031" w:rsidRDefault="00954031" w:rsidP="0029784A">
      <w:pPr>
        <w:pStyle w:val="ae"/>
        <w:numPr>
          <w:ilvl w:val="0"/>
          <w:numId w:val="10"/>
        </w:numPr>
        <w:ind w:left="709" w:hanging="709"/>
        <w:jc w:val="both"/>
        <w:rPr>
          <w:rFonts w:ascii="標楷體" w:eastAsia="標楷體" w:hAnsi="標楷體"/>
          <w:sz w:val="32"/>
          <w:szCs w:val="32"/>
          <w:lang w:eastAsia="zh-TW"/>
        </w:rPr>
      </w:pPr>
      <w:r w:rsidRPr="00954031">
        <w:rPr>
          <w:rFonts w:ascii="標楷體" w:eastAsia="標楷體" w:hAnsi="標楷體" w:hint="eastAsia"/>
          <w:sz w:val="32"/>
          <w:szCs w:val="32"/>
          <w:lang w:eastAsia="zh-TW"/>
        </w:rPr>
        <w:t>第一期款：</w:t>
      </w:r>
      <w:r w:rsidR="00E12FCD" w:rsidRPr="00E12FCD">
        <w:rPr>
          <w:rFonts w:ascii="標楷體" w:eastAsia="標楷體" w:hAnsi="標楷體"/>
          <w:sz w:val="32"/>
          <w:szCs w:val="32"/>
          <w:lang w:eastAsia="zh-TW"/>
        </w:rPr>
        <w:t>於115年10月30日前完成2名專任人力配置，開始協助計畫執行；經甲方確認符合工作需求後，撥付契約價金30%。</w:t>
      </w:r>
    </w:p>
    <w:p w14:paraId="58F19EB4" w14:textId="3B637CF2" w:rsidR="00954031" w:rsidRPr="00E12FCD" w:rsidRDefault="00D65D5F" w:rsidP="0029784A">
      <w:pPr>
        <w:pStyle w:val="ae"/>
        <w:numPr>
          <w:ilvl w:val="0"/>
          <w:numId w:val="10"/>
        </w:numPr>
        <w:ind w:left="709" w:hanging="709"/>
        <w:jc w:val="both"/>
        <w:rPr>
          <w:rFonts w:ascii="標楷體" w:eastAsia="標楷體" w:hAnsi="標楷體"/>
          <w:sz w:val="32"/>
          <w:szCs w:val="32"/>
          <w:lang w:eastAsia="zh-TW"/>
        </w:rPr>
      </w:pPr>
      <w:r w:rsidRPr="00E12FCD">
        <w:rPr>
          <w:rFonts w:ascii="標楷體" w:eastAsia="標楷體" w:hAnsi="標楷體" w:hint="eastAsia"/>
          <w:sz w:val="32"/>
          <w:szCs w:val="32"/>
          <w:lang w:eastAsia="zh-TW"/>
        </w:rPr>
        <w:t>第二期款:</w:t>
      </w:r>
      <w:r w:rsidR="00E12FCD" w:rsidRPr="00E12FCD">
        <w:rPr>
          <w:rFonts w:ascii="新細明體" w:eastAsia="新細明體" w:hAnsi="新細明體" w:cs="新細明體"/>
          <w:color w:val="auto"/>
          <w:sz w:val="24"/>
          <w:szCs w:val="24"/>
          <w:lang w:eastAsia="zh-TW"/>
        </w:rPr>
        <w:t xml:space="preserve"> </w:t>
      </w:r>
      <w:r w:rsidR="00E12FCD" w:rsidRPr="00E12FCD">
        <w:rPr>
          <w:rFonts w:ascii="標楷體" w:eastAsia="標楷體" w:hAnsi="標楷體"/>
          <w:sz w:val="32"/>
          <w:szCs w:val="32"/>
          <w:lang w:eastAsia="zh-TW"/>
        </w:rPr>
        <w:t>於115年</w:t>
      </w:r>
      <w:r w:rsidR="007C064C">
        <w:rPr>
          <w:rFonts w:ascii="標楷體" w:eastAsia="標楷體" w:hAnsi="標楷體" w:hint="eastAsia"/>
          <w:sz w:val="32"/>
          <w:szCs w:val="32"/>
          <w:lang w:eastAsia="zh-TW"/>
        </w:rPr>
        <w:t>12</w:t>
      </w:r>
      <w:r w:rsidR="00E12FCD" w:rsidRPr="00E12FCD">
        <w:rPr>
          <w:rFonts w:ascii="標楷體" w:eastAsia="標楷體" w:hAnsi="標楷體"/>
          <w:sz w:val="32"/>
          <w:szCs w:val="32"/>
          <w:lang w:eastAsia="zh-TW"/>
        </w:rPr>
        <w:t>月31日前，</w:t>
      </w:r>
      <w:r w:rsidR="003F4ACA" w:rsidRPr="003F4ACA">
        <w:rPr>
          <w:rFonts w:ascii="標楷體" w:eastAsia="標楷體" w:hAnsi="標楷體"/>
          <w:sz w:val="32"/>
          <w:szCs w:val="32"/>
          <w:lang w:eastAsia="zh-TW"/>
        </w:rPr>
        <w:t>2名專任人力持續辦理本案相關工作，並完成駐署工作累計滿</w:t>
      </w:r>
      <w:r w:rsidR="00E775B1">
        <w:rPr>
          <w:rFonts w:ascii="標楷體" w:eastAsia="標楷體" w:hAnsi="標楷體" w:hint="eastAsia"/>
          <w:sz w:val="32"/>
          <w:szCs w:val="32"/>
          <w:lang w:eastAsia="zh-TW"/>
        </w:rPr>
        <w:t>1</w:t>
      </w:r>
      <w:r w:rsidR="003F4ACA" w:rsidRPr="003F4ACA">
        <w:rPr>
          <w:rFonts w:ascii="標楷體" w:eastAsia="標楷體" w:hAnsi="標楷體"/>
          <w:sz w:val="32"/>
          <w:szCs w:val="32"/>
          <w:lang w:eastAsia="zh-TW"/>
        </w:rPr>
        <w:t>個月，經甲方確認後</w:t>
      </w:r>
      <w:r w:rsidR="00E12FCD" w:rsidRPr="00E12FCD">
        <w:rPr>
          <w:rFonts w:ascii="標楷體" w:eastAsia="標楷體" w:hAnsi="標楷體"/>
          <w:sz w:val="32"/>
          <w:szCs w:val="32"/>
          <w:lang w:eastAsia="zh-TW"/>
        </w:rPr>
        <w:t>，</w:t>
      </w:r>
      <w:r w:rsidRPr="00E12FCD">
        <w:rPr>
          <w:rFonts w:ascii="標楷體" w:eastAsia="標楷體" w:hAnsi="標楷體" w:hint="eastAsia"/>
          <w:sz w:val="32"/>
          <w:szCs w:val="32"/>
          <w:lang w:eastAsia="zh-TW"/>
        </w:rPr>
        <w:t>撥款</w:t>
      </w:r>
      <w:r w:rsidR="00D43E0A" w:rsidRPr="00E12FCD">
        <w:rPr>
          <w:rFonts w:ascii="標楷體" w:eastAsia="標楷體" w:hAnsi="標楷體"/>
          <w:sz w:val="32"/>
          <w:szCs w:val="32"/>
          <w:lang w:eastAsia="zh-TW"/>
        </w:rPr>
        <w:t>契約價金</w:t>
      </w:r>
      <w:r w:rsidRPr="00E12FCD">
        <w:rPr>
          <w:rFonts w:ascii="標楷體" w:eastAsia="標楷體" w:hAnsi="標楷體" w:hint="eastAsia"/>
          <w:sz w:val="32"/>
          <w:szCs w:val="32"/>
          <w:lang w:eastAsia="zh-TW"/>
        </w:rPr>
        <w:t>40%</w:t>
      </w:r>
      <w:r w:rsidR="00954031" w:rsidRPr="00E12FCD">
        <w:rPr>
          <w:rFonts w:ascii="標楷體" w:eastAsia="標楷體" w:hAnsi="標楷體" w:hint="eastAsia"/>
          <w:sz w:val="32"/>
          <w:szCs w:val="32"/>
          <w:lang w:eastAsia="zh-TW"/>
        </w:rPr>
        <w:t>。</w:t>
      </w:r>
    </w:p>
    <w:p w14:paraId="5CAF902D" w14:textId="5F987008" w:rsidR="00150D61" w:rsidRPr="00150D61" w:rsidRDefault="00D65D5F" w:rsidP="00150D61">
      <w:pPr>
        <w:pStyle w:val="ae"/>
        <w:numPr>
          <w:ilvl w:val="0"/>
          <w:numId w:val="10"/>
        </w:numPr>
        <w:ind w:left="709" w:hanging="709"/>
        <w:jc w:val="both"/>
        <w:rPr>
          <w:rFonts w:ascii="標楷體" w:eastAsia="標楷體" w:hAnsi="標楷體"/>
          <w:sz w:val="32"/>
          <w:szCs w:val="32"/>
          <w:lang w:eastAsia="zh-TW"/>
        </w:rPr>
      </w:pPr>
      <w:r w:rsidRPr="00954031">
        <w:rPr>
          <w:rFonts w:ascii="標楷體" w:eastAsia="標楷體" w:hAnsi="標楷體" w:hint="eastAsia"/>
          <w:sz w:val="32"/>
          <w:szCs w:val="32"/>
          <w:lang w:eastAsia="zh-TW"/>
        </w:rPr>
        <w:t>第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三</w:t>
      </w:r>
      <w:r w:rsidRPr="00954031">
        <w:rPr>
          <w:rFonts w:ascii="標楷體" w:eastAsia="標楷體" w:hAnsi="標楷體" w:hint="eastAsia"/>
          <w:sz w:val="32"/>
          <w:szCs w:val="32"/>
          <w:lang w:eastAsia="zh-TW"/>
        </w:rPr>
        <w:t>期款:</w:t>
      </w:r>
      <w:r w:rsidR="0018487E" w:rsidRPr="0018487E">
        <w:rPr>
          <w:rFonts w:hint="eastAsia"/>
          <w:lang w:eastAsia="zh-TW"/>
        </w:rPr>
        <w:t xml:space="preserve"> </w:t>
      </w:r>
      <w:r w:rsidR="0018487E" w:rsidRPr="0018487E">
        <w:rPr>
          <w:rFonts w:ascii="標楷體" w:eastAsia="標楷體" w:hAnsi="標楷體"/>
          <w:sz w:val="32"/>
          <w:szCs w:val="32"/>
          <w:lang w:eastAsia="zh-TW"/>
        </w:rPr>
        <w:t>於116年</w:t>
      </w:r>
      <w:r w:rsidR="007C064C">
        <w:rPr>
          <w:rFonts w:ascii="標楷體" w:eastAsia="標楷體" w:hAnsi="標楷體" w:hint="eastAsia"/>
          <w:sz w:val="32"/>
          <w:szCs w:val="32"/>
          <w:lang w:eastAsia="zh-TW"/>
        </w:rPr>
        <w:t>6</w:t>
      </w:r>
      <w:r w:rsidR="0018487E" w:rsidRPr="0018487E">
        <w:rPr>
          <w:rFonts w:ascii="標楷體" w:eastAsia="標楷體" w:hAnsi="標楷體"/>
          <w:sz w:val="32"/>
          <w:szCs w:val="32"/>
          <w:lang w:eastAsia="zh-TW"/>
        </w:rPr>
        <w:t>月</w:t>
      </w:r>
      <w:r w:rsidR="007C064C">
        <w:rPr>
          <w:rFonts w:ascii="標楷體" w:eastAsia="標楷體" w:hAnsi="標楷體" w:hint="eastAsia"/>
          <w:sz w:val="32"/>
          <w:szCs w:val="32"/>
          <w:lang w:eastAsia="zh-TW"/>
        </w:rPr>
        <w:t>30</w:t>
      </w:r>
      <w:r w:rsidR="0018487E" w:rsidRPr="0018487E">
        <w:rPr>
          <w:rFonts w:ascii="標楷體" w:eastAsia="標楷體" w:hAnsi="標楷體"/>
          <w:sz w:val="32"/>
          <w:szCs w:val="32"/>
          <w:lang w:eastAsia="zh-TW"/>
        </w:rPr>
        <w:t>日前完成本案全部工作項目，並持續支援至</w:t>
      </w:r>
      <w:r w:rsidR="0018487E" w:rsidRPr="004D2B9F">
        <w:rPr>
          <w:rFonts w:ascii="標楷體" w:eastAsia="標楷體" w:hAnsi="標楷體"/>
          <w:sz w:val="32"/>
          <w:szCs w:val="32"/>
          <w:lang w:eastAsia="zh-TW"/>
        </w:rPr>
        <w:t>本計畫</w:t>
      </w:r>
      <w:r w:rsidR="0018487E" w:rsidRPr="0018487E">
        <w:rPr>
          <w:rFonts w:ascii="標楷體" w:eastAsia="標楷體" w:hAnsi="標楷體"/>
          <w:sz w:val="32"/>
          <w:szCs w:val="32"/>
          <w:lang w:eastAsia="zh-TW"/>
        </w:rPr>
        <w:t>工作期程結束，經甲方確認後，</w:t>
      </w:r>
      <w:r w:rsidRPr="00954031">
        <w:rPr>
          <w:rFonts w:ascii="標楷體" w:eastAsia="標楷體" w:hAnsi="標楷體" w:hint="eastAsia"/>
          <w:sz w:val="32"/>
          <w:szCs w:val="32"/>
          <w:lang w:eastAsia="zh-TW"/>
        </w:rPr>
        <w:t>撥款</w:t>
      </w:r>
      <w:r w:rsidR="00D43E0A" w:rsidRPr="00E12FCD">
        <w:rPr>
          <w:rFonts w:ascii="標楷體" w:eastAsia="標楷體" w:hAnsi="標楷體"/>
          <w:sz w:val="32"/>
          <w:szCs w:val="32"/>
          <w:lang w:eastAsia="zh-TW"/>
        </w:rPr>
        <w:t>契約價金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3</w:t>
      </w:r>
      <w:r w:rsidRPr="00954031">
        <w:rPr>
          <w:rFonts w:ascii="標楷體" w:eastAsia="標楷體" w:hAnsi="標楷體" w:hint="eastAsia"/>
          <w:sz w:val="32"/>
          <w:szCs w:val="32"/>
          <w:lang w:eastAsia="zh-TW"/>
        </w:rPr>
        <w:t>0%。</w:t>
      </w:r>
    </w:p>
    <w:sectPr w:rsidR="00150D61" w:rsidRPr="00150D61" w:rsidSect="00034616">
      <w:footerReference w:type="default" r:id="rId8"/>
      <w:pgSz w:w="12240" w:h="15840"/>
      <w:pgMar w:top="1008" w:right="1080" w:bottom="1008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FB299" w14:textId="77777777" w:rsidR="00010015" w:rsidRDefault="00010015">
      <w:pPr>
        <w:spacing w:after="0" w:line="240" w:lineRule="auto"/>
      </w:pPr>
      <w:r>
        <w:separator/>
      </w:r>
    </w:p>
  </w:endnote>
  <w:endnote w:type="continuationSeparator" w:id="0">
    <w:p w14:paraId="121A8F68" w14:textId="77777777" w:rsidR="00010015" w:rsidRDefault="00010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A8DD" w14:textId="555950DB" w:rsidR="00843570" w:rsidRDefault="00843570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52063" w14:textId="77777777" w:rsidR="00010015" w:rsidRDefault="00010015">
      <w:pPr>
        <w:spacing w:after="0" w:line="240" w:lineRule="auto"/>
      </w:pPr>
      <w:r>
        <w:separator/>
      </w:r>
    </w:p>
  </w:footnote>
  <w:footnote w:type="continuationSeparator" w:id="0">
    <w:p w14:paraId="43B3E868" w14:textId="77777777" w:rsidR="00010015" w:rsidRDefault="00010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51C35E5"/>
    <w:multiLevelType w:val="hybridMultilevel"/>
    <w:tmpl w:val="803E273A"/>
    <w:lvl w:ilvl="0" w:tplc="5C48A9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75A4288"/>
    <w:multiLevelType w:val="hybridMultilevel"/>
    <w:tmpl w:val="5DE2FD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03256836">
    <w:abstractNumId w:val="8"/>
  </w:num>
  <w:num w:numId="2" w16cid:durableId="303046683">
    <w:abstractNumId w:val="6"/>
  </w:num>
  <w:num w:numId="3" w16cid:durableId="823203008">
    <w:abstractNumId w:val="5"/>
  </w:num>
  <w:num w:numId="4" w16cid:durableId="287972433">
    <w:abstractNumId w:val="4"/>
  </w:num>
  <w:num w:numId="5" w16cid:durableId="1971743777">
    <w:abstractNumId w:val="7"/>
  </w:num>
  <w:num w:numId="6" w16cid:durableId="731848046">
    <w:abstractNumId w:val="3"/>
  </w:num>
  <w:num w:numId="7" w16cid:durableId="1484808898">
    <w:abstractNumId w:val="2"/>
  </w:num>
  <w:num w:numId="8" w16cid:durableId="591477380">
    <w:abstractNumId w:val="1"/>
  </w:num>
  <w:num w:numId="9" w16cid:durableId="788358911">
    <w:abstractNumId w:val="0"/>
  </w:num>
  <w:num w:numId="10" w16cid:durableId="1843738322">
    <w:abstractNumId w:val="9"/>
  </w:num>
  <w:num w:numId="11" w16cid:durableId="20346441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015"/>
    <w:rsid w:val="00034616"/>
    <w:rsid w:val="0006063C"/>
    <w:rsid w:val="0015074B"/>
    <w:rsid w:val="00150D61"/>
    <w:rsid w:val="0018487E"/>
    <w:rsid w:val="00264D1C"/>
    <w:rsid w:val="0029639D"/>
    <w:rsid w:val="0029784A"/>
    <w:rsid w:val="002A699C"/>
    <w:rsid w:val="003143EF"/>
    <w:rsid w:val="00326F90"/>
    <w:rsid w:val="003411F9"/>
    <w:rsid w:val="00353F22"/>
    <w:rsid w:val="00354C01"/>
    <w:rsid w:val="003F4ACA"/>
    <w:rsid w:val="004465FA"/>
    <w:rsid w:val="004C59F0"/>
    <w:rsid w:val="004D27E6"/>
    <w:rsid w:val="004D2B9F"/>
    <w:rsid w:val="004D45EC"/>
    <w:rsid w:val="00515373"/>
    <w:rsid w:val="0055476F"/>
    <w:rsid w:val="005E4795"/>
    <w:rsid w:val="00676FBC"/>
    <w:rsid w:val="00784A2B"/>
    <w:rsid w:val="007C064C"/>
    <w:rsid w:val="0083037B"/>
    <w:rsid w:val="00843570"/>
    <w:rsid w:val="00862F80"/>
    <w:rsid w:val="00954031"/>
    <w:rsid w:val="009F03D3"/>
    <w:rsid w:val="00A93E18"/>
    <w:rsid w:val="00AA1D8D"/>
    <w:rsid w:val="00B452D5"/>
    <w:rsid w:val="00B47730"/>
    <w:rsid w:val="00BA4202"/>
    <w:rsid w:val="00C41F55"/>
    <w:rsid w:val="00CA33B0"/>
    <w:rsid w:val="00CB0664"/>
    <w:rsid w:val="00D265C3"/>
    <w:rsid w:val="00D43E0A"/>
    <w:rsid w:val="00D65D5F"/>
    <w:rsid w:val="00E12A74"/>
    <w:rsid w:val="00E12FCD"/>
    <w:rsid w:val="00E775B1"/>
    <w:rsid w:val="00EC7C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FC6AE32"/>
  <w14:defaultImageDpi w14:val="300"/>
  <w15:docId w15:val="{90E2D3AD-A718-4CEA-9CAE-172096F75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264" w:lineRule="auto"/>
    </w:pPr>
    <w:rPr>
      <w:rFonts w:ascii="Arial" w:eastAsia="Noto Sans CJK TC" w:hAnsi="Arial"/>
      <w:color w:val="00000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100" w:line="264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spacing w:val="5"/>
      <w:kern w:val="28"/>
      <w:sz w:val="30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00" w:line="264" w:lineRule="auto"/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Web">
    <w:name w:val="Normal (Web)"/>
    <w:basedOn w:val="a1"/>
    <w:uiPriority w:val="99"/>
    <w:unhideWhenUsed/>
    <w:rsid w:val="005E4795"/>
    <w:pPr>
      <w:spacing w:before="100" w:beforeAutospacing="1" w:afterAutospacing="1" w:line="240" w:lineRule="auto"/>
    </w:pPr>
    <w:rPr>
      <w:rFonts w:ascii="新細明體" w:eastAsia="新細明體" w:hAnsi="新細明體" w:cs="新細明體"/>
      <w:color w:val="auto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吳思葶</cp:lastModifiedBy>
  <cp:revision>24</cp:revision>
  <dcterms:created xsi:type="dcterms:W3CDTF">2026-10-01T02:52:00Z</dcterms:created>
  <dcterms:modified xsi:type="dcterms:W3CDTF">2026-10-05T07:30:00Z</dcterms:modified>
  <cp:category/>
</cp:coreProperties>
</file>